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Teilnehmerliste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Teilnehmerliste Schulung</w:t>
            </w:r>
          </w:p>
          <w:p>
            <w:r>
              <w:rPr>
                <w:sz w:val="18"/>
              </w:rPr>
              <w:t>Stumatec  ·  WAMAS Lift &amp; Store 2.8 · SSI LOGIMAT  ·  V 1.0  ·  26.10.2026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– Teil A an der Maschine, Teil B am Desktop, Beratung Wareneigentümer, Inbetriebnahme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26.10.2026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______________________________ (SSI SCHÄFER)</w:t>
            </w:r>
          </w:p>
        </w:tc>
      </w:tr>
    </w:tbl>
    <w:p>
      <w:pPr>
        <w:spacing w:after="40"/>
      </w:pPr>
    </w:p>
    <w:p>
      <w:r>
        <w:t>Module: A1 Grundlagen Touch · A2 Boxen · A3 Zuordnen und Einlagern · A4 Entnehmen und Bestand · A5 Artikel am Touch · B1 Administration · B2 Importe · Beratung · Inbetriebnahme (siehe Schulungsunterlage, Agenda)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3"/>
        <w:gridCol w:w="2041"/>
        <w:gridCol w:w="1814"/>
        <w:gridCol w:w="2268"/>
        <w:gridCol w:w="1077"/>
        <w:gridCol w:w="1871"/>
      </w:tblGrid>
      <w:tr>
        <w:trPr>
          <w:tblHeader w:val="true"/>
          <w:cantSplit w:val="true"/>
        </w:trPr>
        <w:tc>
          <w:tcPr>
            <w:tcW w:type="dxa" w:w="4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18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 / Funktion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1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1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IT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Schulungsleitung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Name / Firma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Teilnehmerliste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Teilnehmerliste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Teilnehmerliste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Teilnehmerliste Schulung</dc:title>
  <dc:subject>Schulung WAMAS Lift &amp; Store 2.8 am SSI LOGIMAT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