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Ablaufbeschreibung</w:t>
            </w:r>
          </w:p>
          <w:p>
            <w:pPr>
              <w:spacing w:after="120"/>
            </w:pPr>
            <w:r>
              <w:rPr>
                <w:b/>
                <w:sz w:val="48"/>
              </w:rPr>
              <w:t>Abläufe Auslagerung: Kommissionierauftrag BC Dynamics an WAMAS</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Akumax AG · Zuteilung nach Charge, MHD und Seriennummer, Rückmeldung, Beispiele, Anleitung Lager</w:t>
            </w:r>
          </w:p>
          <w:p>
            <w:pPr>
              <w:spacing w:after="0"/>
            </w:pPr>
            <w:r>
              <w:rPr>
                <w:b w:val="0"/>
                <w:color w:val="555555"/>
                <w:sz w:val="18"/>
              </w:rPr>
              <w:t>Kunde: Akumax AG · Marek Sobona / SSI SCHÄFER</w:t>
            </w:r>
          </w:p>
        </w:tc>
      </w:tr>
    </w:tbl>
    <w:p>
      <w:pPr>
        <w:spacing w:before="8617"/>
      </w:pPr>
      <w:r>
        <w:rPr>
          <w:sz w:val="18"/>
        </w:rPr>
        <w:t>V 2.0 (Redesign)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So lesen Sie dieses Dokument</w:t>
        <w:tab/>
        <w:t>5</w:t>
      </w:r>
    </w:p>
    <w:p>
      <w:pPr>
        <w:pStyle w:val="TOC2"/>
        <w:tabs>
          <w:tab w:pos="9524" w:val="right" w:leader="dot"/>
        </w:tabs>
      </w:pPr>
      <w:r>
        <w:t>1.3 Dokumentinformationen</w:t>
        <w:tab/>
        <w:t>5</w:t>
      </w:r>
    </w:p>
    <w:p>
      <w:pPr>
        <w:pStyle w:val="TOC2"/>
        <w:tabs>
          <w:tab w:pos="9524" w:val="right" w:leader="dot"/>
        </w:tabs>
      </w:pPr>
      <w:r>
        <w:t>1.4 Änderungshistorie</w:t>
        <w:tab/>
        <w:t>5</w:t>
      </w:r>
    </w:p>
    <w:p>
      <w:pPr>
        <w:pStyle w:val="TOC1"/>
        <w:tabs>
          <w:tab w:pos="9524" w:val="right" w:leader="dot"/>
        </w:tabs>
      </w:pPr>
      <w:r>
        <w:t>2 Kurzfassung</w:t>
        <w:tab/>
        <w:t>6</w:t>
      </w:r>
    </w:p>
    <w:p>
      <w:pPr>
        <w:pStyle w:val="TOC1"/>
        <w:tabs>
          <w:tab w:pos="9524" w:val="right" w:leader="dot"/>
        </w:tabs>
      </w:pPr>
      <w:r>
        <w:t>3 Prozessübersicht und Rollen</w:t>
        <w:tab/>
        <w:t>7</w:t>
      </w:r>
    </w:p>
    <w:p>
      <w:pPr>
        <w:pStyle w:val="TOC2"/>
        <w:tabs>
          <w:tab w:pos="9524" w:val="right" w:leader="dot"/>
        </w:tabs>
      </w:pPr>
      <w:r>
        <w:t>3.1 Ablauf in 9 Schritten</w:t>
        <w:tab/>
        <w:t>7</w:t>
      </w:r>
    </w:p>
    <w:p>
      <w:pPr>
        <w:pStyle w:val="TOC1"/>
        <w:tabs>
          <w:tab w:pos="9524" w:val="right" w:leader="dot"/>
        </w:tabs>
      </w:pPr>
      <w:r>
        <w:t>4 Telegrammfluss</w:t>
        <w:tab/>
        <w:t>9</w:t>
      </w:r>
    </w:p>
    <w:p>
      <w:pPr>
        <w:pStyle w:val="TOC2"/>
        <w:tabs>
          <w:tab w:pos="9524" w:val="right" w:leader="dot"/>
        </w:tabs>
      </w:pPr>
      <w:r>
        <w:t>4.1 Aufbau der Telegramme</w:t>
        <w:tab/>
        <w:t>9</w:t>
      </w:r>
    </w:p>
    <w:p>
      <w:pPr>
        <w:pStyle w:val="TOC2"/>
        <w:tabs>
          <w:tab w:pos="9524" w:val="right" w:leader="dot"/>
        </w:tabs>
      </w:pPr>
      <w:r>
        <w:t>4.2 Wichtige Regeln aus dem Manual</w:t>
        <w:tab/>
        <w:t>10</w:t>
      </w:r>
    </w:p>
    <w:p>
      <w:pPr>
        <w:pStyle w:val="TOC1"/>
        <w:tabs>
          <w:tab w:pos="9524" w:val="right" w:leader="dot"/>
        </w:tabs>
      </w:pPr>
      <w:r>
        <w:t>5 Zuteilung nach Charge, MHD und Seriennummer</w:t>
        <w:tab/>
        <w:t>11</w:t>
      </w:r>
    </w:p>
    <w:p>
      <w:pPr>
        <w:pStyle w:val="TOC2"/>
        <w:tabs>
          <w:tab w:pos="9524" w:val="right" w:leader="dot"/>
        </w:tabs>
      </w:pPr>
      <w:r>
        <w:t>5.1 Einstellungen in WAMAS</w:t>
        <w:tab/>
        <w:t>11</w:t>
      </w:r>
    </w:p>
    <w:p>
      <w:pPr>
        <w:pStyle w:val="TOC2"/>
        <w:tabs>
          <w:tab w:pos="9524" w:val="right" w:leader="dot"/>
        </w:tabs>
      </w:pPr>
      <w:r>
        <w:t>5.2 Artikelstamm (WLSITEM001)</w:t>
        <w:tab/>
        <w:t>12</w:t>
      </w:r>
    </w:p>
    <w:p>
      <w:pPr>
        <w:pStyle w:val="TOC1"/>
        <w:tabs>
          <w:tab w:pos="9524" w:val="right" w:leader="dot"/>
        </w:tabs>
      </w:pPr>
      <w:r>
        <w:t>6 Am Lift: Was der Kommissionierer scannt und bestätigt</w:t>
        <w:tab/>
        <w:t>13</w:t>
      </w:r>
    </w:p>
    <w:p>
      <w:pPr>
        <w:pStyle w:val="TOC1"/>
        <w:tabs>
          <w:tab w:pos="9524" w:val="right" w:leader="dot"/>
        </w:tabs>
      </w:pPr>
      <w:r>
        <w:t>7 Rückmeldung an BC Dynamics</w:t>
        <w:tab/>
        <w:t>14</w:t>
      </w:r>
    </w:p>
    <w:p>
      <w:pPr>
        <w:pStyle w:val="TOC1"/>
        <w:tabs>
          <w:tab w:pos="9524" w:val="right" w:leader="dot"/>
        </w:tabs>
      </w:pPr>
      <w:r>
        <w:t>8 Fehlmengen</w:t>
        <w:tab/>
        <w:t>15</w:t>
      </w:r>
    </w:p>
    <w:p>
      <w:pPr>
        <w:pStyle w:val="TOC1"/>
        <w:tabs>
          <w:tab w:pos="9524" w:val="right" w:leader="dot"/>
        </w:tabs>
      </w:pPr>
      <w:r>
        <w:t>9 Feldmapping</w:t>
        <w:tab/>
        <w:t>16</w:t>
      </w:r>
    </w:p>
    <w:p>
      <w:pPr>
        <w:pStyle w:val="TOC2"/>
        <w:tabs>
          <w:tab w:pos="9524" w:val="right" w:leader="dot"/>
        </w:tabs>
      </w:pPr>
      <w:r>
        <w:t>9.1 BC Dynamics an WAMAS</w:t>
        <w:tab/>
        <w:t>16</w:t>
      </w:r>
    </w:p>
    <w:p>
      <w:pPr>
        <w:pStyle w:val="TOC2"/>
        <w:tabs>
          <w:tab w:pos="9524" w:val="right" w:leader="dot"/>
        </w:tabs>
      </w:pPr>
      <w:r>
        <w:t>9.2 WAMAS an BC Dynamics (Rückmeldung)</w:t>
        <w:tab/>
        <w:t>19</w:t>
      </w:r>
    </w:p>
    <w:p>
      <w:pPr>
        <w:pStyle w:val="TOC2"/>
        <w:tabs>
          <w:tab w:pos="9524" w:val="right" w:leader="dot"/>
        </w:tabs>
      </w:pPr>
      <w:r>
        <w:t>9.3 Prüfungen in BC vor dem Senden</w:t>
        <w:tab/>
        <w:t>20</w:t>
      </w:r>
    </w:p>
    <w:p>
      <w:pPr>
        <w:pStyle w:val="TOC1"/>
        <w:tabs>
          <w:tab w:pos="9524" w:val="right" w:leader="dot"/>
        </w:tabs>
      </w:pPr>
      <w:r>
        <w:t>10 Anleitung für das Lager: Kommissionieren mit Wagen</w:t>
        <w:tab/>
        <w:t>21</w:t>
      </w:r>
    </w:p>
    <w:p>
      <w:pPr>
        <w:pStyle w:val="TOC2"/>
        <w:tabs>
          <w:tab w:pos="9524" w:val="right" w:leader="dot"/>
        </w:tabs>
      </w:pPr>
      <w:r>
        <w:t>10.1 Schritt 1: Auftrag und Wagen holen</w:t>
        <w:tab/>
        <w:t>21</w:t>
      </w:r>
    </w:p>
    <w:p>
      <w:pPr>
        <w:pStyle w:val="TOC2"/>
        <w:tabs>
          <w:tab w:pos="9524" w:val="right" w:leader="dot"/>
        </w:tabs>
      </w:pPr>
      <w:r>
        <w:t>10.2 Schritt 2: Wagen an den Lift stellen</w:t>
        <w:tab/>
        <w:t>21</w:t>
      </w:r>
    </w:p>
    <w:p>
      <w:pPr>
        <w:pStyle w:val="TOC2"/>
        <w:tabs>
          <w:tab w:pos="9524" w:val="right" w:leader="dot"/>
        </w:tabs>
      </w:pPr>
      <w:r>
        <w:t>10.3 Schritt 3: Auftrag am Touch starten</w:t>
        <w:tab/>
        <w:t>21</w:t>
      </w:r>
    </w:p>
    <w:p>
      <w:pPr>
        <w:pStyle w:val="TOC2"/>
        <w:tabs>
          <w:tab w:pos="9524" w:val="right" w:leader="dot"/>
        </w:tabs>
      </w:pPr>
      <w:r>
        <w:t>10.4 Schritt 4: Behälter wählen</w:t>
        <w:tab/>
        <w:t>21</w:t>
      </w:r>
    </w:p>
    <w:p>
      <w:pPr>
        <w:pStyle w:val="TOC2"/>
        <w:tabs>
          <w:tab w:pos="9524" w:val="right" w:leader="dot"/>
        </w:tabs>
      </w:pPr>
      <w:r>
        <w:t>10.5 Schritt 5: Menge entnehmen und bestätigen</w:t>
        <w:tab/>
        <w:t>21</w:t>
      </w:r>
    </w:p>
    <w:p>
      <w:pPr>
        <w:pStyle w:val="TOC2"/>
        <w:tabs>
          <w:tab w:pos="9524" w:val="right" w:leader="dot"/>
        </w:tabs>
      </w:pPr>
      <w:r>
        <w:t>10.6 Schritt 6: Charge, MHD oder Seriennummer</w:t>
        <w:tab/>
        <w:t>21</w:t>
      </w:r>
    </w:p>
    <w:p>
      <w:pPr>
        <w:pStyle w:val="TOC2"/>
        <w:tabs>
          <w:tab w:pos="9524" w:val="right" w:leader="dot"/>
        </w:tabs>
      </w:pPr>
      <w:r>
        <w:t>10.7 Schritt 7: Ware ins Fach legen</w:t>
        <w:tab/>
        <w:t>22</w:t>
      </w:r>
    </w:p>
    <w:p>
      <w:pPr>
        <w:pStyle w:val="TOC2"/>
        <w:tabs>
          <w:tab w:pos="9524" w:val="right" w:leader="dot"/>
        </w:tabs>
      </w:pPr>
      <w:r>
        <w:t>10.8 Schritt 8: Nächste Position</w:t>
        <w:tab/>
        <w:t>22</w:t>
      </w:r>
    </w:p>
    <w:p>
      <w:pPr>
        <w:pStyle w:val="TOC2"/>
        <w:tabs>
          <w:tab w:pos="9524" w:val="right" w:leader="dot"/>
        </w:tabs>
      </w:pPr>
      <w:r>
        <w:t>10.9 Schritt 9: Auftrag abschliessen</w:t>
        <w:tab/>
        <w:t>22</w:t>
      </w:r>
    </w:p>
    <w:p>
      <w:pPr>
        <w:pStyle w:val="TOC2"/>
        <w:tabs>
          <w:tab w:pos="9524" w:val="right" w:leader="dot"/>
        </w:tabs>
      </w:pPr>
      <w:r>
        <w:t>10.10 Merkzettel</w:t>
        <w:tab/>
        <w:t>22</w:t>
      </w:r>
    </w:p>
    <w:p>
      <w:pPr>
        <w:pStyle w:val="TOC1"/>
        <w:tabs>
          <w:tab w:pos="9524" w:val="right" w:leader="dot"/>
        </w:tabs>
      </w:pPr>
      <w:r>
        <w:t>11 Stolperfallen</w:t>
        <w:tab/>
        <w:t>23</w:t>
      </w:r>
    </w:p>
    <w:p>
      <w:pPr>
        <w:pStyle w:val="TOC2"/>
        <w:tabs>
          <w:tab w:pos="9524" w:val="right" w:leader="dot"/>
        </w:tabs>
      </w:pPr>
      <w:r>
        <w:t>11.1 Fehlerfälle</w:t>
        <w:tab/>
        <w:t>23</w:t>
      </w:r>
    </w:p>
    <w:p>
      <w:pPr>
        <w:pStyle w:val="TOC2"/>
        <w:tabs>
          <w:tab w:pos="9524" w:val="right" w:leader="dot"/>
        </w:tabs>
      </w:pPr>
      <w:r>
        <w:t>11.2 Was tun wenn ... (Lager)</w:t>
        <w:tab/>
        <w:t>23</w:t>
      </w:r>
    </w:p>
    <w:p>
      <w:pPr>
        <w:pStyle w:val="TOC1"/>
        <w:tabs>
          <w:tab w:pos="9524" w:val="right" w:leader="dot"/>
        </w:tabs>
      </w:pPr>
      <w:r>
        <w:t>12 Praxisbeispiele</w:t>
        <w:tab/>
        <w:t>25</w:t>
      </w:r>
    </w:p>
    <w:p>
      <w:pPr>
        <w:pStyle w:val="TOC2"/>
        <w:tabs>
          <w:tab w:pos="9524" w:val="right" w:leader="dot"/>
        </w:tabs>
      </w:pPr>
      <w:r>
        <w:t>12.1 Beispiel Ausl000001: Grundfall</w:t>
        <w:tab/>
        <w:t>25</w:t>
      </w:r>
    </w:p>
    <w:p>
      <w:pPr>
        <w:pStyle w:val="TOC2"/>
        <w:tabs>
          <w:tab w:pos="9524" w:val="right" w:leader="dot"/>
        </w:tabs>
      </w:pPr>
      <w:r>
        <w:t>12.2 Beispiel Ausl000002: Charge und MHD (FEFO, Chargen- und MHD-Vorgabe)</w:t>
        <w:tab/>
      </w:r>
    </w:p>
    <w:p>
      <w:pPr>
        <w:pStyle w:val="TOC2"/>
        <w:tabs>
          <w:tab w:pos="9524" w:val="right" w:leader="dot"/>
        </w:tabs>
      </w:pPr>
      <w:r>
        <w:t>12.3 Beispiel Ausl000003: Seriennummer und Fehlmenge</w:t>
        <w:tab/>
        <w:t>33</w:t>
      </w:r>
    </w:p>
    <w:p>
      <w:pPr>
        <w:pStyle w:val="TOC1"/>
        <w:tabs>
          <w:tab w:pos="9524" w:val="right" w:leader="dot"/>
        </w:tabs>
      </w:pPr>
      <w:r>
        <w:t>13 Annahmen, offene Fragen und Lücken</w:t>
        <w:tab/>
        <w:t>38</w:t>
      </w:r>
    </w:p>
    <w:p>
      <w:pPr>
        <w:pStyle w:val="TOC2"/>
        <w:tabs>
          <w:tab w:pos="9524" w:val="right" w:leader="dot"/>
        </w:tabs>
      </w:pPr>
      <w:r>
        <w:t>13.1 Annahmen</w:t>
        <w:tab/>
        <w:t>38</w:t>
      </w:r>
    </w:p>
    <w:p>
      <w:pPr>
        <w:pStyle w:val="TOC2"/>
        <w:tabs>
          <w:tab w:pos="9524" w:val="right" w:leader="dot"/>
        </w:tabs>
      </w:pPr>
      <w:r>
        <w:t>13.2 Offene Fragen</w:t>
        <w:tab/>
        <w:t>38</w:t>
      </w:r>
    </w:p>
    <w:p>
      <w:pPr>
        <w:pStyle w:val="TOC2"/>
        <w:tabs>
          <w:tab w:pos="9524" w:val="right" w:leader="dot"/>
        </w:tabs>
      </w:pPr>
      <w:r>
        <w:t>13.3 Annahmen im Text (Übersicht)</w:t>
        <w:tab/>
        <w:t>39</w:t>
      </w:r>
    </w:p>
    <w:p>
      <w:pPr>
        <w:pStyle w:val="TOC2"/>
        <w:tabs>
          <w:tab w:pos="9524" w:val="right" w:leader="dot"/>
        </w:tabs>
      </w:pPr>
      <w:r>
        <w:t>13.4 Fehlende Screenshots und Fotos</w:t>
        <w:tab/>
        <w:t>39</w:t>
      </w:r>
    </w:p>
    <w:p>
      <w:pPr>
        <w:pStyle w:val="TOC1"/>
        <w:tabs>
          <w:tab w:pos="9524" w:val="right" w:leader="dot"/>
        </w:tabs>
      </w:pPr>
      <w:r>
        <w:t>14 Quellenverzeichnis</w:t>
        <w:tab/>
        <w:t>40</w:t>
      </w:r>
    </w:p>
    <w:p>
      <w:pPr>
        <w:pStyle w:val="TOC2"/>
        <w:tabs>
          <w:tab w:pos="9524" w:val="right" w:leader="dot"/>
        </w:tabs>
      </w:pPr>
      <w:r>
        <w:t>14.1 Abkürzungen</w:t>
        <w:tab/>
        <w:t>40</w:t>
      </w:r>
    </w:p>
    <w:p>
      <w:pPr>
        <w:pStyle w:val="TOC2"/>
        <w:tabs>
          <w:tab w:pos="9524" w:val="right" w:leader="dot"/>
        </w:tabs>
      </w:pPr>
      <w:r>
        <w:t>14.2 Dokumente und Dateien</w:t>
        <w:tab/>
        <w:t>40</w:t>
      </w:r>
    </w:p>
    <w:p>
      <w:pPr>
        <w:pStyle w:val="TOC2"/>
        <w:tabs>
          <w:tab w:pos="9524" w:val="right" w:leader="dot"/>
        </w:tabs>
      </w:pPr>
      <w:r>
        <w:t>14.3 Verwendete Kapitel und Tabellen der Manuals</w:t>
        <w:tab/>
        <w:t>40</w:t>
      </w:r>
      <w:r>
        <w:fldChar w:fldCharType="end"/>
      </w:r>
    </w:p>
    <w:p>
      <w:pPr>
        <w:pStyle w:val="Heading1"/>
      </w:pPr>
      <w:r>
        <w:t>1 Über dieses Dokument</w:t>
      </w:r>
    </w:p>
    <w:p>
      <w:pPr>
        <w:pStyle w:val="Heading2"/>
      </w:pPr>
      <w:r>
        <w:t>1.1 Zweck</w:t>
      </w:r>
    </w:p>
    <w:p>
      <w:r>
        <w:t>Wie ein Kommissionierauftrag aus BC Dynamics (Dynamics Management System) an WAMAS Lift &amp; Store 2.8 geht, wie WAMAS Bestand nach Charge, MHD und Seriennummer zuteilt, was am Lift gescannt wird und was an BC zurückkommt. Mit drei Beispielaufträgen Ausl000001 bis Ausl000003 und einer Kurzanleitung für das Lager.</w:t>
      </w:r>
    </w:p>
    <w:p>
      <w:r>
        <w:t xml:space="preserve">Kunde: </w:t>
      </w:r>
      <w:r>
        <w:rPr>
          <w:b/>
        </w:rPr>
        <w:t>Akumax AG</w:t>
      </w:r>
      <w:r>
        <w:t>. Das Dokument beschreibt die Auslagerung (Kommissionierauftrag) von BC Dynamics an WAMAS Lift &amp; Store 2.8 mit Zuteilung nach Charge, MHD und Seriennummer, Rückmeldung, Feldmapping, drei Beispielaufträgen und einer Kurzanleitung für das Lager. Stand des Inhalts: Entwurf.</w:t>
      </w:r>
    </w:p>
    <w:p>
      <w:pPr>
        <w:pStyle w:val="Heading2"/>
      </w:pPr>
      <w:r>
        <w:t>1.2 So lesen Sie dieses Dokument</w:t>
      </w:r>
    </w:p>
    <w:p>
      <w:r>
        <w:t xml:space="preserve">Die Excel-Fassung des Feldmappings </w:t>
      </w:r>
      <w:r>
        <w:rPr>
          <w:rFonts w:ascii="Consolas" w:hAnsi="Consolas" w:cs="Consolas" w:eastAsia="Consolas"/>
          <w:sz w:val="18"/>
        </w:rPr>
        <w:t>Feldmapping_Auslagerung_Kommissionierauftrag.xlsx</w:t>
      </w:r>
      <w:r>
        <w:t xml:space="preserve"> bleibt unverändert gültig.</w:t>
      </w:r>
    </w:p>
    <w:p>
      <w:pPr>
        <w:pStyle w:val="ListBullet"/>
      </w:pPr>
      <w:r>
        <w:t xml:space="preserve">Gelbe Kästen </w:t>
      </w:r>
      <w:r>
        <w:rPr>
          <w:b/>
        </w:rPr>
        <w:t>Hinweis</w:t>
      </w:r>
      <w:r>
        <w:t xml:space="preserve"> enthalten Erläuterungen und Empfehlungen, orange Kästen </w:t>
      </w:r>
      <w:r>
        <w:rPr>
          <w:b/>
        </w:rPr>
        <w:t>Achtung</w:t>
      </w:r>
      <w:r>
        <w:t xml:space="preserve"> Warnungen und Regeln, die nicht verletzt werden dürfen.</w:t>
      </w:r>
    </w:p>
    <w:p>
      <w:pPr>
        <w:pStyle w:val="ListBullet"/>
      </w:pPr>
      <w:r>
        <w:t xml:space="preserve">Graue Kästen mit rotem Rand markieren Lücken: </w:t>
      </w:r>
      <w:r>
        <w:rPr>
          <w:b/>
        </w:rPr>
        <w:t>Annahme, zu prüfen</w:t>
      </w:r>
      <w:r>
        <w:t xml:space="preserve"> (fachliche Annahme, im Test oder mit dem BC-Team zu bestätigen) sowie fehlende Screenshots und Fotos.</w:t>
      </w:r>
    </w:p>
    <w:p>
      <w:pPr>
        <w:pStyle w:val="ListBullet"/>
      </w:pPr>
      <w:r>
        <w:t xml:space="preserve">UI-Namen und Dialoge stehen </w:t>
      </w:r>
      <w:r>
        <w:rPr>
          <w:b/>
        </w:rPr>
        <w:t>fett</w:t>
      </w:r>
      <w:r>
        <w:t xml:space="preserve">, Felder, Satzarten und Telegramminhalte in </w:t>
      </w:r>
      <w:r>
        <w:rPr>
          <w:rFonts w:ascii="Consolas" w:hAnsi="Consolas" w:cs="Consolas" w:eastAsia="Consolas"/>
          <w:sz w:val="18"/>
        </w:rPr>
        <w:t>Monospace</w:t>
      </w:r>
      <w:r>
        <w:t>.</w:t>
      </w:r>
    </w:p>
    <w:p>
      <w:pPr>
        <w:pStyle w:val="ListBullet"/>
      </w:pPr>
      <w:r>
        <w:t>Fach-QR-Inhalte der Form Wagen|Fach (z. B. KW-1001|A1) sind in Tabellenzellen mit „¦“ geschrieben, weil „|“ dort als Spaltentrenner dient.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Abläufe Auslagerung: Kommissionierauftrag BC Dynamics an WAMAS</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2.0 (Redesign)</w:t>
            </w:r>
          </w:p>
        </w:tc>
      </w:tr>
      <w:tr>
        <w:tc>
          <w:tcPr>
            <w:tcW w:type="dxa" w:w="2268"/>
          </w:tcPr>
          <w:p>
            <w:pPr>
              <w:spacing w:after="0" w:line="252" w:lineRule="auto"/>
            </w:pPr>
            <w:r>
              <w:rPr>
                <w:b/>
                <w:sz w:val="17"/>
              </w:rPr>
              <w:t>Stand</w:t>
            </w:r>
          </w:p>
        </w:tc>
        <w:tc>
          <w:tcPr>
            <w:tcW w:type="dxa" w:w="7257"/>
          </w:tcPr>
          <w:p>
            <w:pPr>
              <w:spacing w:after="0" w:line="252" w:lineRule="auto"/>
            </w:pPr>
            <w:r>
              <w:rPr>
                <w:sz w:val="17"/>
              </w:rPr>
              <w:t>14.10.2026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Sobona / SSI SCHÄFER</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Projektteam Akumax AG, BC-Team, Key-User WAMAS, Lagerpersonal (Kapitel Anleitung)</w:t>
            </w:r>
          </w:p>
        </w:tc>
      </w:tr>
      <w:tr>
        <w:tc>
          <w:tcPr>
            <w:tcW w:type="dxa" w:w="2268"/>
          </w:tcPr>
          <w:p>
            <w:pPr>
              <w:spacing w:after="0" w:line="252" w:lineRule="auto"/>
            </w:pPr>
            <w:r>
              <w:rPr>
                <w:b/>
                <w:sz w:val="17"/>
              </w:rPr>
              <w:t>Grundlage</w:t>
            </w:r>
          </w:p>
        </w:tc>
        <w:tc>
          <w:tcPr>
            <w:tcW w:type="dxa" w:w="7257"/>
          </w:tcPr>
          <w:p>
            <w:pPr>
              <w:spacing w:after="0" w:line="252" w:lineRule="auto"/>
            </w:pPr>
            <w:r>
              <w:rPr>
                <w:sz w:val="17"/>
              </w:rPr>
              <w:t>Stand 14.10.2026 · Entwurf · Quellen: Interface Manual WLS-ERP 2.8 (IM), User Manual (UM) und Administrator Manual (AM) WAMAS Lift &amp; Store 2.8, Referenz-App (server.py), echter Einlagerauftrag Einl000031 · Telegramme: telegramme/*.json · Excel: Feldmapping_Auslagerung_Kommissionierauftrag.xlsx</w:t>
            </w:r>
          </w:p>
        </w:tc>
      </w:tr>
    </w:tbl>
    <w:p>
      <w:pPr>
        <w:spacing w:after="40"/>
      </w:pPr>
    </w:p>
    <w:p>
      <w:pPr>
        <w:pStyle w:val="Heading2"/>
      </w:pPr>
      <w:r>
        <w:t>1.4 Änderungshistorie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32"/>
        <w:gridCol w:w="1332"/>
        <w:gridCol w:w="2081"/>
        <w:gridCol w:w="4779"/>
      </w:tblGrid>
      <w:tr>
        <w:trPr>
          <w:tblHeader w:val="true"/>
        </w:trPr>
        <w:tc>
          <w:tcPr>
            <w:tcW w:type="dxa" w:w="1332"/>
            <w:shd w:val="clear" w:color="auto" w:fill="FEEE19"/>
          </w:tcPr>
          <w:p>
            <w:pPr>
              <w:spacing w:after="0"/>
            </w:pPr>
            <w:r>
              <w:rPr>
                <w:b/>
                <w:sz w:val="17"/>
              </w:rPr>
              <w:t>Version</w:t>
            </w:r>
          </w:p>
        </w:tc>
        <w:tc>
          <w:tcPr>
            <w:tcW w:type="dxa" w:w="1332"/>
            <w:shd w:val="clear" w:color="auto" w:fill="FEEE19"/>
          </w:tcPr>
          <w:p>
            <w:pPr>
              <w:spacing w:after="0"/>
            </w:pPr>
            <w:r>
              <w:rPr>
                <w:b/>
                <w:sz w:val="17"/>
              </w:rPr>
              <w:t>Stand</w:t>
            </w:r>
          </w:p>
        </w:tc>
        <w:tc>
          <w:tcPr>
            <w:tcW w:type="dxa" w:w="2081"/>
            <w:shd w:val="clear" w:color="auto" w:fill="FEEE19"/>
          </w:tcPr>
          <w:p>
            <w:pPr>
              <w:spacing w:after="0"/>
            </w:pPr>
            <w:r>
              <w:rPr>
                <w:b/>
                <w:sz w:val="17"/>
              </w:rPr>
              <w:t>Autor</w:t>
            </w:r>
          </w:p>
        </w:tc>
        <w:tc>
          <w:tcPr>
            <w:tcW w:type="dxa" w:w="4779"/>
            <w:shd w:val="clear" w:color="auto" w:fill="FEEE19"/>
          </w:tcPr>
          <w:p>
            <w:pPr>
              <w:spacing w:after="0"/>
            </w:pPr>
            <w:r>
              <w:rPr>
                <w:b/>
                <w:sz w:val="17"/>
              </w:rPr>
              <w:t>Änderung</w:t>
            </w:r>
          </w:p>
        </w:tc>
      </w:tr>
      <w:tr>
        <w:tc>
          <w:tcPr>
            <w:tcW w:type="dxa" w:w="1332"/>
          </w:tcPr>
          <w:p>
            <w:pPr>
              <w:spacing w:after="0" w:line="252" w:lineRule="auto"/>
            </w:pPr>
            <w:r>
              <w:rPr>
                <w:sz w:val="17"/>
              </w:rPr>
              <w:t>1.0</w:t>
            </w:r>
          </w:p>
        </w:tc>
        <w:tc>
          <w:tcPr>
            <w:tcW w:type="dxa" w:w="1332"/>
          </w:tcPr>
          <w:p>
            <w:pPr>
              <w:spacing w:after="0" w:line="252" w:lineRule="auto"/>
            </w:pPr>
            <w:r>
              <w:rPr>
                <w:sz w:val="17"/>
              </w:rPr>
              <w:t>14.10.2026</w:t>
            </w:r>
          </w:p>
        </w:tc>
        <w:tc>
          <w:tcPr>
            <w:tcW w:type="dxa" w:w="2081"/>
          </w:tcPr>
          <w:p>
            <w:pPr>
              <w:spacing w:after="0" w:line="252" w:lineRule="auto"/>
            </w:pPr>
            <w:r>
              <w:rPr>
                <w:sz w:val="17"/>
              </w:rPr>
              <w:t>Marek Sobona</w:t>
            </w:r>
          </w:p>
        </w:tc>
        <w:tc>
          <w:tcPr>
            <w:tcW w:type="dxa" w:w="4779"/>
          </w:tcPr>
          <w:p>
            <w:pPr>
              <w:spacing w:after="0" w:line="252" w:lineRule="auto"/>
            </w:pPr>
            <w:r>
              <w:rPr>
                <w:sz w:val="17"/>
              </w:rPr>
              <w:t>Erstfassung im bisherigen Layout (HTML, Word/PDF)</w:t>
            </w:r>
          </w:p>
        </w:tc>
      </w:tr>
      <w:tr>
        <w:tc>
          <w:tcPr>
            <w:tcW w:type="dxa" w:w="1332"/>
          </w:tcPr>
          <w:p>
            <w:pPr>
              <w:spacing w:after="0" w:line="252" w:lineRule="auto"/>
            </w:pPr>
            <w:r>
              <w:rPr>
                <w:sz w:val="17"/>
              </w:rPr>
              <w:t>2.0 (Redesign)</w:t>
            </w:r>
          </w:p>
        </w:tc>
        <w:tc>
          <w:tcPr>
            <w:tcW w:type="dxa" w:w="1332"/>
          </w:tcPr>
          <w:p>
            <w:pPr>
              <w:spacing w:after="0" w:line="252" w:lineRule="auto"/>
            </w:pPr>
            <w:r>
              <w:rPr>
                <w:sz w:val="17"/>
              </w:rPr>
              <w:t>14.10.2026</w:t>
            </w:r>
          </w:p>
        </w:tc>
        <w:tc>
          <w:tcPr>
            <w:tcW w:type="dxa" w:w="2081"/>
          </w:tcPr>
          <w:p>
            <w:pPr>
              <w:spacing w:after="0" w:line="252" w:lineRule="auto"/>
            </w:pPr>
            <w:r>
              <w:rPr>
                <w:sz w:val="17"/>
              </w:rPr>
              <w:t>Marek Sobona / SSI SCHÄFER</w:t>
            </w:r>
          </w:p>
        </w:tc>
        <w:tc>
          <w:tcPr>
            <w:tcW w:type="dxa" w:w="4779"/>
          </w:tcPr>
          <w:p>
            <w:pPr>
              <w:spacing w:after="0" w:line="252" w:lineRule="auto"/>
            </w:pPr>
            <w:r>
              <w:rPr>
                <w:sz w:val="17"/>
              </w:rPr>
              <w:t>Redesign im SSI-SCHÄFER-Design-Kit: Titelseite, Inhaltsverzeichnis, Kapitel „Über dieses Dokument“, Stolperfallen, Praxisbeispiele, offene Fragen/Lücken und Quellenverzeichnis ergänzt bzw. aus vorhandenen Abschnitten gebildet; Kapitel neu nummeriert, Querverweise angepasst; fachlicher Inhalt unverändert</w:t>
            </w:r>
          </w:p>
        </w:tc>
      </w:tr>
    </w:tbl>
    <w:p>
      <w:pPr>
        <w:pStyle w:val="BeschriftungSSI"/>
      </w:pPr>
      <w:r>
        <w:t>Tab. 1: Änderungshistorie</w:t>
      </w:r>
    </w:p>
    <w:p>
      <w:pPr>
        <w:pStyle w:val="Heading1"/>
      </w:pPr>
      <w:r>
        <w:t>2 Kurzfassung</w:t>
      </w:r>
    </w:p>
    <w:p>
      <w:pPr>
        <w:pStyle w:val="ListBullet"/>
      </w:pPr>
      <w:r>
        <w:t xml:space="preserve">BC Dynamics sendet je Warenausgang einen </w:t>
      </w:r>
      <w:r>
        <w:rPr>
          <w:b/>
        </w:rPr>
        <w:t>Kommissionierauftrag</w:t>
      </w:r>
      <w:r>
        <w:t xml:space="preserve"> über die DI-API (</w:t>
      </w:r>
      <w:r>
        <w:rPr>
          <w:rFonts w:ascii="Consolas" w:hAnsi="Consolas" w:cs="Consolas" w:eastAsia="Consolas"/>
          <w:sz w:val="18"/>
        </w:rPr>
        <w:t>https://SRV01:41124/di-api/v3/HOST/messages</w:t>
      </w:r>
      <w:r>
        <w:t xml:space="preserve">): Kopf </w:t>
      </w:r>
      <w:r>
        <w:rPr>
          <w:rFonts w:ascii="Consolas" w:hAnsi="Consolas" w:cs="Consolas" w:eastAsia="Consolas"/>
          <w:sz w:val="18"/>
        </w:rPr>
        <w:t>WLSPD003</w:t>
      </w:r>
      <w:r>
        <w:t xml:space="preserve">, Positionen </w:t>
      </w:r>
      <w:r>
        <w:rPr>
          <w:rFonts w:ascii="Consolas" w:hAnsi="Consolas" w:cs="Consolas" w:eastAsia="Consolas"/>
          <w:sz w:val="18"/>
        </w:rPr>
        <w:t>WLSPDL002</w:t>
      </w:r>
      <w:r>
        <w:t xml:space="preserve">, Auftragsart </w:t>
      </w:r>
      <w:r>
        <w:rPr>
          <w:rFonts w:ascii="Consolas" w:hAnsi="Consolas" w:cs="Consolas" w:eastAsia="Consolas"/>
          <w:sz w:val="18"/>
        </w:rPr>
        <w:t>SHPG</w:t>
      </w:r>
      <w:r>
        <w:t>. [belegt] (IM 7.1, S. 95 bis 107)</w:t>
      </w:r>
    </w:p>
    <w:p>
      <w:pPr>
        <w:pStyle w:val="ListBullet"/>
      </w:pPr>
      <w:r>
        <w:t xml:space="preserve">Wagen und Zielfach je Position gehen wie beim Wareneingang als externe Referenz </w:t>
      </w:r>
      <w:r>
        <w:rPr>
          <w:rFonts w:ascii="Consolas" w:hAnsi="Consolas" w:cs="Consolas" w:eastAsia="Consolas"/>
          <w:sz w:val="18"/>
        </w:rPr>
        <w:t>WAGE</w:t>
      </w:r>
      <w:r>
        <w:t xml:space="preserve"> mit (</w:t>
      </w:r>
      <w:r>
        <w:rPr>
          <w:rFonts w:ascii="Consolas" w:hAnsi="Consolas" w:cs="Consolas" w:eastAsia="Consolas"/>
          <w:sz w:val="18"/>
        </w:rPr>
        <w:t>WLSPDLEXTREF001</w:t>
      </w:r>
      <w:r>
        <w:t>: Wagen in extRefVal1, Fach in extRefVal2). [belegt] Felder, [Annahme, zu prüfen] Nutzung</w:t>
      </w:r>
    </w:p>
    <w:p>
      <w:pPr>
        <w:pStyle w:val="ListBullet"/>
      </w:pPr>
      <w:r>
        <w:t>Charge (</w:t>
      </w:r>
      <w:r>
        <w:rPr>
          <w:rFonts w:ascii="Consolas" w:hAnsi="Consolas" w:cs="Consolas" w:eastAsia="Consolas"/>
          <w:sz w:val="18"/>
        </w:rPr>
        <w:t>batch</w:t>
      </w:r>
      <w:r>
        <w:t>, S 20), MHD (</w:t>
      </w:r>
      <w:r>
        <w:rPr>
          <w:rFonts w:ascii="Consolas" w:hAnsi="Consolas" w:cs="Consolas" w:eastAsia="Consolas"/>
          <w:sz w:val="18"/>
        </w:rPr>
        <w:t>bbDate</w:t>
      </w:r>
      <w:r>
        <w:t>, DA 8 JJJJMMTT) und Seriennummer (</w:t>
      </w:r>
      <w:r>
        <w:rPr>
          <w:rFonts w:ascii="Consolas" w:hAnsi="Consolas" w:cs="Consolas" w:eastAsia="Consolas"/>
          <w:sz w:val="18"/>
        </w:rPr>
        <w:t>csia1</w:t>
      </w:r>
      <w:r>
        <w:t xml:space="preserve">, S 50) in der Position sind </w:t>
      </w:r>
      <w:r>
        <w:rPr>
          <w:b/>
        </w:rPr>
        <w:t>Vorgaben</w:t>
      </w:r>
      <w:r>
        <w:t xml:space="preserve">; leer heisst: WAMAS wählt. Ohne Vorgabe wählt WAMAS nach </w:t>
      </w:r>
      <w:r>
        <w:rPr>
          <w:rFonts w:ascii="Consolas" w:hAnsi="Consolas" w:cs="Consolas" w:eastAsia="Consolas"/>
          <w:sz w:val="18"/>
        </w:rPr>
        <w:t>timeBasedAccMode</w:t>
      </w:r>
      <w:r>
        <w:t xml:space="preserve"> des Artikels: </w:t>
      </w:r>
      <w:r>
        <w:rPr>
          <w:rFonts w:ascii="Consolas" w:hAnsi="Consolas" w:cs="Consolas" w:eastAsia="Consolas"/>
          <w:sz w:val="18"/>
        </w:rPr>
        <w:t>BBD</w:t>
      </w:r>
      <w:r>
        <w:t xml:space="preserve"> = kürzestes MHD zuerst (FEFO). [belegt] Felder und Modus, [Annahme, zu prüfen] genaue Reihenfolge</w:t>
      </w:r>
    </w:p>
    <w:p>
      <w:pPr>
        <w:pStyle w:val="ListBullet"/>
      </w:pPr>
      <w:r>
        <w:t>Am Lift bringt WAMAS den Tray, der Kommissionierer wählt den reservierten Behälter, bestätigt die Menge und erfasst bei Pflicht Charge, MHD bzw. Seriennummer. Fehlmengen werden mit Grund erfasst. [belegt] (UM 6.2.5.2, S. 106 bis 108; 6.2.5.5.2, S. 111)</w:t>
      </w:r>
    </w:p>
    <w:p>
      <w:pPr>
        <w:pStyle w:val="ListBullet"/>
      </w:pPr>
      <w:r>
        <w:t xml:space="preserve">WAMAS meldet zurück: </w:t>
      </w:r>
      <w:r>
        <w:rPr>
          <w:rFonts w:ascii="Consolas" w:hAnsi="Consolas" w:cs="Consolas" w:eastAsia="Consolas"/>
          <w:sz w:val="18"/>
        </w:rPr>
        <w:t>WLSPDACK003</w:t>
      </w:r>
      <w:r>
        <w:t xml:space="preserve"> (Status), je Position </w:t>
      </w:r>
      <w:r>
        <w:rPr>
          <w:rFonts w:ascii="Consolas" w:hAnsi="Consolas" w:cs="Consolas" w:eastAsia="Consolas"/>
          <w:sz w:val="18"/>
        </w:rPr>
        <w:t>WLSPDLACK001</w:t>
      </w:r>
      <w:r>
        <w:t xml:space="preserve"> (bestellt, freigegeben, geliefert, Differenzgrund) und je Entnahme </w:t>
      </w:r>
      <w:r>
        <w:rPr>
          <w:rFonts w:ascii="Consolas" w:hAnsi="Consolas" w:cs="Consolas" w:eastAsia="Consolas"/>
          <w:sz w:val="18"/>
        </w:rPr>
        <w:t>WLSPDLACTIVITYACK001</w:t>
      </w:r>
      <w:r>
        <w:t xml:space="preserve"> mit der </w:t>
      </w:r>
      <w:r>
        <w:rPr>
          <w:b/>
        </w:rPr>
        <w:t>tatsächlich</w:t>
      </w:r>
      <w:r>
        <w:t xml:space="preserve"> entnommenen Menge, Charge, MHD und Seriennummer. [belegt] (IM 7.2, S. 108 bis 123)</w:t>
      </w:r>
    </w:p>
    <w:p>
      <w:pPr>
        <w:pStyle w:val="ListBullet"/>
      </w:pPr>
      <w:r>
        <w:t>BC bucht damit die Kommissionierung und die Artikelverfolgung; eine Fehlmenge bleibt als Rückstand. [Annahme, zu prüfen]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Kennzeichnung</w:t>
            </w:r>
          </w:p>
          <w:p>
            <w:pPr>
              <w:spacing w:after="40"/>
            </w:pPr>
            <w:r>
              <w:rPr>
                <w:sz w:val="19"/>
              </w:rPr>
              <w:t>[belegt] steht so im Manual oder im Code. [Annahme, zu prüfen] ist nicht belegt und muss im Test oder mit SSI Schäfer bzw. dem BC-Team bestätigt werden. [Beispiel] erfundene Werte. Die Akumax-Artikel führen heute keine Charge, kein MHD und keine Seriennummer; in den Beispielen sind JB-3030, JB-2015 und M0401-48 dafür eingestellt.</w:t>
            </w:r>
          </w:p>
        </w:tc>
      </w:tr>
    </w:tbl>
    <w:p>
      <w:pPr>
        <w:spacing w:after="40"/>
      </w:pPr>
    </w:p>
    <w:p>
      <w:pPr>
        <w:pStyle w:val="Quelle"/>
      </w:pPr>
      <w:r>
        <w:rPr>
          <w:b/>
        </w:rPr>
        <w:t xml:space="preserve">Quelle: </w:t>
      </w:r>
      <w:r>
        <w:rPr>
          <w:sz w:val="17"/>
        </w:rPr>
        <w:t>Vorgängerdokument v1.0, Kap. „Kurzfassung“; Belege je Aussage siehe Kennzeichnung und Quellenverzeichnis</w:t>
      </w:r>
    </w:p>
    <w:p>
      <w:pPr>
        <w:pStyle w:val="Heading1"/>
      </w:pPr>
      <w:r>
        <w:t>3 Prozessübersicht und Rollen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28"/>
        <w:gridCol w:w="5072"/>
        <w:gridCol w:w="2624"/>
      </w:tblGrid>
      <w:tr>
        <w:trPr>
          <w:tblHeader w:val="true"/>
        </w:trPr>
        <w:tc>
          <w:tcPr>
            <w:tcW w:type="dxa" w:w="1828"/>
            <w:shd w:val="clear" w:color="auto" w:fill="FEEE19"/>
          </w:tcPr>
          <w:p>
            <w:pPr>
              <w:spacing w:after="0"/>
            </w:pPr>
            <w:r>
              <w:rPr>
                <w:b/>
                <w:sz w:val="17"/>
              </w:rPr>
              <w:t>Rolle</w:t>
            </w:r>
          </w:p>
        </w:tc>
        <w:tc>
          <w:tcPr>
            <w:tcW w:type="dxa" w:w="5072"/>
            <w:shd w:val="clear" w:color="auto" w:fill="FEEE19"/>
          </w:tcPr>
          <w:p>
            <w:pPr>
              <w:spacing w:after="0"/>
            </w:pPr>
            <w:r>
              <w:rPr>
                <w:b/>
                <w:sz w:val="17"/>
              </w:rPr>
              <w:t>Aufgabe</w:t>
            </w:r>
          </w:p>
        </w:tc>
        <w:tc>
          <w:tcPr>
            <w:tcW w:type="dxa" w:w="2624"/>
            <w:shd w:val="clear" w:color="auto" w:fill="FEEE19"/>
          </w:tcPr>
          <w:p>
            <w:pPr>
              <w:spacing w:after="0"/>
            </w:pPr>
            <w:r>
              <w:rPr>
                <w:b/>
                <w:sz w:val="17"/>
              </w:rPr>
              <w:t>Status</w:t>
            </w:r>
          </w:p>
        </w:tc>
      </w:tr>
      <w:tr>
        <w:tc>
          <w:tcPr>
            <w:tcW w:type="dxa" w:w="1828"/>
          </w:tcPr>
          <w:p>
            <w:pPr>
              <w:spacing w:after="0" w:line="252" w:lineRule="auto"/>
            </w:pPr>
            <w:r>
              <w:rPr>
                <w:b/>
                <w:sz w:val="17"/>
              </w:rPr>
              <w:t>BC Dynamics</w:t>
            </w:r>
            <w:r>
              <w:rPr>
                <w:sz w:val="17"/>
              </w:rPr>
              <w:t xml:space="preserve"> (Host)</w:t>
            </w:r>
          </w:p>
        </w:tc>
        <w:tc>
          <w:tcPr>
            <w:tcW w:type="dxa" w:w="5072"/>
          </w:tcPr>
          <w:p>
            <w:pPr>
              <w:spacing w:after="0" w:line="252" w:lineRule="auto"/>
            </w:pPr>
            <w:r>
              <w:rPr>
                <w:sz w:val="17"/>
              </w:rPr>
              <w:t>Verkaufsauftrag, Warenausgang, Wagen und Fach zuordnen, Kommissionierauftrag senden, Rückmeldung buchen</w:t>
            </w:r>
          </w:p>
        </w:tc>
        <w:tc>
          <w:tcPr>
            <w:tcW w:type="dxa" w:w="2624"/>
          </w:tcPr>
          <w:p>
            <w:pPr>
              <w:spacing w:after="0" w:line="252" w:lineRule="auto"/>
            </w:pPr>
            <w:r>
              <w:rPr>
                <w:sz w:val="17"/>
              </w:rPr>
              <w:t>[Annahme, zu prüfen] Aufteilung</w:t>
            </w:r>
          </w:p>
        </w:tc>
      </w:tr>
      <w:tr>
        <w:tc>
          <w:tcPr>
            <w:tcW w:type="dxa" w:w="1828"/>
          </w:tcPr>
          <w:p>
            <w:pPr>
              <w:spacing w:after="0" w:line="252" w:lineRule="auto"/>
            </w:pPr>
            <w:r>
              <w:rPr>
                <w:b/>
                <w:sz w:val="17"/>
              </w:rPr>
              <w:t>WAMAS 2.8</w:t>
            </w:r>
          </w:p>
        </w:tc>
        <w:tc>
          <w:tcPr>
            <w:tcW w:type="dxa" w:w="5072"/>
          </w:tcPr>
          <w:p>
            <w:pPr>
              <w:spacing w:after="0" w:line="252" w:lineRule="auto"/>
            </w:pPr>
            <w:r>
              <w:rPr>
                <w:sz w:val="17"/>
              </w:rPr>
              <w:t>Auftrag annehmen, Bestand reservieren (Charge, MHD, Seriennummer), Trays anfordern, Rückmeldung senden</w:t>
            </w:r>
          </w:p>
        </w:tc>
        <w:tc>
          <w:tcPr>
            <w:tcW w:type="dxa" w:w="2624"/>
          </w:tcPr>
          <w:p>
            <w:pPr>
              <w:spacing w:after="0" w:line="252" w:lineRule="auto"/>
            </w:pPr>
            <w:r>
              <w:rPr>
                <w:sz w:val="17"/>
              </w:rPr>
              <w:t>[belegt]</w:t>
            </w:r>
          </w:p>
        </w:tc>
      </w:tr>
      <w:tr>
        <w:tc>
          <w:tcPr>
            <w:tcW w:type="dxa" w:w="1828"/>
          </w:tcPr>
          <w:p>
            <w:pPr>
              <w:spacing w:after="0" w:line="252" w:lineRule="auto"/>
            </w:pPr>
            <w:r>
              <w:rPr>
                <w:b/>
                <w:sz w:val="17"/>
              </w:rPr>
              <w:t>Lift mit WAMAS Touch</w:t>
            </w:r>
          </w:p>
        </w:tc>
        <w:tc>
          <w:tcPr>
            <w:tcW w:type="dxa" w:w="5072"/>
          </w:tcPr>
          <w:p>
            <w:pPr>
              <w:spacing w:after="0" w:line="252" w:lineRule="auto"/>
            </w:pPr>
            <w:r>
              <w:rPr>
                <w:sz w:val="17"/>
              </w:rPr>
              <w:t>Tray an die Öffnung, reservierter Behälter markiert, Menge und Merkmale bestätigen</w:t>
            </w:r>
          </w:p>
        </w:tc>
        <w:tc>
          <w:tcPr>
            <w:tcW w:type="dxa" w:w="2624"/>
          </w:tcPr>
          <w:p>
            <w:pPr>
              <w:spacing w:after="0" w:line="252" w:lineRule="auto"/>
            </w:pPr>
            <w:r>
              <w:rPr>
                <w:sz w:val="17"/>
              </w:rPr>
              <w:t>[belegt] (UM 6.2.5.2)</w:t>
            </w:r>
          </w:p>
        </w:tc>
      </w:tr>
      <w:tr>
        <w:tc>
          <w:tcPr>
            <w:tcW w:type="dxa" w:w="1828"/>
          </w:tcPr>
          <w:p>
            <w:pPr>
              <w:spacing w:after="0" w:line="252" w:lineRule="auto"/>
            </w:pPr>
            <w:r>
              <w:rPr>
                <w:b/>
                <w:sz w:val="17"/>
              </w:rPr>
              <w:t>Kommissionierer</w:t>
            </w:r>
          </w:p>
        </w:tc>
        <w:tc>
          <w:tcPr>
            <w:tcW w:type="dxa" w:w="5072"/>
          </w:tcPr>
          <w:p>
            <w:pPr>
              <w:spacing w:after="0" w:line="252" w:lineRule="auto"/>
            </w:pPr>
            <w:r>
              <w:rPr>
                <w:sz w:val="17"/>
              </w:rPr>
              <w:t>Wagen bereitstellen, Ware entnehmen, in das Zielfach legen, Fehlmenge melden</w:t>
            </w:r>
          </w:p>
        </w:tc>
        <w:tc>
          <w:tcPr>
            <w:tcW w:type="dxa" w:w="2624"/>
          </w:tcPr>
          <w:p>
            <w:pPr>
              <w:spacing w:after="0" w:line="252" w:lineRule="auto"/>
            </w:pPr>
            <w:r>
              <w:rPr>
                <w:sz w:val="17"/>
              </w:rPr>
              <w:t>[Annahme, zu prüfen] Wagenteil</w:t>
            </w:r>
          </w:p>
        </w:tc>
      </w:tr>
      <w:tr>
        <w:tc>
          <w:tcPr>
            <w:tcW w:type="dxa" w:w="1828"/>
          </w:tcPr>
          <w:p>
            <w:pPr>
              <w:spacing w:after="0" w:line="252" w:lineRule="auto"/>
            </w:pPr>
            <w:r>
              <w:rPr>
                <w:b/>
                <w:sz w:val="17"/>
              </w:rPr>
              <w:t>Leitstelle</w:t>
            </w:r>
          </w:p>
        </w:tc>
        <w:tc>
          <w:tcPr>
            <w:tcW w:type="dxa" w:w="5072"/>
          </w:tcPr>
          <w:p>
            <w:pPr>
              <w:spacing w:after="0" w:line="252" w:lineRule="auto"/>
            </w:pPr>
            <w:r>
              <w:rPr>
                <w:sz w:val="17"/>
              </w:rPr>
              <w:t>Aufträge mit Fehlmenge organisatorisch abschliessen, Fehler klären</w:t>
            </w:r>
          </w:p>
        </w:tc>
        <w:tc>
          <w:tcPr>
            <w:tcW w:type="dxa" w:w="2624"/>
          </w:tcPr>
          <w:p>
            <w:pPr>
              <w:spacing w:after="0" w:line="252" w:lineRule="auto"/>
            </w:pPr>
            <w:r>
              <w:rPr>
                <w:sz w:val="17"/>
              </w:rPr>
              <w:t>[belegt] (UM 6.4.12, S. 130)</w:t>
            </w:r>
          </w:p>
        </w:tc>
      </w:tr>
    </w:tbl>
    <w:p>
      <w:pPr>
        <w:pStyle w:val="BeschriftungSSI"/>
      </w:pPr>
      <w:r>
        <w:t>Tab. 2: Prozessübersicht und Rollen</w:t>
      </w:r>
    </w:p>
    <w:p>
      <w:pPr>
        <w:pStyle w:val="Heading2"/>
      </w:pPr>
      <w:r>
        <w:t>3.1 Ablauf in 9 Schritten</w:t>
      </w:r>
    </w:p>
    <w:p>
      <w:pPr>
        <w:tabs>
          <w:tab w:pos="425" w:val="left"/>
        </w:tabs>
        <w:spacing w:after="60"/>
        <w:ind w:left="425" w:hanging="425"/>
      </w:pPr>
      <w:r>
        <w:rPr>
          <w:b/>
        </w:rPr>
        <w:t>1.</w:t>
        <w:tab/>
      </w:r>
      <w:r>
        <w:rPr>
          <w:b/>
        </w:rPr>
        <w:t>Artikelstamm</w:t>
      </w:r>
      <w:r>
        <w:t xml:space="preserve"> </w:t>
      </w:r>
      <w:r>
        <w:rPr>
          <w:rFonts w:ascii="Consolas" w:hAnsi="Consolas" w:cs="Consolas" w:eastAsia="Consolas"/>
          <w:sz w:val="18"/>
        </w:rPr>
        <w:t>WLSITEM001</w:t>
      </w:r>
      <w:r>
        <w:t xml:space="preserve"> ist vorab in WAMAS, inkl. Charge-, MHD- und Seriennummer-Einstellungen (Kapitel 5.2). [belegt]</w:t>
      </w:r>
    </w:p>
    <w:p>
      <w:pPr>
        <w:tabs>
          <w:tab w:pos="425" w:val="left"/>
        </w:tabs>
        <w:spacing w:after="60"/>
        <w:ind w:left="425" w:hanging="425"/>
      </w:pPr>
      <w:r>
        <w:rPr>
          <w:b/>
        </w:rPr>
        <w:t>2.</w:t>
        <w:tab/>
      </w:r>
      <w:r>
        <w:rPr>
          <w:b/>
        </w:rPr>
        <w:t>Warenausgang in BC</w:t>
      </w:r>
      <w:r>
        <w:t xml:space="preserve"> freigegeben; BC ordnet einen Wagen (z. B. </w:t>
      </w:r>
      <w:r>
        <w:rPr>
          <w:rFonts w:ascii="Consolas" w:hAnsi="Consolas" w:cs="Consolas" w:eastAsia="Consolas"/>
          <w:sz w:val="18"/>
        </w:rPr>
        <w:t>KW-1002</w:t>
      </w:r>
      <w:r>
        <w:t>) und je Position ein Zielfach (A1 bis C3) zu. [Annahme, zu prüfen]</w:t>
      </w:r>
    </w:p>
    <w:p>
      <w:pPr>
        <w:tabs>
          <w:tab w:pos="425" w:val="left"/>
        </w:tabs>
        <w:spacing w:after="60"/>
        <w:ind w:left="425" w:hanging="425"/>
      </w:pPr>
      <w:r>
        <w:rPr>
          <w:b/>
        </w:rPr>
        <w:t>3.</w:t>
        <w:tab/>
      </w:r>
      <w:r>
        <w:rPr>
          <w:b/>
        </w:rPr>
        <w:t>Senden</w:t>
      </w:r>
      <w:r>
        <w:t xml:space="preserve">: BC schickt </w:t>
      </w:r>
      <w:r>
        <w:rPr>
          <w:rFonts w:ascii="Consolas" w:hAnsi="Consolas" w:cs="Consolas" w:eastAsia="Consolas"/>
          <w:sz w:val="18"/>
        </w:rPr>
        <w:t>WLSPD003</w:t>
      </w:r>
      <w:r>
        <w:t xml:space="preserve"> mit </w:t>
      </w:r>
      <w:r>
        <w:rPr>
          <w:rFonts w:ascii="Consolas" w:hAnsi="Consolas" w:cs="Consolas" w:eastAsia="Consolas"/>
          <w:sz w:val="18"/>
        </w:rPr>
        <w:t>WLSPDL002</w:t>
      </w:r>
      <w:r>
        <w:t xml:space="preserve">, </w:t>
      </w:r>
      <w:r>
        <w:rPr>
          <w:rFonts w:ascii="Consolas" w:hAnsi="Consolas" w:cs="Consolas" w:eastAsia="Consolas"/>
          <w:sz w:val="18"/>
        </w:rPr>
        <w:t>WLSPDEXTREF001</w:t>
      </w:r>
      <w:r>
        <w:t xml:space="preserve"> und </w:t>
      </w:r>
      <w:r>
        <w:rPr>
          <w:rFonts w:ascii="Consolas" w:hAnsi="Consolas" w:cs="Consolas" w:eastAsia="Consolas"/>
          <w:sz w:val="18"/>
        </w:rPr>
        <w:t>WLSPDLEXTREF001</w:t>
      </w:r>
      <w:r>
        <w:t xml:space="preserve"> an die DI-API. Fehlerhafte Telegramme setzt WAMAS auf Error (z. B. Feldlänge überschritten). [belegt] (IM Tab. 6, S. 30)</w:t>
      </w:r>
    </w:p>
    <w:p>
      <w:pPr>
        <w:tabs>
          <w:tab w:pos="425" w:val="left"/>
        </w:tabs>
        <w:spacing w:after="60"/>
        <w:ind w:left="425" w:hanging="425"/>
      </w:pPr>
      <w:r>
        <w:rPr>
          <w:b/>
        </w:rPr>
        <w:t>4.</w:t>
        <w:tab/>
      </w:r>
      <w:r>
        <w:rPr>
          <w:b/>
        </w:rPr>
        <w:t>Zuteilung</w:t>
      </w:r>
      <w:r>
        <w:t>: WAMAS reserviert je Position passende Behälter (Kapitel 5). [belegt] Grundsatz, [Annahme, zu prüfen] Reihenfolge</w:t>
      </w:r>
    </w:p>
    <w:p>
      <w:pPr>
        <w:tabs>
          <w:tab w:pos="425" w:val="left"/>
        </w:tabs>
        <w:spacing w:after="60"/>
        <w:ind w:left="425" w:hanging="425"/>
      </w:pPr>
      <w:r>
        <w:rPr>
          <w:b/>
        </w:rPr>
        <w:t>5.</w:t>
        <w:tab/>
      </w:r>
      <w:r>
        <w:rPr>
          <w:b/>
        </w:rPr>
        <w:t>Freigabe und Aktivierung</w:t>
      </w:r>
      <w:r>
        <w:t>: automatisch oder am Touch („Release“ bzw. LU-ID scannen). Danach fährt der erste Tray an die Öffnung. [belegt] (UM 6.2.2.2/6.2.2.3, S. 95 bis 97)</w:t>
      </w:r>
    </w:p>
    <w:p>
      <w:pPr>
        <w:tabs>
          <w:tab w:pos="425" w:val="left"/>
        </w:tabs>
        <w:spacing w:after="60"/>
        <w:ind w:left="425" w:hanging="425"/>
      </w:pPr>
      <w:r>
        <w:rPr>
          <w:b/>
        </w:rPr>
        <w:t>6.</w:t>
        <w:tab/>
      </w:r>
      <w:r>
        <w:rPr>
          <w:b/>
        </w:rPr>
        <w:t>Kommissionieren am Lift</w:t>
      </w:r>
      <w:r>
        <w:t>: Behälter wählen, Menge bestätigen, Charge/MHD/Seriennummer bei Pflicht erfassen, Ware ins Zielfach. [belegt] Lift, [Annahme, zu prüfen] Zielfach</w:t>
      </w:r>
    </w:p>
    <w:p>
      <w:pPr>
        <w:tabs>
          <w:tab w:pos="425" w:val="left"/>
        </w:tabs>
        <w:spacing w:after="60"/>
        <w:ind w:left="425" w:hanging="425"/>
      </w:pPr>
      <w:r>
        <w:rPr>
          <w:b/>
        </w:rPr>
        <w:t>7.</w:t>
        <w:tab/>
      </w:r>
      <w:r>
        <w:rPr>
          <w:b/>
        </w:rPr>
        <w:t>Fehlmenge</w:t>
      </w:r>
      <w:r>
        <w:t>: Ist weniger da, Ist-Menge eingeben und Grund wählen (Beschädigte Ware, Fehlmenge, Benutzer). [belegt] (UM 6.2.5.5.2, S. 111)</w:t>
      </w:r>
    </w:p>
    <w:p>
      <w:pPr>
        <w:tabs>
          <w:tab w:pos="425" w:val="left"/>
        </w:tabs>
        <w:spacing w:after="60"/>
        <w:ind w:left="425" w:hanging="425"/>
      </w:pPr>
      <w:r>
        <w:rPr>
          <w:b/>
        </w:rPr>
        <w:t>8.</w:t>
        <w:tab/>
      </w:r>
      <w:r>
        <w:rPr>
          <w:b/>
        </w:rPr>
        <w:t>Abschluss und Rückmeldung</w:t>
      </w:r>
      <w:r>
        <w:t xml:space="preserve">: Auftrag wird abgeschlossen (am Touch oder organisatorisch); WAMAS sendet </w:t>
      </w:r>
      <w:r>
        <w:rPr>
          <w:rFonts w:ascii="Consolas" w:hAnsi="Consolas" w:cs="Consolas" w:eastAsia="Consolas"/>
          <w:sz w:val="18"/>
        </w:rPr>
        <w:t>WLSPDACK003</w:t>
      </w:r>
      <w:r>
        <w:t>. [belegt] (UM 6.2.5.11, S. 115; 6.4.12, S. 130)</w:t>
      </w:r>
    </w:p>
    <w:p>
      <w:pPr>
        <w:tabs>
          <w:tab w:pos="425" w:val="left"/>
        </w:tabs>
        <w:spacing w:after="60"/>
        <w:ind w:left="425" w:hanging="425"/>
      </w:pPr>
      <w:r>
        <w:rPr>
          <w:b/>
        </w:rPr>
        <w:t>9.</w:t>
        <w:tab/>
      </w:r>
      <w:r>
        <w:rPr>
          <w:b/>
        </w:rPr>
        <w:t>Buchen in BC</w:t>
      </w:r>
      <w:r>
        <w:t>: Kommissionierung und Artikelverfolgung aus der Rückmeldung buchen, Wagen zum Versand. [Annahme, zu prüfen]</w:t>
      </w:r>
    </w:p>
    <w:p>
      <w:pPr>
        <w:keepNext/>
      </w:pPr>
      <w:r>
        <w:drawing>
          <wp:inline xmlns:a="http://schemas.openxmlformats.org/drawingml/2006/main" xmlns:pic="http://schemas.openxmlformats.org/drawingml/2006/picture">
            <wp:extent cx="6048000" cy="3162857"/>
            <wp:docPr id="104" name="Picture 104"/>
            <wp:cNvGraphicFramePr>
              <a:graphicFrameLocks noChangeAspect="1"/>
            </wp:cNvGraphicFramePr>
            <a:graphic>
              <a:graphicData uri="http://schemas.openxmlformats.org/drawingml/2006/picture">
                <pic:pic>
                  <pic:nvPicPr>
                    <pic:cNvPr id="0" name="ausl_sequenz.png"/>
                    <pic:cNvPicPr/>
                  </pic:nvPicPr>
                  <pic:blipFill>
                    <a:blip r:embed="rId14"/>
                    <a:stretch>
                      <a:fillRect/>
                    </a:stretch>
                  </pic:blipFill>
                  <pic:spPr>
                    <a:xfrm>
                      <a:off x="0" y="0"/>
                      <a:ext cx="6048000" cy="3162857"/>
                    </a:xfrm>
                    <a:prstGeom prst="rect"/>
                  </pic:spPr>
                </pic:pic>
              </a:graphicData>
            </a:graphic>
          </wp:inline>
        </w:drawing>
      </w:r>
    </w:p>
    <w:p>
      <w:pPr>
        <w:pStyle w:val="BeschriftungSSI"/>
      </w:pPr>
      <w:r>
        <w:t>Abb. 1: Ablauf Kommissionierauftrag zwischen BC Dynamics, WAMAS, Lift und Kommissionierer</w:t>
      </w:r>
    </w:p>
    <w:p>
      <w:pPr>
        <w:pStyle w:val="Quelle"/>
      </w:pPr>
      <w:r>
        <w:rPr>
          <w:b/>
        </w:rPr>
        <w:t xml:space="preserve">Quelle: </w:t>
      </w:r>
      <w:r>
        <w:rPr>
          <w:sz w:val="17"/>
        </w:rPr>
        <w:t>Vorgängerdokument v1.0, Kap. „Prozessübersicht und Rollen“; Belege je Aussage siehe Kennzeichnung und Quellenverzeichnis</w:t>
      </w:r>
    </w:p>
    <w:p>
      <w:pPr>
        <w:pStyle w:val="Heading1"/>
      </w:pPr>
      <w:r>
        <w:t>4 Telegrammfluss</w:t>
      </w:r>
    </w:p>
    <w:p>
      <w:r>
        <w:t xml:space="preserve">Alle Satzarten und Feldnamen in diesem Kapitel stehen so im Interface Manual 2.8 [belegt] . Der Aufbau im JSON (Umschlag </w:t>
      </w:r>
      <w:r>
        <w:rPr>
          <w:rFonts w:ascii="Consolas" w:hAnsi="Consolas" w:cs="Consolas" w:eastAsia="Consolas"/>
          <w:sz w:val="18"/>
        </w:rPr>
        <w:t>DI_TELEGRAMS</w:t>
      </w:r>
      <w:r>
        <w:t xml:space="preserve">, Kopf </w:t>
      </w:r>
      <w:r>
        <w:rPr>
          <w:rFonts w:ascii="Consolas" w:hAnsi="Consolas" w:cs="Consolas" w:eastAsia="Consolas"/>
          <w:sz w:val="18"/>
        </w:rPr>
        <w:t>header.FULL</w:t>
      </w:r>
      <w:r>
        <w:t>) ist vom echt gesendeten Einl000031 übernommen. Die Verschachtelung der Rückmeldung ist [Annahme, zu prüfen] .</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24"/>
        <w:gridCol w:w="1270"/>
        <w:gridCol w:w="3095"/>
        <w:gridCol w:w="1037"/>
        <w:gridCol w:w="1797"/>
      </w:tblGrid>
      <w:tr>
        <w:trPr>
          <w:tblHeader w:val="true"/>
        </w:trPr>
        <w:tc>
          <w:tcPr>
            <w:tcW w:type="dxa" w:w="2324"/>
            <w:shd w:val="clear" w:color="auto" w:fill="FEEE19"/>
          </w:tcPr>
          <w:p>
            <w:pPr>
              <w:spacing w:after="0"/>
            </w:pPr>
            <w:r>
              <w:rPr>
                <w:b/>
                <w:sz w:val="17"/>
              </w:rPr>
              <w:t>Satzart</w:t>
            </w:r>
          </w:p>
        </w:tc>
        <w:tc>
          <w:tcPr>
            <w:tcW w:type="dxa" w:w="1270"/>
            <w:shd w:val="clear" w:color="auto" w:fill="FEEE19"/>
          </w:tcPr>
          <w:p>
            <w:pPr>
              <w:spacing w:after="0"/>
            </w:pPr>
            <w:r>
              <w:rPr>
                <w:b/>
                <w:sz w:val="17"/>
              </w:rPr>
              <w:t>Richtung</w:t>
            </w:r>
          </w:p>
        </w:tc>
        <w:tc>
          <w:tcPr>
            <w:tcW w:type="dxa" w:w="3095"/>
            <w:shd w:val="clear" w:color="auto" w:fill="FEEE19"/>
          </w:tcPr>
          <w:p>
            <w:pPr>
              <w:spacing w:after="0"/>
            </w:pPr>
            <w:r>
              <w:rPr>
                <w:b/>
                <w:sz w:val="17"/>
              </w:rPr>
              <w:t>Inhalt</w:t>
            </w:r>
          </w:p>
        </w:tc>
        <w:tc>
          <w:tcPr>
            <w:tcW w:type="dxa" w:w="1037"/>
            <w:shd w:val="clear" w:color="auto" w:fill="FEEE19"/>
          </w:tcPr>
          <w:p>
            <w:pPr>
              <w:spacing w:after="0"/>
            </w:pPr>
            <w:r>
              <w:rPr>
                <w:b/>
                <w:sz w:val="17"/>
              </w:rPr>
              <w:t>Anzahl</w:t>
            </w:r>
          </w:p>
        </w:tc>
        <w:tc>
          <w:tcPr>
            <w:tcW w:type="dxa" w:w="1797"/>
            <w:shd w:val="clear" w:color="auto" w:fill="FEEE19"/>
          </w:tcPr>
          <w:p>
            <w:pPr>
              <w:spacing w:after="0"/>
            </w:pPr>
            <w:r>
              <w:rPr>
                <w:b/>
                <w:sz w:val="17"/>
              </w:rPr>
              <w:t>Quelle</w:t>
            </w:r>
          </w:p>
        </w:tc>
      </w:tr>
      <w:tr>
        <w:tc>
          <w:tcPr>
            <w:tcW w:type="dxa" w:w="2324"/>
          </w:tcPr>
          <w:p>
            <w:pPr>
              <w:spacing w:after="0" w:line="252" w:lineRule="auto"/>
            </w:pPr>
            <w:r>
              <w:rPr>
                <w:rFonts w:ascii="Consolas" w:hAnsi="Consolas" w:cs="Consolas" w:eastAsia="Consolas"/>
                <w:sz w:val="15"/>
              </w:rPr>
              <w:t>WLSPD003</w:t>
            </w:r>
          </w:p>
        </w:tc>
        <w:tc>
          <w:tcPr>
            <w:tcW w:type="dxa" w:w="1270"/>
          </w:tcPr>
          <w:p>
            <w:pPr>
              <w:spacing w:after="0" w:line="252" w:lineRule="auto"/>
            </w:pPr>
            <w:r>
              <w:rPr>
                <w:sz w:val="17"/>
              </w:rPr>
              <w:t>BC → WAMAS</w:t>
            </w:r>
          </w:p>
        </w:tc>
        <w:tc>
          <w:tcPr>
            <w:tcW w:type="dxa" w:w="3095"/>
          </w:tcPr>
          <w:p>
            <w:pPr>
              <w:spacing w:after="0" w:line="252" w:lineRule="auto"/>
            </w:pPr>
            <w:r>
              <w:rPr>
                <w:sz w:val="17"/>
              </w:rPr>
              <w:t>Kommissionierauftrag, Kopf (Masterrecord)</w:t>
            </w:r>
          </w:p>
        </w:tc>
        <w:tc>
          <w:tcPr>
            <w:tcW w:type="dxa" w:w="1037"/>
          </w:tcPr>
          <w:p>
            <w:pPr>
              <w:spacing w:after="0" w:line="252" w:lineRule="auto"/>
            </w:pPr>
            <w:r>
              <w:rPr>
                <w:sz w:val="17"/>
              </w:rPr>
              <w:t>1</w:t>
            </w:r>
          </w:p>
        </w:tc>
        <w:tc>
          <w:tcPr>
            <w:tcW w:type="dxa" w:w="1797"/>
          </w:tcPr>
          <w:p>
            <w:pPr>
              <w:spacing w:after="0" w:line="252" w:lineRule="auto"/>
            </w:pPr>
            <w:r>
              <w:rPr>
                <w:sz w:val="17"/>
              </w:rPr>
              <w:t>IM 7.1.1.1 Tab. 56, S. 96; Tab. 55, S. 95</w:t>
            </w:r>
          </w:p>
        </w:tc>
      </w:tr>
      <w:tr>
        <w:tc>
          <w:tcPr>
            <w:tcW w:type="dxa" w:w="2324"/>
          </w:tcPr>
          <w:p>
            <w:pPr>
              <w:spacing w:after="0" w:line="252" w:lineRule="auto"/>
            </w:pPr>
            <w:r>
              <w:rPr>
                <w:rFonts w:ascii="Consolas" w:hAnsi="Consolas" w:cs="Consolas" w:eastAsia="Consolas"/>
                <w:sz w:val="15"/>
              </w:rPr>
              <w:t>WLSPDL002</w:t>
            </w:r>
          </w:p>
        </w:tc>
        <w:tc>
          <w:tcPr>
            <w:tcW w:type="dxa" w:w="1270"/>
          </w:tcPr>
          <w:p>
            <w:pPr>
              <w:spacing w:after="0" w:line="252" w:lineRule="auto"/>
            </w:pPr>
            <w:r>
              <w:rPr>
                <w:sz w:val="17"/>
              </w:rPr>
              <w:t>BC → WAMAS</w:t>
            </w:r>
          </w:p>
        </w:tc>
        <w:tc>
          <w:tcPr>
            <w:tcW w:type="dxa" w:w="3095"/>
          </w:tcPr>
          <w:p>
            <w:pPr>
              <w:spacing w:after="0" w:line="252" w:lineRule="auto"/>
            </w:pPr>
            <w:r>
              <w:rPr>
                <w:sz w:val="17"/>
              </w:rPr>
              <w:t>Auftragsposition</w:t>
            </w:r>
          </w:p>
        </w:tc>
        <w:tc>
          <w:tcPr>
            <w:tcW w:type="dxa" w:w="1037"/>
          </w:tcPr>
          <w:p>
            <w:pPr>
              <w:spacing w:after="0" w:line="252" w:lineRule="auto"/>
            </w:pPr>
            <w:r>
              <w:rPr>
                <w:sz w:val="17"/>
              </w:rPr>
              <w:t>1 … n</w:t>
            </w:r>
          </w:p>
        </w:tc>
        <w:tc>
          <w:tcPr>
            <w:tcW w:type="dxa" w:w="1797"/>
          </w:tcPr>
          <w:p>
            <w:pPr>
              <w:spacing w:after="0" w:line="252" w:lineRule="auto"/>
            </w:pPr>
            <w:r>
              <w:rPr>
                <w:sz w:val="17"/>
              </w:rPr>
              <w:t>IM 7.1.1.2 Tab. 57, S. 97 bis 99</w:t>
            </w:r>
          </w:p>
        </w:tc>
      </w:tr>
      <w:tr>
        <w:tc>
          <w:tcPr>
            <w:tcW w:type="dxa" w:w="2324"/>
          </w:tcPr>
          <w:p>
            <w:pPr>
              <w:spacing w:after="0" w:line="252" w:lineRule="auto"/>
            </w:pPr>
            <w:r>
              <w:rPr>
                <w:rFonts w:ascii="Consolas" w:hAnsi="Consolas" w:cs="Consolas" w:eastAsia="Consolas"/>
                <w:sz w:val="15"/>
              </w:rPr>
              <w:t>WLSPDPARTNER001</w:t>
            </w:r>
          </w:p>
        </w:tc>
        <w:tc>
          <w:tcPr>
            <w:tcW w:type="dxa" w:w="1270"/>
          </w:tcPr>
          <w:p>
            <w:pPr>
              <w:spacing w:after="0" w:line="252" w:lineRule="auto"/>
            </w:pPr>
            <w:r>
              <w:rPr>
                <w:sz w:val="17"/>
              </w:rPr>
              <w:t>BC → WAMAS</w:t>
            </w:r>
          </w:p>
        </w:tc>
        <w:tc>
          <w:tcPr>
            <w:tcW w:type="dxa" w:w="3095"/>
          </w:tcPr>
          <w:p>
            <w:pPr>
              <w:spacing w:after="0" w:line="252" w:lineRule="auto"/>
            </w:pPr>
            <w:r>
              <w:rPr>
                <w:sz w:val="17"/>
              </w:rPr>
              <w:t>Partner (z. B. Empfänger), hier nicht genutzt</w:t>
            </w:r>
          </w:p>
        </w:tc>
        <w:tc>
          <w:tcPr>
            <w:tcW w:type="dxa" w:w="1037"/>
          </w:tcPr>
          <w:p>
            <w:pPr>
              <w:spacing w:after="0" w:line="252" w:lineRule="auto"/>
            </w:pPr>
            <w:r>
              <w:rPr>
                <w:sz w:val="17"/>
              </w:rPr>
              <w:t>0 … n</w:t>
            </w:r>
          </w:p>
        </w:tc>
        <w:tc>
          <w:tcPr>
            <w:tcW w:type="dxa" w:w="1797"/>
          </w:tcPr>
          <w:p>
            <w:pPr>
              <w:spacing w:after="0" w:line="252" w:lineRule="auto"/>
            </w:pPr>
            <w:r>
              <w:rPr>
                <w:sz w:val="17"/>
              </w:rPr>
              <w:t>IM 7.1.1.3 Tab. 58, S. 100</w:t>
            </w:r>
          </w:p>
        </w:tc>
      </w:tr>
      <w:tr>
        <w:tc>
          <w:tcPr>
            <w:tcW w:type="dxa" w:w="2324"/>
          </w:tcPr>
          <w:p>
            <w:pPr>
              <w:spacing w:after="0" w:line="252" w:lineRule="auto"/>
            </w:pPr>
            <w:r>
              <w:rPr>
                <w:rFonts w:ascii="Consolas" w:hAnsi="Consolas" w:cs="Consolas" w:eastAsia="Consolas"/>
                <w:sz w:val="15"/>
              </w:rPr>
              <w:t>WLSPDEXTREF001</w:t>
            </w:r>
          </w:p>
        </w:tc>
        <w:tc>
          <w:tcPr>
            <w:tcW w:type="dxa" w:w="1270"/>
          </w:tcPr>
          <w:p>
            <w:pPr>
              <w:spacing w:after="0" w:line="252" w:lineRule="auto"/>
            </w:pPr>
            <w:r>
              <w:rPr>
                <w:sz w:val="17"/>
              </w:rPr>
              <w:t>BC → WAMAS</w:t>
            </w:r>
          </w:p>
        </w:tc>
        <w:tc>
          <w:tcPr>
            <w:tcW w:type="dxa" w:w="3095"/>
          </w:tcPr>
          <w:p>
            <w:pPr>
              <w:spacing w:after="0" w:line="252" w:lineRule="auto"/>
            </w:pPr>
            <w:r>
              <w:rPr>
                <w:sz w:val="17"/>
              </w:rPr>
              <w:t>Externe Referenz am Kopf, hier WAGE (Wagen)</w:t>
            </w:r>
          </w:p>
        </w:tc>
        <w:tc>
          <w:tcPr>
            <w:tcW w:type="dxa" w:w="1037"/>
          </w:tcPr>
          <w:p>
            <w:pPr>
              <w:spacing w:after="0" w:line="252" w:lineRule="auto"/>
            </w:pPr>
            <w:r>
              <w:rPr>
                <w:sz w:val="17"/>
              </w:rPr>
              <w:t>0 … n</w:t>
            </w:r>
          </w:p>
        </w:tc>
        <w:tc>
          <w:tcPr>
            <w:tcW w:type="dxa" w:w="1797"/>
          </w:tcPr>
          <w:p>
            <w:pPr>
              <w:spacing w:after="0" w:line="252" w:lineRule="auto"/>
            </w:pPr>
            <w:r>
              <w:rPr>
                <w:sz w:val="17"/>
              </w:rPr>
              <w:t>IM 7.1.1.4 Tab. 59, S. 102</w:t>
            </w:r>
          </w:p>
        </w:tc>
      </w:tr>
      <w:tr>
        <w:tc>
          <w:tcPr>
            <w:tcW w:type="dxa" w:w="2324"/>
          </w:tcPr>
          <w:p>
            <w:pPr>
              <w:spacing w:after="0" w:line="252" w:lineRule="auto"/>
            </w:pPr>
            <w:r>
              <w:rPr>
                <w:rFonts w:ascii="Consolas" w:hAnsi="Consolas" w:cs="Consolas" w:eastAsia="Consolas"/>
                <w:sz w:val="15"/>
              </w:rPr>
              <w:t>WLSPDLEXTREF001</w:t>
            </w:r>
          </w:p>
        </w:tc>
        <w:tc>
          <w:tcPr>
            <w:tcW w:type="dxa" w:w="1270"/>
          </w:tcPr>
          <w:p>
            <w:pPr>
              <w:spacing w:after="0" w:line="252" w:lineRule="auto"/>
            </w:pPr>
            <w:r>
              <w:rPr>
                <w:sz w:val="17"/>
              </w:rPr>
              <w:t>BC → WAMAS</w:t>
            </w:r>
          </w:p>
        </w:tc>
        <w:tc>
          <w:tcPr>
            <w:tcW w:type="dxa" w:w="3095"/>
          </w:tcPr>
          <w:p>
            <w:pPr>
              <w:spacing w:after="0" w:line="252" w:lineRule="auto"/>
            </w:pPr>
            <w:r>
              <w:rPr>
                <w:sz w:val="17"/>
              </w:rPr>
              <w:t>Externe Referenz je Position, hier WAGE (Wagen und Zielfach)</w:t>
            </w:r>
          </w:p>
        </w:tc>
        <w:tc>
          <w:tcPr>
            <w:tcW w:type="dxa" w:w="1037"/>
          </w:tcPr>
          <w:p>
            <w:pPr>
              <w:spacing w:after="0" w:line="252" w:lineRule="auto"/>
            </w:pPr>
            <w:r>
              <w:rPr>
                <w:sz w:val="17"/>
              </w:rPr>
              <w:t>0 … n</w:t>
            </w:r>
          </w:p>
        </w:tc>
        <w:tc>
          <w:tcPr>
            <w:tcW w:type="dxa" w:w="1797"/>
          </w:tcPr>
          <w:p>
            <w:pPr>
              <w:spacing w:after="0" w:line="252" w:lineRule="auto"/>
            </w:pPr>
            <w:r>
              <w:rPr>
                <w:sz w:val="17"/>
              </w:rPr>
              <w:t>IM 7.1.1.5 Tab. 60, S. 103</w:t>
            </w:r>
          </w:p>
        </w:tc>
      </w:tr>
      <w:tr>
        <w:tc>
          <w:tcPr>
            <w:tcW w:type="dxa" w:w="2324"/>
          </w:tcPr>
          <w:p>
            <w:pPr>
              <w:spacing w:after="0" w:line="252" w:lineRule="auto"/>
            </w:pPr>
            <w:r>
              <w:rPr>
                <w:rFonts w:ascii="Consolas" w:hAnsi="Consolas" w:cs="Consolas" w:eastAsia="Consolas"/>
                <w:sz w:val="15"/>
              </w:rPr>
              <w:t>WLSPDACK003</w:t>
            </w:r>
          </w:p>
        </w:tc>
        <w:tc>
          <w:tcPr>
            <w:tcW w:type="dxa" w:w="1270"/>
          </w:tcPr>
          <w:p>
            <w:pPr>
              <w:spacing w:after="0" w:line="252" w:lineRule="auto"/>
            </w:pPr>
            <w:r>
              <w:rPr>
                <w:sz w:val="17"/>
              </w:rPr>
              <w:t>WAMAS → BC</w:t>
            </w:r>
          </w:p>
        </w:tc>
        <w:tc>
          <w:tcPr>
            <w:tcW w:type="dxa" w:w="3095"/>
          </w:tcPr>
          <w:p>
            <w:pPr>
              <w:spacing w:after="0" w:line="252" w:lineRule="auto"/>
            </w:pPr>
            <w:r>
              <w:rPr>
                <w:sz w:val="17"/>
              </w:rPr>
              <w:t>Rückmeldung Kopf mit Status (Masterrecord)</w:t>
            </w:r>
          </w:p>
        </w:tc>
        <w:tc>
          <w:tcPr>
            <w:tcW w:type="dxa" w:w="1037"/>
          </w:tcPr>
          <w:p>
            <w:pPr>
              <w:spacing w:after="0" w:line="252" w:lineRule="auto"/>
            </w:pPr>
            <w:r>
              <w:rPr>
                <w:sz w:val="17"/>
              </w:rPr>
              <w:t>1</w:t>
            </w:r>
          </w:p>
        </w:tc>
        <w:tc>
          <w:tcPr>
            <w:tcW w:type="dxa" w:w="1797"/>
          </w:tcPr>
          <w:p>
            <w:pPr>
              <w:spacing w:after="0" w:line="252" w:lineRule="auto"/>
            </w:pPr>
            <w:r>
              <w:rPr>
                <w:sz w:val="17"/>
              </w:rPr>
              <w:t>IM 7.2.1.1 Tab. 66, S. 109; Tab. 65, S. 108</w:t>
            </w:r>
          </w:p>
        </w:tc>
      </w:tr>
      <w:tr>
        <w:tc>
          <w:tcPr>
            <w:tcW w:type="dxa" w:w="2324"/>
          </w:tcPr>
          <w:p>
            <w:pPr>
              <w:spacing w:after="0" w:line="252" w:lineRule="auto"/>
            </w:pPr>
            <w:r>
              <w:rPr>
                <w:rFonts w:ascii="Consolas" w:hAnsi="Consolas" w:cs="Consolas" w:eastAsia="Consolas"/>
                <w:sz w:val="15"/>
              </w:rPr>
              <w:t>WLSPDLACK001</w:t>
            </w:r>
          </w:p>
        </w:tc>
        <w:tc>
          <w:tcPr>
            <w:tcW w:type="dxa" w:w="1270"/>
          </w:tcPr>
          <w:p>
            <w:pPr>
              <w:spacing w:after="0" w:line="252" w:lineRule="auto"/>
            </w:pPr>
            <w:r>
              <w:rPr>
                <w:sz w:val="17"/>
              </w:rPr>
              <w:t>WAMAS → BC</w:t>
            </w:r>
          </w:p>
        </w:tc>
        <w:tc>
          <w:tcPr>
            <w:tcW w:type="dxa" w:w="3095"/>
          </w:tcPr>
          <w:p>
            <w:pPr>
              <w:spacing w:after="0" w:line="252" w:lineRule="auto"/>
            </w:pPr>
            <w:r>
              <w:rPr>
                <w:sz w:val="17"/>
              </w:rPr>
              <w:t>Rückmeldung je Position: bestellt, freigegeben, geliefert, Differenzgrund</w:t>
            </w:r>
          </w:p>
        </w:tc>
        <w:tc>
          <w:tcPr>
            <w:tcW w:type="dxa" w:w="1037"/>
          </w:tcPr>
          <w:p>
            <w:pPr>
              <w:spacing w:after="0" w:line="252" w:lineRule="auto"/>
            </w:pPr>
            <w:r>
              <w:rPr>
                <w:sz w:val="17"/>
              </w:rPr>
              <w:t>1 … n</w:t>
            </w:r>
          </w:p>
        </w:tc>
        <w:tc>
          <w:tcPr>
            <w:tcW w:type="dxa" w:w="1797"/>
          </w:tcPr>
          <w:p>
            <w:pPr>
              <w:spacing w:after="0" w:line="252" w:lineRule="auto"/>
            </w:pPr>
            <w:r>
              <w:rPr>
                <w:sz w:val="17"/>
              </w:rPr>
              <w:t>IM 7.2.1.2 Tab. 67, S. 109 bis 113</w:t>
            </w:r>
          </w:p>
        </w:tc>
      </w:tr>
      <w:tr>
        <w:tc>
          <w:tcPr>
            <w:tcW w:type="dxa" w:w="2324"/>
          </w:tcPr>
          <w:p>
            <w:pPr>
              <w:spacing w:after="0" w:line="252" w:lineRule="auto"/>
            </w:pPr>
            <w:r>
              <w:rPr>
                <w:rFonts w:ascii="Consolas" w:hAnsi="Consolas" w:cs="Consolas" w:eastAsia="Consolas"/>
                <w:sz w:val="15"/>
              </w:rPr>
              <w:t>WLSP2LACK002</w:t>
            </w:r>
          </w:p>
        </w:tc>
        <w:tc>
          <w:tcPr>
            <w:tcW w:type="dxa" w:w="1270"/>
          </w:tcPr>
          <w:p>
            <w:pPr>
              <w:spacing w:after="0" w:line="252" w:lineRule="auto"/>
            </w:pPr>
            <w:r>
              <w:rPr>
                <w:sz w:val="17"/>
              </w:rPr>
              <w:t>WAMAS → BC</w:t>
            </w:r>
          </w:p>
        </w:tc>
        <w:tc>
          <w:tcPr>
            <w:tcW w:type="dxa" w:w="3095"/>
          </w:tcPr>
          <w:p>
            <w:pPr>
              <w:spacing w:after="0" w:line="252" w:lineRule="auto"/>
            </w:pPr>
            <w:r>
              <w:rPr>
                <w:sz w:val="17"/>
              </w:rPr>
              <w:t>Put-to-Light Rückmeldung, hier nicht genutzt</w:t>
            </w:r>
          </w:p>
        </w:tc>
        <w:tc>
          <w:tcPr>
            <w:tcW w:type="dxa" w:w="1037"/>
          </w:tcPr>
          <w:p>
            <w:pPr>
              <w:spacing w:after="0" w:line="252" w:lineRule="auto"/>
            </w:pPr>
            <w:r>
              <w:rPr>
                <w:sz w:val="17"/>
              </w:rPr>
              <w:t>0 … n</w:t>
            </w:r>
          </w:p>
        </w:tc>
        <w:tc>
          <w:tcPr>
            <w:tcW w:type="dxa" w:w="1797"/>
          </w:tcPr>
          <w:p>
            <w:pPr>
              <w:spacing w:after="0" w:line="252" w:lineRule="auto"/>
            </w:pPr>
            <w:r>
              <w:rPr>
                <w:sz w:val="17"/>
              </w:rPr>
              <w:t>IM 7.2.1.3 Tab. 68, S. 114</w:t>
            </w:r>
          </w:p>
        </w:tc>
      </w:tr>
      <w:tr>
        <w:tc>
          <w:tcPr>
            <w:tcW w:type="dxa" w:w="2324"/>
          </w:tcPr>
          <w:p>
            <w:pPr>
              <w:spacing w:after="0" w:line="252" w:lineRule="auto"/>
            </w:pPr>
            <w:r>
              <w:rPr>
                <w:rFonts w:ascii="Consolas" w:hAnsi="Consolas" w:cs="Consolas" w:eastAsia="Consolas"/>
                <w:sz w:val="15"/>
              </w:rPr>
              <w:t>WLSPDLACTIVITYACK001</w:t>
            </w:r>
          </w:p>
        </w:tc>
        <w:tc>
          <w:tcPr>
            <w:tcW w:type="dxa" w:w="1270"/>
          </w:tcPr>
          <w:p>
            <w:pPr>
              <w:spacing w:after="0" w:line="252" w:lineRule="auto"/>
            </w:pPr>
            <w:r>
              <w:rPr>
                <w:sz w:val="17"/>
              </w:rPr>
              <w:t>WAMAS → BC</w:t>
            </w:r>
          </w:p>
        </w:tc>
        <w:tc>
          <w:tcPr>
            <w:tcW w:type="dxa" w:w="3095"/>
          </w:tcPr>
          <w:p>
            <w:pPr>
              <w:spacing w:after="0" w:line="252" w:lineRule="auto"/>
            </w:pPr>
            <w:r>
              <w:rPr>
                <w:sz w:val="17"/>
              </w:rPr>
              <w:t>je Entnahme (Behälter): Lift, Tray, Behälter, Benutzer, Zeit, Menge, tatsächliche Charge, MHD, Seriennummer</w:t>
            </w:r>
          </w:p>
        </w:tc>
        <w:tc>
          <w:tcPr>
            <w:tcW w:type="dxa" w:w="1037"/>
          </w:tcPr>
          <w:p>
            <w:pPr>
              <w:spacing w:after="0" w:line="252" w:lineRule="auto"/>
            </w:pPr>
            <w:r>
              <w:rPr>
                <w:sz w:val="17"/>
              </w:rPr>
              <w:t>0 … n</w:t>
            </w:r>
          </w:p>
        </w:tc>
        <w:tc>
          <w:tcPr>
            <w:tcW w:type="dxa" w:w="1797"/>
          </w:tcPr>
          <w:p>
            <w:pPr>
              <w:spacing w:after="0" w:line="252" w:lineRule="auto"/>
            </w:pPr>
            <w:r>
              <w:rPr>
                <w:sz w:val="17"/>
              </w:rPr>
              <w:t>IM 7.2.1.4 Tab. 69, S. 114 bis 118</w:t>
            </w:r>
          </w:p>
        </w:tc>
      </w:tr>
      <w:tr>
        <w:tc>
          <w:tcPr>
            <w:tcW w:type="dxa" w:w="2324"/>
          </w:tcPr>
          <w:p>
            <w:pPr>
              <w:spacing w:after="0" w:line="252" w:lineRule="auto"/>
            </w:pPr>
            <w:r>
              <w:rPr>
                <w:rFonts w:ascii="Consolas" w:hAnsi="Consolas" w:cs="Consolas" w:eastAsia="Consolas"/>
                <w:sz w:val="15"/>
              </w:rPr>
              <w:t>WLSPDEXTREFACK001</w:t>
            </w:r>
          </w:p>
        </w:tc>
        <w:tc>
          <w:tcPr>
            <w:tcW w:type="dxa" w:w="1270"/>
          </w:tcPr>
          <w:p>
            <w:pPr>
              <w:spacing w:after="0" w:line="252" w:lineRule="auto"/>
            </w:pPr>
            <w:r>
              <w:rPr>
                <w:sz w:val="17"/>
              </w:rPr>
              <w:t>WAMAS → BC</w:t>
            </w:r>
          </w:p>
        </w:tc>
        <w:tc>
          <w:tcPr>
            <w:tcW w:type="dxa" w:w="3095"/>
          </w:tcPr>
          <w:p>
            <w:pPr>
              <w:spacing w:after="0" w:line="252" w:lineRule="auto"/>
            </w:pPr>
            <w:r>
              <w:rPr>
                <w:sz w:val="17"/>
              </w:rPr>
              <w:t>Externe Referenz Kopf zurück</w:t>
            </w:r>
          </w:p>
        </w:tc>
        <w:tc>
          <w:tcPr>
            <w:tcW w:type="dxa" w:w="1037"/>
          </w:tcPr>
          <w:p>
            <w:pPr>
              <w:spacing w:after="0" w:line="252" w:lineRule="auto"/>
            </w:pPr>
            <w:r>
              <w:rPr>
                <w:sz w:val="17"/>
              </w:rPr>
              <w:t>0 … n</w:t>
            </w:r>
          </w:p>
        </w:tc>
        <w:tc>
          <w:tcPr>
            <w:tcW w:type="dxa" w:w="1797"/>
          </w:tcPr>
          <w:p>
            <w:pPr>
              <w:spacing w:after="0" w:line="252" w:lineRule="auto"/>
            </w:pPr>
            <w:r>
              <w:rPr>
                <w:sz w:val="17"/>
              </w:rPr>
              <w:t>IM 7.2.1.5 Tab. 70, S. 119</w:t>
            </w:r>
          </w:p>
        </w:tc>
      </w:tr>
      <w:tr>
        <w:tc>
          <w:tcPr>
            <w:tcW w:type="dxa" w:w="2324"/>
          </w:tcPr>
          <w:p>
            <w:pPr>
              <w:spacing w:after="0" w:line="252" w:lineRule="auto"/>
            </w:pPr>
            <w:r>
              <w:rPr>
                <w:rFonts w:ascii="Consolas" w:hAnsi="Consolas" w:cs="Consolas" w:eastAsia="Consolas"/>
                <w:sz w:val="15"/>
              </w:rPr>
              <w:t>WLSPDLEXTREFACK001</w:t>
            </w:r>
          </w:p>
        </w:tc>
        <w:tc>
          <w:tcPr>
            <w:tcW w:type="dxa" w:w="1270"/>
          </w:tcPr>
          <w:p>
            <w:pPr>
              <w:spacing w:after="0" w:line="252" w:lineRule="auto"/>
            </w:pPr>
            <w:r>
              <w:rPr>
                <w:sz w:val="17"/>
              </w:rPr>
              <w:t>WAMAS → BC</w:t>
            </w:r>
          </w:p>
        </w:tc>
        <w:tc>
          <w:tcPr>
            <w:tcW w:type="dxa" w:w="3095"/>
          </w:tcPr>
          <w:p>
            <w:pPr>
              <w:spacing w:after="0" w:line="252" w:lineRule="auto"/>
            </w:pPr>
            <w:r>
              <w:rPr>
                <w:sz w:val="17"/>
              </w:rPr>
              <w:t>Externe Referenz je Position zurück</w:t>
            </w:r>
          </w:p>
        </w:tc>
        <w:tc>
          <w:tcPr>
            <w:tcW w:type="dxa" w:w="1037"/>
          </w:tcPr>
          <w:p>
            <w:pPr>
              <w:spacing w:after="0" w:line="252" w:lineRule="auto"/>
            </w:pPr>
            <w:r>
              <w:rPr>
                <w:sz w:val="17"/>
              </w:rPr>
              <w:t>0 … n</w:t>
            </w:r>
          </w:p>
        </w:tc>
        <w:tc>
          <w:tcPr>
            <w:tcW w:type="dxa" w:w="1797"/>
          </w:tcPr>
          <w:p>
            <w:pPr>
              <w:spacing w:after="0" w:line="252" w:lineRule="auto"/>
            </w:pPr>
            <w:r>
              <w:rPr>
                <w:sz w:val="17"/>
              </w:rPr>
              <w:t>IM 7.2.1.6 Tab. 71, S. 119/120</w:t>
            </w:r>
          </w:p>
        </w:tc>
      </w:tr>
    </w:tbl>
    <w:p>
      <w:pPr>
        <w:pStyle w:val="BeschriftungSSI"/>
      </w:pPr>
      <w:r>
        <w:t>Tab. 3: Telegrammfluss</w:t>
      </w:r>
    </w:p>
    <w:p>
      <w:pPr>
        <w:pStyle w:val="Heading2"/>
      </w:pPr>
      <w:r>
        <w:t>4.1 Aufbau der Telegramme</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DI_TELEGRAMS.DI_TELEGRAM[ ]</w:t>
            </w:r>
          </w:p>
          <w:p>
            <w:pPr>
              <w:pStyle w:val="Code"/>
            </w:pPr>
            <w:r>
              <w:t xml:space="preserve"> ├─ header.FULL          HOST → WAMAS, Sequenz 0, Zeit JJJJMMTThhmmss, Satzart WLSPD003</w:t>
            </w:r>
          </w:p>
          <w:p>
            <w:pPr>
              <w:pStyle w:val="Code"/>
            </w:pPr>
            <w:r>
              <w:t xml:space="preserve"> └─ body</w:t>
            </w:r>
          </w:p>
          <w:p>
            <w:pPr>
              <w:pStyle w:val="Code"/>
            </w:pPr>
            <w:r>
              <w:t xml:space="preserve">     └─ WLSPD003  Kopf    clientId, demandNo Ausl000002, recordState CREATE, priority 5,</w:t>
            </w:r>
          </w:p>
          <w:p>
            <w:pPr>
              <w:pStyle w:val="Code"/>
            </w:pPr>
            <w:r>
              <w:t xml:space="preserve">         │                  noteNo WA-AKU-2002, deliveryTime, typeId SHPG, info, info2, zone ZONEA</w:t>
            </w:r>
          </w:p>
          <w:p>
            <w:pPr>
              <w:pStyle w:val="Code"/>
            </w:pPr>
            <w:r>
              <w:t xml:space="preserve">         ├─ WLSPDL002 [1..n]  Position  sysPartnerLine 1, itemNo JB-3030, batch, bbDate, baseQty 150.0, csia1, gow, stockRating</w:t>
            </w:r>
          </w:p>
          <w:p>
            <w:pPr>
              <w:pStyle w:val="Code"/>
            </w:pPr>
            <w:r>
              <w:t xml:space="preserve">         │   └─ WLSPDLEXTREF001 [0..n]   WAGE | KW-1002 | A1 | sysPartnerLine 1</w:t>
            </w:r>
          </w:p>
          <w:p>
            <w:pPr>
              <w:pStyle w:val="Code"/>
            </w:pPr>
            <w:r>
              <w:t xml:space="preserve">         ├─ WLSPDL002  Position 2 …       └─ WLSPDLEXTREF001: WAGE | KW-1002 | A2</w:t>
            </w:r>
          </w:p>
          <w:p>
            <w:pPr>
              <w:pStyle w:val="Code"/>
            </w:pPr>
            <w:r>
              <w:t xml:space="preserve">         └─ WLSPDEXTREF001 [0..n]  Kopf  WAGE | KW-1002</w:t>
            </w:r>
          </w:p>
          <w:p>
            <w:pPr>
              <w:pStyle w:val="Code"/>
            </w:pPr>
            <w:r>
              <w:t xml:space="preserve"> </w:t>
            </w:r>
          </w:p>
          <w:p>
            <w:pPr>
              <w:pStyle w:val="Code"/>
            </w:pPr>
            <w:r>
              <w:t>Rückweg WAMAS → HOST, Satzart WLSPDACK003</w:t>
            </w:r>
          </w:p>
          <w:p>
            <w:pPr>
              <w:pStyle w:val="Code"/>
            </w:pPr>
            <w:r>
              <w:t xml:space="preserve">     └─ WLSPDACK003  demandNo, typeId, priority, noteNo, state FINISHED, zone, split</w:t>
            </w:r>
          </w:p>
          <w:p>
            <w:pPr>
              <w:pStyle w:val="Code"/>
            </w:pPr>
            <w:r>
              <w:t xml:space="preserve">         ├─ WLSPDLACK001 [1..n]  sysPartnerLine, demandLineNo, itemNo, batch/bbDate/csia1 (verlangt),</w:t>
            </w:r>
          </w:p>
          <w:p>
            <w:pPr>
              <w:pStyle w:val="Code"/>
            </w:pPr>
            <w:r>
              <w:t xml:space="preserve">         │   │                    diffReason, orderedAmount, releasedAmount, deliveredAmount</w:t>
            </w:r>
          </w:p>
          <w:p>
            <w:pPr>
              <w:pStyle w:val="Code"/>
            </w:pPr>
            <w:r>
              <w:t xml:space="preserve">         │   ├─ WLSPDLACTIVITYACK001 [0..n]  je Behälter: logimatId, openingNo, sourceTrayId, sourceLuId,</w:t>
            </w:r>
          </w:p>
          <w:p>
            <w:pPr>
              <w:pStyle w:val="Code"/>
            </w:pPr>
            <w:r>
              <w:t xml:space="preserve">         │   │                    sourceLocation, user, registrationTime, pickedAmount, batch/bbDate/csia1 (tatsächlich)</w:t>
            </w:r>
          </w:p>
          <w:p>
            <w:pPr>
              <w:pStyle w:val="Code"/>
            </w:pPr>
            <w:r>
              <w:t xml:space="preserve">         │   └─ WLSPDLEXTREFACK001 [0..n]  WAGE | KW-1002 | A1</w:t>
            </w:r>
          </w:p>
          <w:p>
            <w:pPr>
              <w:pStyle w:val="Code"/>
            </w:pPr>
            <w:r>
              <w:t xml:space="preserve">         └─ WLSPDEXTREFACK001 [0..n]  WAGE | KW-1002</w:t>
            </w:r>
          </w:p>
        </w:tc>
      </w:tr>
    </w:tbl>
    <w:p>
      <w:pPr>
        <w:pStyle w:val="BeschriftungSSI"/>
      </w:pPr>
      <w:r>
        <w:t>Abb. 2: Aufbau: Aufbau der Telegramme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Recordversion</w:t>
            </w:r>
          </w:p>
          <w:p>
            <w:pPr>
              <w:spacing w:after="40"/>
            </w:pPr>
            <w:r>
              <w:rPr>
                <w:sz w:val="19"/>
              </w:rPr>
              <w:t xml:space="preserve">Das Manual 2.8 nennt </w:t>
            </w:r>
            <w:r>
              <w:rPr>
                <w:rFonts w:ascii="Consolas" w:hAnsi="Consolas" w:cs="Consolas" w:eastAsia="Consolas"/>
                <w:sz w:val="17"/>
              </w:rPr>
              <w:t>WLSPD003</w:t>
            </w:r>
            <w:r>
              <w:rPr>
                <w:sz w:val="19"/>
              </w:rPr>
              <w:t xml:space="preserve"> und </w:t>
            </w:r>
            <w:r>
              <w:rPr>
                <w:rFonts w:ascii="Consolas" w:hAnsi="Consolas" w:cs="Consolas" w:eastAsia="Consolas"/>
                <w:sz w:val="17"/>
              </w:rPr>
              <w:t>WLSPDACK003</w:t>
            </w:r>
            <w:r>
              <w:rPr>
                <w:sz w:val="19"/>
              </w:rPr>
              <w:t xml:space="preserve">; die Tabellenüberschrift von 7.2.1.1 lautet aber </w:t>
            </w:r>
            <w:r>
              <w:rPr>
                <w:rFonts w:ascii="Consolas" w:hAnsi="Consolas" w:cs="Consolas" w:eastAsia="Consolas"/>
                <w:sz w:val="17"/>
              </w:rPr>
              <w:t>WLSPDACK002</w:t>
            </w:r>
            <w:r>
              <w:rPr>
                <w:sz w:val="19"/>
              </w:rPr>
              <w:t xml:space="preserve"> (IM Tab. 66, S. 109). Die Referenz-App nutzt </w:t>
            </w:r>
            <w:r>
              <w:rPr>
                <w:rFonts w:ascii="Consolas" w:hAnsi="Consolas" w:cs="Consolas" w:eastAsia="Consolas"/>
                <w:sz w:val="17"/>
              </w:rPr>
              <w:t>WLSPD002</w:t>
            </w:r>
            <w:r>
              <w:rPr>
                <w:sz w:val="19"/>
              </w:rPr>
              <w:t xml:space="preserve">. Gegenüber 002 bringt 003 das Feld </w:t>
            </w:r>
            <w:r>
              <w:rPr>
                <w:rFonts w:ascii="Consolas" w:hAnsi="Consolas" w:cs="Consolas" w:eastAsia="Consolas"/>
                <w:sz w:val="17"/>
              </w:rPr>
              <w:t>extLuId</w:t>
            </w:r>
            <w:r>
              <w:rPr>
                <w:sz w:val="19"/>
              </w:rPr>
              <w:t xml:space="preserve">. Beim Wareneingang wurde echt </w:t>
            </w:r>
            <w:r>
              <w:rPr>
                <w:rFonts w:ascii="Consolas" w:hAnsi="Consolas" w:cs="Consolas" w:eastAsia="Consolas"/>
                <w:sz w:val="17"/>
              </w:rPr>
              <w:t>WLSSD002</w:t>
            </w:r>
            <w:r>
              <w:rPr>
                <w:sz w:val="19"/>
              </w:rPr>
              <w:t xml:space="preserve"> gesendet, obwohl das Manual </w:t>
            </w:r>
            <w:r>
              <w:rPr>
                <w:rFonts w:ascii="Consolas" w:hAnsi="Consolas" w:cs="Consolas" w:eastAsia="Consolas"/>
                <w:sz w:val="17"/>
              </w:rPr>
              <w:t>WLSSD003</w:t>
            </w:r>
            <w:r>
              <w:rPr>
                <w:sz w:val="19"/>
              </w:rPr>
              <w:t xml:space="preserve"> nennt. Vor dem ersten Test klären, welche Version die DI-API annimmt.</w:t>
            </w:r>
          </w:p>
        </w:tc>
      </w:tr>
    </w:tbl>
    <w:p>
      <w:pPr>
        <w:spacing w:after="40"/>
      </w:pPr>
    </w:p>
    <w:p>
      <w:pPr>
        <w:pStyle w:val="Heading2"/>
      </w:pPr>
      <w:r>
        <w:t>4.2 Wichtige Regeln aus dem Manual</w:t>
      </w:r>
    </w:p>
    <w:p>
      <w:pPr>
        <w:pStyle w:val="ListBullet"/>
      </w:pPr>
      <w:r>
        <w:rPr>
          <w:rFonts w:ascii="Consolas" w:hAnsi="Consolas" w:cs="Consolas" w:eastAsia="Consolas"/>
          <w:sz w:val="18"/>
        </w:rPr>
        <w:t>demandNo</w:t>
      </w:r>
      <w:r>
        <w:t xml:space="preserve"> ist systemweit eindeutig und darf für keinen anderen Auftrag verwendet werden. [belegt] (S. 104)</w:t>
      </w:r>
    </w:p>
    <w:p>
      <w:pPr>
        <w:pStyle w:val="ListBullet"/>
      </w:pPr>
      <w:r>
        <w:rPr>
          <w:rFonts w:ascii="Consolas" w:hAnsi="Consolas" w:cs="Consolas" w:eastAsia="Consolas"/>
          <w:sz w:val="18"/>
        </w:rPr>
        <w:t>recordState</w:t>
      </w:r>
      <w:r>
        <w:t>: CREATE, UPDATE, CANCEL. [belegt] (Tab. 61/62)</w:t>
      </w:r>
    </w:p>
    <w:p>
      <w:pPr>
        <w:pStyle w:val="ListBullet"/>
      </w:pPr>
      <w:r>
        <w:rPr>
          <w:rFonts w:ascii="Consolas" w:hAnsi="Consolas" w:cs="Consolas" w:eastAsia="Consolas"/>
          <w:sz w:val="18"/>
        </w:rPr>
        <w:t>typeId</w:t>
      </w:r>
      <w:r>
        <w:t xml:space="preserve"> für Kommissionieraufträge: </w:t>
      </w:r>
      <w:r>
        <w:rPr>
          <w:rFonts w:ascii="Consolas" w:hAnsi="Consolas" w:cs="Consolas" w:eastAsia="Consolas"/>
          <w:sz w:val="18"/>
        </w:rPr>
        <w:t>SHPG</w:t>
      </w:r>
      <w:r>
        <w:t>. [belegt] (S. 104)</w:t>
      </w:r>
    </w:p>
    <w:p>
      <w:pPr>
        <w:pStyle w:val="ListBullet"/>
      </w:pPr>
      <w:r>
        <w:rPr>
          <w:rFonts w:ascii="Consolas" w:hAnsi="Consolas" w:cs="Consolas" w:eastAsia="Consolas"/>
          <w:sz w:val="18"/>
        </w:rPr>
        <w:t>priority</w:t>
      </w:r>
      <w:r>
        <w:t>: 0 bis 4 tief, 5 bis 6 normal, 7 bis 8 hoch, 9 Express. [belegt] (S. 104)</w:t>
      </w:r>
    </w:p>
    <w:p>
      <w:pPr>
        <w:pStyle w:val="ListBullet"/>
      </w:pPr>
      <w:r>
        <w:t>Datum DA immer 8 Stellen JJJJMMTT; Datum mit Zeit DT 12 = JJJJMMTThhmm, DT 14 = JJJJMMTThhmmss; zu lange Werte setzen das Telegramm auf Error. [belegt] (Tab. 6, S. 30)</w:t>
      </w:r>
    </w:p>
    <w:p>
      <w:pPr>
        <w:pStyle w:val="ListBullet"/>
      </w:pPr>
      <w:r>
        <w:rPr>
          <w:rFonts w:ascii="Consolas" w:hAnsi="Consolas" w:cs="Consolas" w:eastAsia="Consolas"/>
          <w:sz w:val="18"/>
        </w:rPr>
        <w:t>variant</w:t>
      </w:r>
      <w:r>
        <w:t xml:space="preserve"> leer wird zu </w:t>
      </w:r>
      <w:r>
        <w:rPr>
          <w:rFonts w:ascii="Consolas" w:hAnsi="Consolas" w:cs="Consolas" w:eastAsia="Consolas"/>
          <w:sz w:val="18"/>
        </w:rPr>
        <w:t>00000</w:t>
      </w:r>
      <w:r>
        <w:t>. [belegt] (S. 105)</w:t>
      </w:r>
    </w:p>
    <w:p>
      <w:pPr>
        <w:pStyle w:val="Quelle"/>
      </w:pPr>
      <w:r>
        <w:rPr>
          <w:b/>
        </w:rPr>
        <w:t xml:space="preserve">Quelle: </w:t>
      </w:r>
      <w:r>
        <w:rPr>
          <w:sz w:val="17"/>
        </w:rPr>
        <w:t>Vorgängerdokument v1.0, Kap. „Telegrammfluss“; Belege je Aussage siehe Kennzeichnung und Quellenverzeichnis</w:t>
      </w:r>
    </w:p>
    <w:p>
      <w:pPr>
        <w:pStyle w:val="Heading1"/>
      </w:pPr>
      <w:r>
        <w:t>5 Zuteilung nach Charge, MHD und Seriennummer</w:t>
      </w:r>
    </w:p>
    <w:p>
      <w:r>
        <w:t xml:space="preserve">Die Felder </w:t>
      </w:r>
      <w:r>
        <w:rPr>
          <w:rFonts w:ascii="Consolas" w:hAnsi="Consolas" w:cs="Consolas" w:eastAsia="Consolas"/>
          <w:sz w:val="18"/>
        </w:rPr>
        <w:t>batch</w:t>
      </w:r>
      <w:r>
        <w:t xml:space="preserve">, </w:t>
      </w:r>
      <w:r>
        <w:rPr>
          <w:rFonts w:ascii="Consolas" w:hAnsi="Consolas" w:cs="Consolas" w:eastAsia="Consolas"/>
          <w:sz w:val="18"/>
        </w:rPr>
        <w:t>bbDate</w:t>
      </w:r>
      <w:r>
        <w:t xml:space="preserve">, </w:t>
      </w:r>
      <w:r>
        <w:rPr>
          <w:rFonts w:ascii="Consolas" w:hAnsi="Consolas" w:cs="Consolas" w:eastAsia="Consolas"/>
          <w:sz w:val="18"/>
        </w:rPr>
        <w:t>prodDate</w:t>
      </w:r>
      <w:r>
        <w:t xml:space="preserve"> und </w:t>
      </w:r>
      <w:r>
        <w:rPr>
          <w:rFonts w:ascii="Consolas" w:hAnsi="Consolas" w:cs="Consolas" w:eastAsia="Consolas"/>
          <w:sz w:val="18"/>
        </w:rPr>
        <w:t>csia1</w:t>
      </w:r>
      <w:r>
        <w:t xml:space="preserve"> der Position sind im Manual als </w:t>
      </w:r>
      <w:r>
        <w:rPr>
          <w:b/>
        </w:rPr>
        <w:t>sqa</w:t>
      </w:r>
      <w:r>
        <w:t xml:space="preserve"> (stock qualifying attributes) der Auftragszeile geführt, also als Anforderung an den Bestand. [belegt] (IM Tab. 57, Feldnamen sqa.batch, sqa.bbDate). Die tatsächlich entnommenen Werte kommen als </w:t>
      </w:r>
      <w:r>
        <w:rPr>
          <w:b/>
        </w:rPr>
        <w:t>sia</w:t>
      </w:r>
      <w:r>
        <w:t xml:space="preserve"> (stock identifying attributes) in der Entnahme zurück. [belegt] (IM Tab. 69, sia.batch, sia.bbDate, sia.csia.csia01)</w:t>
      </w:r>
    </w:p>
    <w:p>
      <w:pPr>
        <w:keepNext/>
      </w:pPr>
      <w:r>
        <w:drawing>
          <wp:inline xmlns:a="http://schemas.openxmlformats.org/drawingml/2006/main" xmlns:pic="http://schemas.openxmlformats.org/drawingml/2006/picture">
            <wp:extent cx="6048000" cy="1890000"/>
            <wp:docPr id="105" name="Picture 105"/>
            <wp:cNvGraphicFramePr>
              <a:graphicFrameLocks noChangeAspect="1"/>
            </wp:cNvGraphicFramePr>
            <a:graphic>
              <a:graphicData uri="http://schemas.openxmlformats.org/drawingml/2006/picture">
                <pic:pic>
                  <pic:nvPicPr>
                    <pic:cNvPr id="0" name="ausl_zuteilung.png"/>
                    <pic:cNvPicPr/>
                  </pic:nvPicPr>
                  <pic:blipFill>
                    <a:blip r:embed="rId15"/>
                    <a:stretch>
                      <a:fillRect/>
                    </a:stretch>
                  </pic:blipFill>
                  <pic:spPr>
                    <a:xfrm>
                      <a:off x="0" y="0"/>
                      <a:ext cx="6048000" cy="1890000"/>
                    </a:xfrm>
                    <a:prstGeom prst="rect"/>
                  </pic:spPr>
                </pic:pic>
              </a:graphicData>
            </a:graphic>
          </wp:inline>
        </w:drawing>
      </w:r>
    </w:p>
    <w:p>
      <w:pPr>
        <w:pStyle w:val="BeschriftungSSI"/>
      </w:pPr>
      <w:r>
        <w:t>Abb. 3: Zuteilung je Position (Reihenfolge der Prüfungen Annahme, zu prüfen)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27"/>
        <w:gridCol w:w="2583"/>
        <w:gridCol w:w="2507"/>
        <w:gridCol w:w="2507"/>
      </w:tblGrid>
      <w:tr>
        <w:trPr>
          <w:tblHeader w:val="true"/>
        </w:trPr>
        <w:tc>
          <w:tcPr>
            <w:tcW w:type="dxa" w:w="1928"/>
            <w:shd w:val="clear" w:color="auto" w:fill="FEEE19"/>
          </w:tcPr>
          <w:p>
            <w:pPr>
              <w:spacing w:after="0"/>
            </w:pPr>
            <w:r>
              <w:rPr>
                <w:b/>
                <w:sz w:val="17"/>
              </w:rPr>
              <w:t>Fall</w:t>
            </w:r>
          </w:p>
        </w:tc>
        <w:tc>
          <w:tcPr>
            <w:tcW w:type="dxa" w:w="2583"/>
            <w:shd w:val="clear" w:color="auto" w:fill="FEEE19"/>
          </w:tcPr>
          <w:p>
            <w:pPr>
              <w:spacing w:after="0"/>
            </w:pPr>
            <w:r>
              <w:rPr>
                <w:b/>
                <w:sz w:val="17"/>
              </w:rPr>
              <w:t>Was WAMAS reserviert</w:t>
            </w:r>
          </w:p>
        </w:tc>
        <w:tc>
          <w:tcPr>
            <w:tcW w:type="dxa" w:w="2507"/>
            <w:shd w:val="clear" w:color="auto" w:fill="FEEE19"/>
          </w:tcPr>
          <w:p>
            <w:pPr>
              <w:spacing w:after="0"/>
            </w:pPr>
            <w:r>
              <w:rPr>
                <w:b/>
                <w:sz w:val="17"/>
              </w:rPr>
              <w:t>Beispiel</w:t>
            </w:r>
          </w:p>
        </w:tc>
        <w:tc>
          <w:tcPr>
            <w:tcW w:type="dxa" w:w="2507"/>
            <w:shd w:val="clear" w:color="auto" w:fill="FEEE19"/>
          </w:tcPr>
          <w:p>
            <w:pPr>
              <w:spacing w:after="0"/>
            </w:pPr>
            <w:r>
              <w:rPr>
                <w:b/>
                <w:sz w:val="17"/>
              </w:rPr>
              <w:t>Status</w:t>
            </w:r>
          </w:p>
        </w:tc>
      </w:tr>
      <w:tr>
        <w:tc>
          <w:tcPr>
            <w:tcW w:type="dxa" w:w="1928"/>
          </w:tcPr>
          <w:p>
            <w:pPr>
              <w:spacing w:after="0" w:line="252" w:lineRule="auto"/>
            </w:pPr>
            <w:r>
              <w:rPr>
                <w:sz w:val="17"/>
              </w:rPr>
              <w:t>Seriennummer vorgegeben (</w:t>
            </w:r>
            <w:r>
              <w:rPr>
                <w:rFonts w:ascii="Consolas" w:hAnsi="Consolas" w:cs="Consolas" w:eastAsia="Consolas"/>
                <w:sz w:val="15"/>
              </w:rPr>
              <w:t>csia1</w:t>
            </w:r>
            <w:r>
              <w:rPr>
                <w:sz w:val="17"/>
              </w:rPr>
              <w:t>)</w:t>
            </w:r>
          </w:p>
        </w:tc>
        <w:tc>
          <w:tcPr>
            <w:tcW w:type="dxa" w:w="2583"/>
          </w:tcPr>
          <w:p>
            <w:pPr>
              <w:spacing w:after="0" w:line="252" w:lineRule="auto"/>
            </w:pPr>
            <w:r>
              <w:rPr>
                <w:sz w:val="17"/>
              </w:rPr>
              <w:t>nur das Bestandsobjekt mit dieser Seriennummer</w:t>
            </w:r>
          </w:p>
        </w:tc>
        <w:tc>
          <w:tcPr>
            <w:tcW w:type="dxa" w:w="2507"/>
          </w:tcPr>
          <w:p>
            <w:pPr>
              <w:spacing w:after="0" w:line="252" w:lineRule="auto"/>
            </w:pPr>
            <w:r>
              <w:rPr>
                <w:sz w:val="17"/>
              </w:rPr>
              <w:t>Ausl000003 Zeile 4: LB48-000121</w:t>
            </w:r>
          </w:p>
        </w:tc>
        <w:tc>
          <w:tcPr>
            <w:tcW w:type="dxa" w:w="2507"/>
          </w:tcPr>
          <w:p>
            <w:pPr>
              <w:spacing w:after="0" w:line="252" w:lineRule="auto"/>
            </w:pPr>
            <w:r>
              <w:rPr>
                <w:sz w:val="17"/>
              </w:rPr>
              <w:t>[belegt] Feld, [Annahme, zu prüfen] Wirkung</w:t>
            </w:r>
          </w:p>
        </w:tc>
      </w:tr>
      <w:tr>
        <w:tc>
          <w:tcPr>
            <w:tcW w:type="dxa" w:w="1928"/>
          </w:tcPr>
          <w:p>
            <w:pPr>
              <w:spacing w:after="0" w:line="252" w:lineRule="auto"/>
            </w:pPr>
            <w:r>
              <w:rPr>
                <w:sz w:val="17"/>
              </w:rPr>
              <w:t>Charge vorgegeben (</w:t>
            </w:r>
            <w:r>
              <w:rPr>
                <w:rFonts w:ascii="Consolas" w:hAnsi="Consolas" w:cs="Consolas" w:eastAsia="Consolas"/>
                <w:sz w:val="15"/>
              </w:rPr>
              <w:t>batch</w:t>
            </w:r>
            <w:r>
              <w:rPr>
                <w:sz w:val="17"/>
              </w:rPr>
              <w:t>)</w:t>
            </w:r>
          </w:p>
        </w:tc>
        <w:tc>
          <w:tcPr>
            <w:tcW w:type="dxa" w:w="2583"/>
          </w:tcPr>
          <w:p>
            <w:pPr>
              <w:spacing w:after="0" w:line="252" w:lineRule="auto"/>
            </w:pPr>
            <w:r>
              <w:rPr>
                <w:sz w:val="17"/>
              </w:rPr>
              <w:t>nur Bestand dieser Charge, auch wenn eine andere Charge früher abläuft</w:t>
            </w:r>
          </w:p>
        </w:tc>
        <w:tc>
          <w:tcPr>
            <w:tcW w:type="dxa" w:w="2507"/>
          </w:tcPr>
          <w:p>
            <w:pPr>
              <w:spacing w:after="0" w:line="252" w:lineRule="auto"/>
            </w:pPr>
            <w:r>
              <w:rPr>
                <w:sz w:val="17"/>
              </w:rPr>
              <w:t>Ausl000002 Zeile 2: S2409D statt S2405C</w:t>
            </w:r>
          </w:p>
        </w:tc>
        <w:tc>
          <w:tcPr>
            <w:tcW w:type="dxa" w:w="2507"/>
          </w:tcPr>
          <w:p>
            <w:pPr>
              <w:spacing w:after="0" w:line="252" w:lineRule="auto"/>
            </w:pPr>
            <w:r>
              <w:rPr>
                <w:sz w:val="17"/>
              </w:rPr>
              <w:t>[belegt] Feld (sqa.batch), [Annahme, zu prüfen] Wirkung</w:t>
            </w:r>
          </w:p>
        </w:tc>
      </w:tr>
      <w:tr>
        <w:tc>
          <w:tcPr>
            <w:tcW w:type="dxa" w:w="1928"/>
          </w:tcPr>
          <w:p>
            <w:pPr>
              <w:spacing w:after="0" w:line="252" w:lineRule="auto"/>
            </w:pPr>
            <w:r>
              <w:rPr>
                <w:sz w:val="17"/>
              </w:rPr>
              <w:t>MHD vorgegeben (</w:t>
            </w:r>
            <w:r>
              <w:rPr>
                <w:rFonts w:ascii="Consolas" w:hAnsi="Consolas" w:cs="Consolas" w:eastAsia="Consolas"/>
                <w:sz w:val="15"/>
              </w:rPr>
              <w:t>bbDate</w:t>
            </w:r>
            <w:r>
              <w:rPr>
                <w:sz w:val="17"/>
              </w:rPr>
              <w:t>)</w:t>
            </w:r>
          </w:p>
        </w:tc>
        <w:tc>
          <w:tcPr>
            <w:tcW w:type="dxa" w:w="2583"/>
          </w:tcPr>
          <w:p>
            <w:pPr>
              <w:spacing w:after="0" w:line="252" w:lineRule="auto"/>
            </w:pPr>
            <w:r>
              <w:rPr>
                <w:sz w:val="17"/>
              </w:rPr>
              <w:t>Vergleich nach der MHD-Regel im LM053, Reiter Stock Selection Mode, „Picking reservation“: kleiner gleich, grösser gleich, gleich oder egal</w:t>
            </w:r>
          </w:p>
        </w:tc>
        <w:tc>
          <w:tcPr>
            <w:tcW w:type="dxa" w:w="2507"/>
          </w:tcPr>
          <w:p>
            <w:pPr>
              <w:spacing w:after="0" w:line="252" w:lineRule="auto"/>
            </w:pPr>
            <w:r>
              <w:rPr>
                <w:sz w:val="17"/>
              </w:rPr>
              <w:t>Ausl000002 Zeile 3: Mindest-MHD 01.01.2029, Regel grösser gleich</w:t>
            </w:r>
          </w:p>
        </w:tc>
        <w:tc>
          <w:tcPr>
            <w:tcW w:type="dxa" w:w="2507"/>
          </w:tcPr>
          <w:p>
            <w:pPr>
              <w:spacing w:after="0" w:line="252" w:lineRule="auto"/>
            </w:pPr>
            <w:r>
              <w:rPr>
                <w:sz w:val="17"/>
              </w:rPr>
              <w:t>[belegt] (AM 3.1.3.2), [Annahme, zu prüfen] Regel grösser gleich</w:t>
            </w:r>
          </w:p>
        </w:tc>
      </w:tr>
      <w:tr>
        <w:tc>
          <w:tcPr>
            <w:tcW w:type="dxa" w:w="1928"/>
          </w:tcPr>
          <w:p>
            <w:pPr>
              <w:spacing w:after="0" w:line="252" w:lineRule="auto"/>
            </w:pPr>
            <w:r>
              <w:rPr>
                <w:sz w:val="17"/>
              </w:rPr>
              <w:t xml:space="preserve">keine Vorgabe, </w:t>
            </w:r>
            <w:r>
              <w:rPr>
                <w:rFonts w:ascii="Consolas" w:hAnsi="Consolas" w:cs="Consolas" w:eastAsia="Consolas"/>
                <w:sz w:val="15"/>
              </w:rPr>
              <w:t>timeBasedAccMode</w:t>
            </w:r>
            <w:r>
              <w:rPr>
                <w:sz w:val="17"/>
              </w:rPr>
              <w:t xml:space="preserve"> BBD</w:t>
            </w:r>
          </w:p>
        </w:tc>
        <w:tc>
          <w:tcPr>
            <w:tcW w:type="dxa" w:w="2583"/>
          </w:tcPr>
          <w:p>
            <w:pPr>
              <w:spacing w:after="0" w:line="252" w:lineRule="auto"/>
            </w:pPr>
            <w:r>
              <w:rPr>
                <w:sz w:val="17"/>
              </w:rPr>
              <w:t xml:space="preserve">kürzestes MHD zuerst (FEFO); Toleranz </w:t>
            </w:r>
            <w:r>
              <w:rPr>
                <w:rFonts w:ascii="Consolas" w:hAnsi="Consolas" w:cs="Consolas" w:eastAsia="Consolas"/>
                <w:sz w:val="15"/>
              </w:rPr>
              <w:t>itemEquivPeriod</w:t>
            </w:r>
          </w:p>
        </w:tc>
        <w:tc>
          <w:tcPr>
            <w:tcW w:type="dxa" w:w="2507"/>
          </w:tcPr>
          <w:p>
            <w:pPr>
              <w:spacing w:after="0" w:line="252" w:lineRule="auto"/>
            </w:pPr>
            <w:r>
              <w:rPr>
                <w:sz w:val="17"/>
              </w:rPr>
              <w:t>Ausl000002 Zeile 1: S2403A (31.03.2028) vor S2410B (30.09.2029)</w:t>
            </w:r>
          </w:p>
        </w:tc>
        <w:tc>
          <w:tcPr>
            <w:tcW w:type="dxa" w:w="2507"/>
          </w:tcPr>
          <w:p>
            <w:pPr>
              <w:spacing w:after="0" w:line="252" w:lineRule="auto"/>
            </w:pPr>
            <w:r>
              <w:rPr>
                <w:sz w:val="17"/>
              </w:rPr>
              <w:t>[belegt] Modus (IM Tab. 35, S. 64), [Annahme, zu prüfen] Reihenfolge</w:t>
            </w:r>
          </w:p>
        </w:tc>
      </w:tr>
      <w:tr>
        <w:tc>
          <w:tcPr>
            <w:tcW w:type="dxa" w:w="1928"/>
          </w:tcPr>
          <w:p>
            <w:pPr>
              <w:spacing w:after="0" w:line="252" w:lineRule="auto"/>
            </w:pPr>
            <w:r>
              <w:rPr>
                <w:sz w:val="17"/>
              </w:rPr>
              <w:t xml:space="preserve">keine Vorgabe, </w:t>
            </w:r>
            <w:r>
              <w:rPr>
                <w:rFonts w:ascii="Consolas" w:hAnsi="Consolas" w:cs="Consolas" w:eastAsia="Consolas"/>
                <w:sz w:val="15"/>
              </w:rPr>
              <w:t>timeBasedAccMode</w:t>
            </w:r>
            <w:r>
              <w:rPr>
                <w:sz w:val="17"/>
              </w:rPr>
              <w:t xml:space="preserve"> REG_TIME</w:t>
            </w:r>
          </w:p>
        </w:tc>
        <w:tc>
          <w:tcPr>
            <w:tcW w:type="dxa" w:w="2583"/>
          </w:tcPr>
          <w:p>
            <w:pPr>
              <w:spacing w:after="0" w:line="252" w:lineRule="auto"/>
            </w:pPr>
            <w:r>
              <w:rPr>
                <w:sz w:val="17"/>
              </w:rPr>
              <w:t>ältestes Einlagerdatum zuerst (FIFO)</w:t>
            </w:r>
          </w:p>
        </w:tc>
        <w:tc>
          <w:tcPr>
            <w:tcW w:type="dxa" w:w="2507"/>
          </w:tcPr>
          <w:p>
            <w:pPr>
              <w:spacing w:after="0" w:line="252" w:lineRule="auto"/>
            </w:pPr>
            <w:r>
              <w:rPr>
                <w:sz w:val="17"/>
              </w:rPr>
              <w:t>Ausl000001, Ausl000003 Zeilen 1 bis 3</w:t>
            </w:r>
          </w:p>
        </w:tc>
        <w:tc>
          <w:tcPr>
            <w:tcW w:type="dxa" w:w="2507"/>
          </w:tcPr>
          <w:p>
            <w:pPr>
              <w:spacing w:after="0" w:line="252" w:lineRule="auto"/>
            </w:pPr>
            <w:r>
              <w:rPr>
                <w:sz w:val="17"/>
              </w:rPr>
              <w:t>[belegt] Modus, [Annahme, zu prüfen] Reihenfolge</w:t>
            </w:r>
          </w:p>
        </w:tc>
      </w:tr>
      <w:tr>
        <w:tc>
          <w:tcPr>
            <w:tcW w:type="dxa" w:w="1928"/>
          </w:tcPr>
          <w:p>
            <w:pPr>
              <w:spacing w:after="0" w:line="252" w:lineRule="auto"/>
            </w:pPr>
            <w:r>
              <w:rPr>
                <w:sz w:val="17"/>
              </w:rPr>
              <w:t>Menge grösser als ein Behälter</w:t>
            </w:r>
          </w:p>
        </w:tc>
        <w:tc>
          <w:tcPr>
            <w:tcW w:type="dxa" w:w="2583"/>
          </w:tcPr>
          <w:p>
            <w:pPr>
              <w:spacing w:after="0" w:line="252" w:lineRule="auto"/>
            </w:pPr>
            <w:r>
              <w:rPr>
                <w:sz w:val="17"/>
              </w:rPr>
              <w:t>WAMAS reserviert weitere Behälter; je Behälter eine Entnahme (eine WLSPDLACTIVITYACK001)</w:t>
            </w:r>
          </w:p>
        </w:tc>
        <w:tc>
          <w:tcPr>
            <w:tcW w:type="dxa" w:w="2507"/>
          </w:tcPr>
          <w:p>
            <w:pPr>
              <w:spacing w:after="0" w:line="252" w:lineRule="auto"/>
            </w:pPr>
            <w:r>
              <w:rPr>
                <w:sz w:val="17"/>
              </w:rPr>
              <w:t>Ausl000002 Zeile 1: 126 + 24</w:t>
            </w:r>
          </w:p>
        </w:tc>
        <w:tc>
          <w:tcPr>
            <w:tcW w:type="dxa" w:w="2507"/>
          </w:tcPr>
          <w:p>
            <w:pPr>
              <w:spacing w:after="0" w:line="252" w:lineRule="auto"/>
            </w:pPr>
            <w:r>
              <w:rPr>
                <w:sz w:val="17"/>
              </w:rPr>
              <w:t>[belegt] Satz je Aktivität, [Annahme, zu prüfen] Aufteilung</w:t>
            </w:r>
          </w:p>
        </w:tc>
      </w:tr>
    </w:tbl>
    <w:p>
      <w:pPr>
        <w:pStyle w:val="BeschriftungSSI"/>
      </w:pPr>
      <w:r>
        <w:t>Tab. 4: Zuteilung nach Charge, MHD und Seriennummer</w:t>
      </w:r>
    </w:p>
    <w:p>
      <w:pPr>
        <w:pStyle w:val="Heading2"/>
      </w:pPr>
      <w:r>
        <w:t>5.1 Einstellungen in WAMAS</w:t>
      </w:r>
    </w:p>
    <w:p>
      <w:pPr>
        <w:pStyle w:val="ListBullet"/>
      </w:pPr>
      <w:r>
        <w:rPr>
          <w:b/>
        </w:rPr>
        <w:t>LM053 Systemparameter</w:t>
      </w:r>
      <w:r>
        <w:t>, Reiter Stock Selection Mode, Eintrag „Picking reservation“: MHD-Regel bei vorgegebenem MHD. [belegt] (AM 3.1.3.2)</w:t>
      </w:r>
    </w:p>
    <w:p>
      <w:pPr>
        <w:pStyle w:val="ListBullet"/>
      </w:pPr>
      <w:r>
        <w:rPr>
          <w:b/>
        </w:rPr>
        <w:t>SM041 Bestandshomogenität</w:t>
      </w:r>
      <w:r>
        <w:t xml:space="preserve"> mit Kriterien Charge und MHD: keine gemischten Chargen in einem Behälter. Das macht die Entnahme eindeutig: ein Behälter = eine Charge = ein MHD. [belegt] (AM 3.6.6)</w:t>
      </w:r>
    </w:p>
    <w:p>
      <w:pPr>
        <w:pStyle w:val="ListBullet"/>
      </w:pPr>
      <w:r>
        <w:rPr>
          <w:b/>
        </w:rPr>
        <w:t>Partner MD018</w:t>
      </w:r>
      <w:r>
        <w:t>, Strategie „Mild“, wenn je Kunde Abweichungen beim Datum erlaubt sein sollen. [belegt] (AM 3.6.3.1, S. 113)</w:t>
      </w:r>
    </w:p>
    <w:p>
      <w:pPr>
        <w:pStyle w:val="ListBullet"/>
      </w:pPr>
      <w:r>
        <w:rPr>
          <w:b/>
        </w:rPr>
        <w:t>Rückmeldung</w:t>
      </w:r>
      <w:r>
        <w:t>: Partner Lift &amp; Store Acknowledgement Tab, „Picking acknowledgement mode“ = When demand finished. [belegt] Optionen (AM 3.5.1.6.1, S. 70), [Annahme, zu prüfen] Wahl</w:t>
      </w:r>
    </w:p>
    <w:p>
      <w:pPr>
        <w:pStyle w:val="Heading2"/>
      </w:pPr>
      <w:r>
        <w:t>5.2 Artikelstamm (WLSITEM001)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24"/>
        <w:gridCol w:w="737"/>
        <w:gridCol w:w="2474"/>
        <w:gridCol w:w="2419"/>
        <w:gridCol w:w="1570"/>
      </w:tblGrid>
      <w:tr>
        <w:trPr>
          <w:tblHeader w:val="true"/>
        </w:trPr>
        <w:tc>
          <w:tcPr>
            <w:tcW w:type="dxa" w:w="2324"/>
            <w:shd w:val="clear" w:color="auto" w:fill="FEEE19"/>
          </w:tcPr>
          <w:p>
            <w:pPr>
              <w:spacing w:after="0"/>
            </w:pPr>
            <w:r>
              <w:rPr>
                <w:b/>
                <w:sz w:val="17"/>
              </w:rPr>
              <w:t>Feld</w:t>
            </w:r>
          </w:p>
        </w:tc>
        <w:tc>
          <w:tcPr>
            <w:tcW w:type="dxa" w:w="737"/>
            <w:shd w:val="clear" w:color="auto" w:fill="FEEE19"/>
          </w:tcPr>
          <w:p>
            <w:pPr>
              <w:spacing w:after="0"/>
            </w:pPr>
            <w:r>
              <w:rPr>
                <w:b/>
                <w:sz w:val="17"/>
              </w:rPr>
              <w:t>Typ</w:t>
            </w:r>
          </w:p>
        </w:tc>
        <w:tc>
          <w:tcPr>
            <w:tcW w:type="dxa" w:w="2474"/>
            <w:shd w:val="clear" w:color="auto" w:fill="FEEE19"/>
          </w:tcPr>
          <w:p>
            <w:pPr>
              <w:spacing w:after="0"/>
            </w:pPr>
            <w:r>
              <w:rPr>
                <w:b/>
                <w:sz w:val="17"/>
              </w:rPr>
              <w:t>Bedeutung</w:t>
            </w:r>
          </w:p>
        </w:tc>
        <w:tc>
          <w:tcPr>
            <w:tcW w:type="dxa" w:w="2419"/>
            <w:shd w:val="clear" w:color="auto" w:fill="FEEE19"/>
          </w:tcPr>
          <w:p>
            <w:pPr>
              <w:spacing w:after="0"/>
            </w:pPr>
            <w:r>
              <w:rPr>
                <w:b/>
                <w:sz w:val="17"/>
              </w:rPr>
              <w:t>Empfehlung</w:t>
            </w:r>
          </w:p>
        </w:tc>
        <w:tc>
          <w:tcPr>
            <w:tcW w:type="dxa" w:w="1570"/>
            <w:shd w:val="clear" w:color="auto" w:fill="FEEE19"/>
          </w:tcPr>
          <w:p>
            <w:pPr>
              <w:spacing w:after="0"/>
            </w:pPr>
            <w:r>
              <w:rPr>
                <w:b/>
                <w:sz w:val="17"/>
              </w:rPr>
              <w:t>Quelle</w:t>
            </w:r>
          </w:p>
        </w:tc>
      </w:tr>
      <w:tr>
        <w:tc>
          <w:tcPr>
            <w:tcW w:type="dxa" w:w="2324"/>
          </w:tcPr>
          <w:p>
            <w:pPr>
              <w:spacing w:after="0" w:line="252" w:lineRule="auto"/>
            </w:pPr>
            <w:r>
              <w:rPr>
                <w:rFonts w:ascii="Consolas" w:hAnsi="Consolas" w:cs="Consolas" w:eastAsia="Consolas"/>
                <w:sz w:val="15"/>
              </w:rPr>
              <w:t>batchStockMode</w:t>
            </w:r>
          </w:p>
        </w:tc>
        <w:tc>
          <w:tcPr>
            <w:tcW w:type="dxa" w:w="737"/>
          </w:tcPr>
          <w:p>
            <w:pPr>
              <w:spacing w:after="0" w:line="252" w:lineRule="auto"/>
            </w:pPr>
            <w:r>
              <w:rPr>
                <w:sz w:val="17"/>
              </w:rPr>
              <w:t>E 14</w:t>
            </w:r>
          </w:p>
        </w:tc>
        <w:tc>
          <w:tcPr>
            <w:tcW w:type="dxa" w:w="2474"/>
          </w:tcPr>
          <w:p>
            <w:pPr>
              <w:spacing w:after="0" w:line="252" w:lineRule="auto"/>
            </w:pPr>
            <w:r>
              <w:rPr>
                <w:sz w:val="17"/>
              </w:rPr>
              <w:t>Charge im Bestand führen</w:t>
            </w:r>
          </w:p>
        </w:tc>
        <w:tc>
          <w:tcPr>
            <w:tcW w:type="dxa" w:w="2419"/>
          </w:tcPr>
          <w:p>
            <w:pPr>
              <w:spacing w:after="0" w:line="252" w:lineRule="auto"/>
            </w:pPr>
            <w:r>
              <w:rPr>
                <w:sz w:val="17"/>
              </w:rPr>
              <w:t>MANDATORY für Chargenartikel</w:t>
            </w:r>
          </w:p>
        </w:tc>
        <w:tc>
          <w:tcPr>
            <w:tcW w:type="dxa" w:w="1570"/>
          </w:tcPr>
          <w:p>
            <w:pPr>
              <w:spacing w:after="0" w:line="252" w:lineRule="auto"/>
            </w:pPr>
            <w:r>
              <w:rPr>
                <w:sz w:val="17"/>
              </w:rPr>
              <w:t>IM Tab. 14 Nr. 8, Tab. 23</w:t>
            </w:r>
          </w:p>
        </w:tc>
      </w:tr>
      <w:tr>
        <w:tc>
          <w:tcPr>
            <w:tcW w:type="dxa" w:w="2324"/>
          </w:tcPr>
          <w:p>
            <w:pPr>
              <w:spacing w:after="0" w:line="252" w:lineRule="auto"/>
            </w:pPr>
            <w:r>
              <w:rPr>
                <w:rFonts w:ascii="Consolas" w:hAnsi="Consolas" w:cs="Consolas" w:eastAsia="Consolas"/>
                <w:sz w:val="15"/>
              </w:rPr>
              <w:t>bbDateStockMode</w:t>
            </w:r>
          </w:p>
        </w:tc>
        <w:tc>
          <w:tcPr>
            <w:tcW w:type="dxa" w:w="737"/>
          </w:tcPr>
          <w:p>
            <w:pPr>
              <w:spacing w:after="0" w:line="252" w:lineRule="auto"/>
            </w:pPr>
            <w:r>
              <w:rPr>
                <w:sz w:val="17"/>
              </w:rPr>
              <w:t>E 14</w:t>
            </w:r>
          </w:p>
        </w:tc>
        <w:tc>
          <w:tcPr>
            <w:tcW w:type="dxa" w:w="2474"/>
          </w:tcPr>
          <w:p>
            <w:pPr>
              <w:spacing w:after="0" w:line="252" w:lineRule="auto"/>
            </w:pPr>
            <w:r>
              <w:rPr>
                <w:sz w:val="17"/>
              </w:rPr>
              <w:t>MHD im Bestand führen</w:t>
            </w:r>
          </w:p>
        </w:tc>
        <w:tc>
          <w:tcPr>
            <w:tcW w:type="dxa" w:w="2419"/>
          </w:tcPr>
          <w:p>
            <w:pPr>
              <w:spacing w:after="0" w:line="252" w:lineRule="auto"/>
            </w:pPr>
            <w:r>
              <w:rPr>
                <w:sz w:val="17"/>
              </w:rPr>
              <w:t>MANDATORY für MHD-Artikel</w:t>
            </w:r>
          </w:p>
        </w:tc>
        <w:tc>
          <w:tcPr>
            <w:tcW w:type="dxa" w:w="1570"/>
          </w:tcPr>
          <w:p>
            <w:pPr>
              <w:spacing w:after="0" w:line="252" w:lineRule="auto"/>
            </w:pPr>
            <w:r>
              <w:rPr>
                <w:sz w:val="17"/>
              </w:rPr>
              <w:t>IM Tab. 14 Nr. 7, Tab. 22</w:t>
            </w:r>
          </w:p>
        </w:tc>
      </w:tr>
      <w:tr>
        <w:tc>
          <w:tcPr>
            <w:tcW w:type="dxa" w:w="2324"/>
          </w:tcPr>
          <w:p>
            <w:pPr>
              <w:spacing w:after="0" w:line="252" w:lineRule="auto"/>
            </w:pPr>
            <w:r>
              <w:rPr>
                <w:rFonts w:ascii="Consolas" w:hAnsi="Consolas" w:cs="Consolas" w:eastAsia="Consolas"/>
                <w:sz w:val="15"/>
              </w:rPr>
              <w:t>igBatchRegistration / igBbDateRegistration</w:t>
            </w:r>
          </w:p>
        </w:tc>
        <w:tc>
          <w:tcPr>
            <w:tcW w:type="dxa" w:w="737"/>
          </w:tcPr>
          <w:p>
            <w:pPr>
              <w:spacing w:after="0" w:line="252" w:lineRule="auto"/>
            </w:pPr>
            <w:r>
              <w:rPr>
                <w:sz w:val="17"/>
              </w:rPr>
              <w:t>je E 14</w:t>
            </w:r>
          </w:p>
        </w:tc>
        <w:tc>
          <w:tcPr>
            <w:tcW w:type="dxa" w:w="2474"/>
          </w:tcPr>
          <w:p>
            <w:pPr>
              <w:spacing w:after="0" w:line="252" w:lineRule="auto"/>
            </w:pPr>
            <w:r>
              <w:rPr>
                <w:sz w:val="17"/>
              </w:rPr>
              <w:t>Erfassung im Wareneingang</w:t>
            </w:r>
          </w:p>
        </w:tc>
        <w:tc>
          <w:tcPr>
            <w:tcW w:type="dxa" w:w="2419"/>
          </w:tcPr>
          <w:p>
            <w:pPr>
              <w:spacing w:after="0" w:line="252" w:lineRule="auto"/>
            </w:pPr>
            <w:r>
              <w:rPr>
                <w:sz w:val="17"/>
              </w:rPr>
              <w:t>MANDATORY (Referenz-App erzwingt bei MHD-Bestand MANDATORY)</w:t>
            </w:r>
          </w:p>
        </w:tc>
        <w:tc>
          <w:tcPr>
            <w:tcW w:type="dxa" w:w="1570"/>
          </w:tcPr>
          <w:p>
            <w:pPr>
              <w:spacing w:after="0" w:line="252" w:lineRule="auto"/>
            </w:pPr>
            <w:r>
              <w:rPr>
                <w:sz w:val="17"/>
              </w:rPr>
              <w:t>IM Tab. 14 Nr. 30/31; server.py Z. 166</w:t>
            </w:r>
          </w:p>
        </w:tc>
      </w:tr>
      <w:tr>
        <w:tc>
          <w:tcPr>
            <w:tcW w:type="dxa" w:w="2324"/>
          </w:tcPr>
          <w:p>
            <w:pPr>
              <w:spacing w:after="0" w:line="252" w:lineRule="auto"/>
            </w:pPr>
            <w:r>
              <w:rPr>
                <w:rFonts w:ascii="Consolas" w:hAnsi="Consolas" w:cs="Consolas" w:eastAsia="Consolas"/>
                <w:sz w:val="15"/>
              </w:rPr>
              <w:t>ogBatchRegistration</w:t>
            </w:r>
          </w:p>
        </w:tc>
        <w:tc>
          <w:tcPr>
            <w:tcW w:type="dxa" w:w="737"/>
          </w:tcPr>
          <w:p>
            <w:pPr>
              <w:spacing w:after="0" w:line="252" w:lineRule="auto"/>
            </w:pPr>
            <w:r>
              <w:rPr>
                <w:sz w:val="17"/>
              </w:rPr>
              <w:t>E 14</w:t>
            </w:r>
          </w:p>
        </w:tc>
        <w:tc>
          <w:tcPr>
            <w:tcW w:type="dxa" w:w="2474"/>
          </w:tcPr>
          <w:p>
            <w:pPr>
              <w:spacing w:after="0" w:line="252" w:lineRule="auto"/>
            </w:pPr>
            <w:r>
              <w:rPr>
                <w:sz w:val="17"/>
              </w:rPr>
              <w:t>Charge beim Kommissionieren erfassen bzw. bestätigen</w:t>
            </w:r>
          </w:p>
        </w:tc>
        <w:tc>
          <w:tcPr>
            <w:tcW w:type="dxa" w:w="2419"/>
          </w:tcPr>
          <w:p>
            <w:pPr>
              <w:spacing w:after="0" w:line="252" w:lineRule="auto"/>
            </w:pPr>
            <w:r>
              <w:rPr>
                <w:sz w:val="17"/>
              </w:rPr>
              <w:t>MANDATORY, wenn die Charge am Lift bestätigt werden soll, sonst OPTIONAL</w:t>
            </w:r>
          </w:p>
        </w:tc>
        <w:tc>
          <w:tcPr>
            <w:tcW w:type="dxa" w:w="1570"/>
          </w:tcPr>
          <w:p>
            <w:pPr>
              <w:spacing w:after="0" w:line="252" w:lineRule="auto"/>
            </w:pPr>
            <w:r>
              <w:rPr>
                <w:sz w:val="17"/>
              </w:rPr>
              <w:t>IM Tab. 14 Nr. 54, Tab. 31, S. 60/61</w:t>
            </w:r>
          </w:p>
        </w:tc>
      </w:tr>
      <w:tr>
        <w:tc>
          <w:tcPr>
            <w:tcW w:type="dxa" w:w="2324"/>
          </w:tcPr>
          <w:p>
            <w:pPr>
              <w:spacing w:after="0" w:line="252" w:lineRule="auto"/>
            </w:pPr>
            <w:r>
              <w:rPr>
                <w:rFonts w:ascii="Consolas" w:hAnsi="Consolas" w:cs="Consolas" w:eastAsia="Consolas"/>
                <w:sz w:val="15"/>
              </w:rPr>
              <w:t>ogBbDateRegistration</w:t>
            </w:r>
          </w:p>
        </w:tc>
        <w:tc>
          <w:tcPr>
            <w:tcW w:type="dxa" w:w="737"/>
          </w:tcPr>
          <w:p>
            <w:pPr>
              <w:spacing w:after="0" w:line="252" w:lineRule="auto"/>
            </w:pPr>
            <w:r>
              <w:rPr>
                <w:sz w:val="17"/>
              </w:rPr>
              <w:t>E 14</w:t>
            </w:r>
          </w:p>
        </w:tc>
        <w:tc>
          <w:tcPr>
            <w:tcW w:type="dxa" w:w="2474"/>
          </w:tcPr>
          <w:p>
            <w:pPr>
              <w:spacing w:after="0" w:line="252" w:lineRule="auto"/>
            </w:pPr>
            <w:r>
              <w:rPr>
                <w:sz w:val="17"/>
              </w:rPr>
              <w:t>MHD beim Kommissionieren erfassen bzw. bestätigen</w:t>
            </w:r>
          </w:p>
        </w:tc>
        <w:tc>
          <w:tcPr>
            <w:tcW w:type="dxa" w:w="2419"/>
          </w:tcPr>
          <w:p>
            <w:pPr>
              <w:spacing w:after="0" w:line="252" w:lineRule="auto"/>
            </w:pPr>
            <w:r>
              <w:rPr>
                <w:sz w:val="17"/>
              </w:rPr>
              <w:t>OPTIONAL (MHD hängt an der Charge) oder MANDATORY</w:t>
            </w:r>
          </w:p>
        </w:tc>
        <w:tc>
          <w:tcPr>
            <w:tcW w:type="dxa" w:w="1570"/>
          </w:tcPr>
          <w:p>
            <w:pPr>
              <w:spacing w:after="0" w:line="252" w:lineRule="auto"/>
            </w:pPr>
            <w:r>
              <w:rPr>
                <w:sz w:val="17"/>
              </w:rPr>
              <w:t>IM Tab. 14 Nr. 53, Tab. 30</w:t>
            </w:r>
          </w:p>
        </w:tc>
      </w:tr>
      <w:tr>
        <w:tc>
          <w:tcPr>
            <w:tcW w:type="dxa" w:w="2324"/>
          </w:tcPr>
          <w:p>
            <w:pPr>
              <w:spacing w:after="0" w:line="252" w:lineRule="auto"/>
            </w:pPr>
            <w:r>
              <w:rPr>
                <w:rFonts w:ascii="Consolas" w:hAnsi="Consolas" w:cs="Consolas" w:eastAsia="Consolas"/>
                <w:sz w:val="15"/>
              </w:rPr>
              <w:t>timeBasedAccMode</w:t>
            </w:r>
          </w:p>
        </w:tc>
        <w:tc>
          <w:tcPr>
            <w:tcW w:type="dxa" w:w="737"/>
          </w:tcPr>
          <w:p>
            <w:pPr>
              <w:spacing w:after="0" w:line="252" w:lineRule="auto"/>
            </w:pPr>
            <w:r>
              <w:rPr>
                <w:sz w:val="17"/>
              </w:rPr>
              <w:t>E 9</w:t>
            </w:r>
          </w:p>
        </w:tc>
        <w:tc>
          <w:tcPr>
            <w:tcW w:type="dxa" w:w="2474"/>
          </w:tcPr>
          <w:p>
            <w:pPr>
              <w:spacing w:after="0" w:line="252" w:lineRule="auto"/>
            </w:pPr>
            <w:r>
              <w:rPr>
                <w:sz w:val="17"/>
              </w:rPr>
              <w:t>REG_TIME, BBD, PROD_DATE: nach welchem Datum ausgelagert wird</w:t>
            </w:r>
          </w:p>
        </w:tc>
        <w:tc>
          <w:tcPr>
            <w:tcW w:type="dxa" w:w="2419"/>
          </w:tcPr>
          <w:p>
            <w:pPr>
              <w:spacing w:after="0" w:line="252" w:lineRule="auto"/>
            </w:pPr>
            <w:r>
              <w:rPr>
                <w:sz w:val="17"/>
              </w:rPr>
              <w:t>BBD = FEFO für MHD-Artikel; REG_TIME = FIFO für alle anderen</w:t>
            </w:r>
          </w:p>
        </w:tc>
        <w:tc>
          <w:tcPr>
            <w:tcW w:type="dxa" w:w="1570"/>
          </w:tcPr>
          <w:p>
            <w:pPr>
              <w:spacing w:after="0" w:line="252" w:lineRule="auto"/>
            </w:pPr>
            <w:r>
              <w:rPr>
                <w:sz w:val="17"/>
              </w:rPr>
              <w:t>IM Tab. 14 Nr. 88, Tab. 35, S. 63/64</w:t>
            </w:r>
          </w:p>
        </w:tc>
      </w:tr>
      <w:tr>
        <w:tc>
          <w:tcPr>
            <w:tcW w:type="dxa" w:w="2324"/>
          </w:tcPr>
          <w:p>
            <w:pPr>
              <w:spacing w:after="0" w:line="252" w:lineRule="auto"/>
            </w:pPr>
            <w:r>
              <w:rPr>
                <w:rFonts w:ascii="Consolas" w:hAnsi="Consolas" w:cs="Consolas" w:eastAsia="Consolas"/>
                <w:sz w:val="15"/>
              </w:rPr>
              <w:t>itemEquivPeriod / itemEquivPeriodUnit</w:t>
            </w:r>
          </w:p>
        </w:tc>
        <w:tc>
          <w:tcPr>
            <w:tcW w:type="dxa" w:w="737"/>
          </w:tcPr>
          <w:p>
            <w:pPr>
              <w:spacing w:after="0" w:line="252" w:lineRule="auto"/>
            </w:pPr>
            <w:r>
              <w:rPr>
                <w:sz w:val="17"/>
              </w:rPr>
              <w:t>D 12,3 / S 5</w:t>
            </w:r>
          </w:p>
        </w:tc>
        <w:tc>
          <w:tcPr>
            <w:tcW w:type="dxa" w:w="2474"/>
          </w:tcPr>
          <w:p>
            <w:pPr>
              <w:spacing w:after="0" w:line="252" w:lineRule="auto"/>
            </w:pPr>
            <w:r>
              <w:rPr>
                <w:sz w:val="17"/>
              </w:rPr>
              <w:t>zulässige Abweichung beim Datum</w:t>
            </w:r>
          </w:p>
        </w:tc>
        <w:tc>
          <w:tcPr>
            <w:tcW w:type="dxa" w:w="2419"/>
          </w:tcPr>
          <w:p>
            <w:pPr>
              <w:spacing w:after="0" w:line="252" w:lineRule="auto"/>
            </w:pPr>
            <w:r>
              <w:rPr>
                <w:sz w:val="17"/>
              </w:rPr>
              <w:t>0 d (strikt) oder vereinbarter Spielraum</w:t>
            </w:r>
          </w:p>
        </w:tc>
        <w:tc>
          <w:tcPr>
            <w:tcW w:type="dxa" w:w="1570"/>
          </w:tcPr>
          <w:p>
            <w:pPr>
              <w:spacing w:after="0" w:line="252" w:lineRule="auto"/>
            </w:pPr>
            <w:r>
              <w:rPr>
                <w:sz w:val="17"/>
              </w:rPr>
              <w:t>IM Tab. 14 Nr. 86/87, S. 52/63</w:t>
            </w:r>
          </w:p>
        </w:tc>
      </w:tr>
      <w:tr>
        <w:tc>
          <w:tcPr>
            <w:tcW w:type="dxa" w:w="2324"/>
          </w:tcPr>
          <w:p>
            <w:pPr>
              <w:spacing w:after="0" w:line="252" w:lineRule="auto"/>
            </w:pPr>
            <w:r>
              <w:rPr>
                <w:rFonts w:ascii="Consolas" w:hAnsi="Consolas" w:cs="Consolas" w:eastAsia="Consolas"/>
                <w:sz w:val="15"/>
              </w:rPr>
              <w:t>csiaStockMode01</w:t>
            </w:r>
          </w:p>
        </w:tc>
        <w:tc>
          <w:tcPr>
            <w:tcW w:type="dxa" w:w="737"/>
          </w:tcPr>
          <w:p>
            <w:pPr>
              <w:spacing w:after="0" w:line="252" w:lineRule="auto"/>
            </w:pPr>
            <w:r>
              <w:rPr>
                <w:sz w:val="17"/>
              </w:rPr>
              <w:t>E 14</w:t>
            </w:r>
          </w:p>
        </w:tc>
        <w:tc>
          <w:tcPr>
            <w:tcW w:type="dxa" w:w="2474"/>
          </w:tcPr>
          <w:p>
            <w:pPr>
              <w:spacing w:after="0" w:line="252" w:lineRule="auto"/>
            </w:pPr>
            <w:r>
              <w:rPr>
                <w:sz w:val="17"/>
              </w:rPr>
              <w:t>Seriennummer im Bestand führen</w:t>
            </w:r>
          </w:p>
        </w:tc>
        <w:tc>
          <w:tcPr>
            <w:tcW w:type="dxa" w:w="2419"/>
          </w:tcPr>
          <w:p>
            <w:pPr>
              <w:spacing w:after="0" w:line="252" w:lineRule="auto"/>
            </w:pPr>
            <w:r>
              <w:rPr>
                <w:sz w:val="17"/>
              </w:rPr>
              <w:t>MANDATORY für Serienartikel</w:t>
            </w:r>
          </w:p>
        </w:tc>
        <w:tc>
          <w:tcPr>
            <w:tcW w:type="dxa" w:w="1570"/>
          </w:tcPr>
          <w:p>
            <w:pPr>
              <w:spacing w:after="0" w:line="252" w:lineRule="auto"/>
            </w:pPr>
            <w:r>
              <w:rPr>
                <w:sz w:val="17"/>
              </w:rPr>
              <w:t>IM Tab. 14, Tab. 25</w:t>
            </w:r>
          </w:p>
        </w:tc>
      </w:tr>
      <w:tr>
        <w:tc>
          <w:tcPr>
            <w:tcW w:type="dxa" w:w="2324"/>
          </w:tcPr>
          <w:p>
            <w:pPr>
              <w:spacing w:after="0" w:line="252" w:lineRule="auto"/>
            </w:pPr>
            <w:r>
              <w:rPr>
                <w:rFonts w:ascii="Consolas" w:hAnsi="Consolas" w:cs="Consolas" w:eastAsia="Consolas"/>
                <w:sz w:val="15"/>
              </w:rPr>
              <w:t>csiaIgRegistration01 / csiaOgRegistration01</w:t>
            </w:r>
          </w:p>
        </w:tc>
        <w:tc>
          <w:tcPr>
            <w:tcW w:type="dxa" w:w="737"/>
          </w:tcPr>
          <w:p>
            <w:pPr>
              <w:spacing w:after="0" w:line="252" w:lineRule="auto"/>
            </w:pPr>
            <w:r>
              <w:rPr>
                <w:sz w:val="17"/>
              </w:rPr>
              <w:t>je E 14</w:t>
            </w:r>
          </w:p>
        </w:tc>
        <w:tc>
          <w:tcPr>
            <w:tcW w:type="dxa" w:w="2474"/>
          </w:tcPr>
          <w:p>
            <w:pPr>
              <w:spacing w:after="0" w:line="252" w:lineRule="auto"/>
            </w:pPr>
            <w:r>
              <w:rPr>
                <w:sz w:val="17"/>
              </w:rPr>
              <w:t>Seriennummer bei Einlagerung / Kommissionierung erfassen</w:t>
            </w:r>
          </w:p>
        </w:tc>
        <w:tc>
          <w:tcPr>
            <w:tcW w:type="dxa" w:w="2419"/>
          </w:tcPr>
          <w:p>
            <w:pPr>
              <w:spacing w:after="0" w:line="252" w:lineRule="auto"/>
            </w:pPr>
            <w:r>
              <w:rPr>
                <w:sz w:val="17"/>
              </w:rPr>
              <w:t>MANDATORY / MANDATORY (Seriennummer am Lift scannen)</w:t>
            </w:r>
          </w:p>
        </w:tc>
        <w:tc>
          <w:tcPr>
            <w:tcW w:type="dxa" w:w="1570"/>
          </w:tcPr>
          <w:p>
            <w:pPr>
              <w:spacing w:after="0" w:line="252" w:lineRule="auto"/>
            </w:pPr>
            <w:r>
              <w:rPr>
                <w:sz w:val="17"/>
              </w:rPr>
              <w:t>IM Tab. 14, Tab. 29, S. 60/61</w:t>
            </w:r>
          </w:p>
        </w:tc>
      </w:tr>
    </w:tbl>
    <w:p>
      <w:pPr>
        <w:pStyle w:val="BeschriftungSSI"/>
      </w:pPr>
      <w:r>
        <w:t>Tab. 5: Artikelstamm (WLSITEM001)</w:t>
      </w:r>
    </w:p>
    <w:p>
      <w:r>
        <w:rPr>
          <w:b/>
        </w:rPr>
        <w:t>Beispiel [Beispiel] :</w:t>
      </w:r>
      <w:r>
        <w:t xml:space="preserve"> JB-3030 und JB-2015: </w:t>
      </w:r>
      <w:r>
        <w:rPr>
          <w:rFonts w:ascii="Consolas" w:hAnsi="Consolas" w:cs="Consolas" w:eastAsia="Consolas"/>
          <w:sz w:val="18"/>
        </w:rPr>
        <w:t>batchStockMode</w:t>
      </w:r>
      <w:r>
        <w:t xml:space="preserve">, </w:t>
      </w:r>
      <w:r>
        <w:rPr>
          <w:rFonts w:ascii="Consolas" w:hAnsi="Consolas" w:cs="Consolas" w:eastAsia="Consolas"/>
          <w:sz w:val="18"/>
        </w:rPr>
        <w:t>igBatchRegistration</w:t>
      </w:r>
      <w:r>
        <w:t xml:space="preserve">, </w:t>
      </w:r>
      <w:r>
        <w:rPr>
          <w:rFonts w:ascii="Consolas" w:hAnsi="Consolas" w:cs="Consolas" w:eastAsia="Consolas"/>
          <w:sz w:val="18"/>
        </w:rPr>
        <w:t>ogBatchRegistration</w:t>
      </w:r>
      <w:r>
        <w:t xml:space="preserve">, </w:t>
      </w:r>
      <w:r>
        <w:rPr>
          <w:rFonts w:ascii="Consolas" w:hAnsi="Consolas" w:cs="Consolas" w:eastAsia="Consolas"/>
          <w:sz w:val="18"/>
        </w:rPr>
        <w:t>bbDateStockMode</w:t>
      </w:r>
      <w:r>
        <w:t xml:space="preserve">, </w:t>
      </w:r>
      <w:r>
        <w:rPr>
          <w:rFonts w:ascii="Consolas" w:hAnsi="Consolas" w:cs="Consolas" w:eastAsia="Consolas"/>
          <w:sz w:val="18"/>
        </w:rPr>
        <w:t>igBbDateRegistration</w:t>
      </w:r>
      <w:r>
        <w:t xml:space="preserve"> MANDATORY, </w:t>
      </w:r>
      <w:r>
        <w:rPr>
          <w:rFonts w:ascii="Consolas" w:hAnsi="Consolas" w:cs="Consolas" w:eastAsia="Consolas"/>
          <w:sz w:val="18"/>
        </w:rPr>
        <w:t>ogBbDateRegistration</w:t>
      </w:r>
      <w:r>
        <w:t xml:space="preserve"> OPTIONAL, </w:t>
      </w:r>
      <w:r>
        <w:rPr>
          <w:rFonts w:ascii="Consolas" w:hAnsi="Consolas" w:cs="Consolas" w:eastAsia="Consolas"/>
          <w:sz w:val="18"/>
        </w:rPr>
        <w:t>timeBasedAccMode</w:t>
      </w:r>
      <w:r>
        <w:t xml:space="preserve"> BBD, </w:t>
      </w:r>
      <w:r>
        <w:rPr>
          <w:rFonts w:ascii="Consolas" w:hAnsi="Consolas" w:cs="Consolas" w:eastAsia="Consolas"/>
          <w:sz w:val="18"/>
        </w:rPr>
        <w:t>itemEquivPeriod</w:t>
      </w:r>
      <w:r>
        <w:t xml:space="preserve"> 0 d. M0401-48: </w:t>
      </w:r>
      <w:r>
        <w:rPr>
          <w:rFonts w:ascii="Consolas" w:hAnsi="Consolas" w:cs="Consolas" w:eastAsia="Consolas"/>
          <w:sz w:val="18"/>
        </w:rPr>
        <w:t>csiaStockMode01</w:t>
      </w:r>
      <w:r>
        <w:t xml:space="preserve">, </w:t>
      </w:r>
      <w:r>
        <w:rPr>
          <w:rFonts w:ascii="Consolas" w:hAnsi="Consolas" w:cs="Consolas" w:eastAsia="Consolas"/>
          <w:sz w:val="18"/>
        </w:rPr>
        <w:t>csiaIgRegistration01</w:t>
      </w:r>
      <w:r>
        <w:t xml:space="preserve">, </w:t>
      </w:r>
      <w:r>
        <w:rPr>
          <w:rFonts w:ascii="Consolas" w:hAnsi="Consolas" w:cs="Consolas" w:eastAsia="Consolas"/>
          <w:sz w:val="18"/>
        </w:rPr>
        <w:t>csiaOgRegistration01</w:t>
      </w:r>
      <w:r>
        <w:t xml:space="preserve"> MANDATORY. Datei: </w:t>
      </w:r>
      <w:r>
        <w:rPr>
          <w:rFonts w:ascii="Consolas" w:hAnsi="Consolas" w:cs="Consolas" w:eastAsia="Consolas"/>
          <w:sz w:val="18"/>
        </w:rPr>
        <w:t>telegramme/WLSITEM001_Ausschnitt_Charge_MHD_Seriennummer_Beispiel.json</w:t>
      </w:r>
      <w:r>
        <w:t>. Empfehlungen [Annahme, zu prüfen] .</w:t>
      </w:r>
    </w:p>
    <w:p>
      <w:pPr>
        <w:pStyle w:val="Quelle"/>
      </w:pPr>
      <w:r>
        <w:rPr>
          <w:b/>
        </w:rPr>
        <w:t xml:space="preserve">Quelle: </w:t>
      </w:r>
      <w:r>
        <w:rPr>
          <w:sz w:val="17"/>
        </w:rPr>
        <w:t>Vorgängerdokument v1.0, Kap. „Zuteilung nach Charge, MHD und Seriennummer“; Belege je Aussage siehe Kennzeichnung und Quellenverzeichnis</w:t>
      </w:r>
    </w:p>
    <w:p>
      <w:pPr>
        <w:pStyle w:val="Heading1"/>
      </w:pPr>
      <w:r>
        <w:t>6 Am Lift: Was der Kommissionierer scannt und bestätigt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6"/>
        <w:gridCol w:w="3087"/>
        <w:gridCol w:w="2913"/>
        <w:gridCol w:w="3068"/>
      </w:tblGrid>
      <w:tr>
        <w:trPr>
          <w:tblHeader w:val="true"/>
        </w:trPr>
        <w:tc>
          <w:tcPr>
            <w:tcW w:type="dxa" w:w="456"/>
            <w:shd w:val="clear" w:color="auto" w:fill="FEEE19"/>
          </w:tcPr>
          <w:p>
            <w:pPr>
              <w:spacing w:after="0"/>
            </w:pPr>
            <w:r>
              <w:rPr>
                <w:b/>
                <w:sz w:val="17"/>
              </w:rPr>
              <w:t>#</w:t>
            </w:r>
          </w:p>
        </w:tc>
        <w:tc>
          <w:tcPr>
            <w:tcW w:type="dxa" w:w="3087"/>
            <w:shd w:val="clear" w:color="auto" w:fill="FEEE19"/>
          </w:tcPr>
          <w:p>
            <w:pPr>
              <w:spacing w:after="0"/>
            </w:pPr>
            <w:r>
              <w:rPr>
                <w:b/>
                <w:sz w:val="17"/>
              </w:rPr>
              <w:t>Kommissionierer</w:t>
            </w:r>
          </w:p>
        </w:tc>
        <w:tc>
          <w:tcPr>
            <w:tcW w:type="dxa" w:w="2914"/>
            <w:shd w:val="clear" w:color="auto" w:fill="FEEE19"/>
          </w:tcPr>
          <w:p>
            <w:pPr>
              <w:spacing w:after="0"/>
            </w:pPr>
            <w:r>
              <w:rPr>
                <w:b/>
                <w:sz w:val="17"/>
              </w:rPr>
              <w:t>WAMAS / Ergebnis</w:t>
            </w:r>
          </w:p>
        </w:tc>
        <w:tc>
          <w:tcPr>
            <w:tcW w:type="dxa" w:w="3068"/>
            <w:shd w:val="clear" w:color="auto" w:fill="FEEE19"/>
          </w:tcPr>
          <w:p>
            <w:pPr>
              <w:spacing w:after="0"/>
            </w:pPr>
            <w:r>
              <w:rPr>
                <w:b/>
                <w:sz w:val="17"/>
              </w:rPr>
              <w:t>Status</w:t>
            </w:r>
          </w:p>
        </w:tc>
      </w:tr>
      <w:tr>
        <w:tc>
          <w:tcPr>
            <w:tcW w:type="dxa" w:w="456"/>
          </w:tcPr>
          <w:p>
            <w:pPr>
              <w:spacing w:after="0" w:line="252" w:lineRule="auto"/>
            </w:pPr>
            <w:r>
              <w:rPr>
                <w:sz w:val="17"/>
              </w:rPr>
              <w:t>1</w:t>
            </w:r>
          </w:p>
        </w:tc>
        <w:tc>
          <w:tcPr>
            <w:tcW w:type="dxa" w:w="3087"/>
          </w:tcPr>
          <w:p>
            <w:pPr>
              <w:spacing w:after="0" w:line="252" w:lineRule="auto"/>
            </w:pPr>
            <w:r>
              <w:rPr>
                <w:sz w:val="17"/>
              </w:rPr>
              <w:t>Auftrag am Touch wählen (LM040, Orders Overview) und „Release“ tippen oder LU-ID scannen</w:t>
            </w:r>
          </w:p>
        </w:tc>
        <w:tc>
          <w:tcPr>
            <w:tcW w:type="dxa" w:w="2914"/>
          </w:tcPr>
          <w:p>
            <w:pPr>
              <w:spacing w:after="0" w:line="252" w:lineRule="auto"/>
            </w:pPr>
            <w:r>
              <w:rPr>
                <w:sz w:val="17"/>
              </w:rPr>
              <w:t>Auftrag Active, Tray fährt an die Öffnung</w:t>
            </w:r>
          </w:p>
        </w:tc>
        <w:tc>
          <w:tcPr>
            <w:tcW w:type="dxa" w:w="3068"/>
          </w:tcPr>
          <w:p>
            <w:pPr>
              <w:spacing w:after="0" w:line="252" w:lineRule="auto"/>
            </w:pPr>
            <w:r>
              <w:rPr>
                <w:sz w:val="17"/>
              </w:rPr>
              <w:t>[belegt] (UM 6.2.2.3.1, S. 96/97)</w:t>
            </w:r>
          </w:p>
        </w:tc>
      </w:tr>
      <w:tr>
        <w:tc>
          <w:tcPr>
            <w:tcW w:type="dxa" w:w="456"/>
          </w:tcPr>
          <w:p>
            <w:pPr>
              <w:spacing w:after="0" w:line="252" w:lineRule="auto"/>
            </w:pPr>
            <w:r>
              <w:rPr>
                <w:sz w:val="17"/>
              </w:rPr>
              <w:t>2</w:t>
            </w:r>
          </w:p>
        </w:tc>
        <w:tc>
          <w:tcPr>
            <w:tcW w:type="dxa" w:w="3087"/>
          </w:tcPr>
          <w:p>
            <w:pPr>
              <w:spacing w:after="0" w:line="252" w:lineRule="auto"/>
            </w:pPr>
            <w:r>
              <w:rPr>
                <w:sz w:val="17"/>
              </w:rPr>
              <w:t>Wagen bereitstellen, Deichsel-QR prüfen</w:t>
            </w:r>
          </w:p>
        </w:tc>
        <w:tc>
          <w:tcPr>
            <w:tcW w:type="dxa" w:w="2914"/>
          </w:tcPr>
          <w:p>
            <w:pPr>
              <w:spacing w:after="0" w:line="252" w:lineRule="auto"/>
            </w:pPr>
            <w:r>
              <w:rPr>
                <w:sz w:val="17"/>
              </w:rPr>
              <w:t>richtiger Wagen</w:t>
            </w:r>
          </w:p>
        </w:tc>
        <w:tc>
          <w:tcPr>
            <w:tcW w:type="dxa" w:w="3068"/>
          </w:tcPr>
          <w:p>
            <w:pPr>
              <w:spacing w:after="0" w:line="252" w:lineRule="auto"/>
            </w:pPr>
            <w:r>
              <w:rPr>
                <w:sz w:val="17"/>
              </w:rPr>
              <w:t>[Annahme, zu prüfen]</w:t>
            </w:r>
          </w:p>
        </w:tc>
      </w:tr>
      <w:tr>
        <w:tc>
          <w:tcPr>
            <w:tcW w:type="dxa" w:w="456"/>
          </w:tcPr>
          <w:p>
            <w:pPr>
              <w:spacing w:after="0" w:line="252" w:lineRule="auto"/>
            </w:pPr>
            <w:r>
              <w:rPr>
                <w:sz w:val="17"/>
              </w:rPr>
              <w:t>3</w:t>
            </w:r>
          </w:p>
        </w:tc>
        <w:tc>
          <w:tcPr>
            <w:tcW w:type="dxa" w:w="3087"/>
          </w:tcPr>
          <w:p>
            <w:pPr>
              <w:spacing w:after="0" w:line="252" w:lineRule="auto"/>
            </w:pPr>
            <w:r>
              <w:rPr>
                <w:sz w:val="17"/>
              </w:rPr>
              <w:t>Reservierten Behälter auf dem Tray wählen (markiert im Tray-Layout)</w:t>
            </w:r>
          </w:p>
        </w:tc>
        <w:tc>
          <w:tcPr>
            <w:tcW w:type="dxa" w:w="2914"/>
          </w:tcPr>
          <w:p>
            <w:pPr>
              <w:spacing w:after="0" w:line="252" w:lineRule="auto"/>
            </w:pPr>
            <w:r>
              <w:rPr>
                <w:sz w:val="17"/>
              </w:rPr>
              <w:t>Menge im Feld Quantity vorbelegt</w:t>
            </w:r>
          </w:p>
        </w:tc>
        <w:tc>
          <w:tcPr>
            <w:tcW w:type="dxa" w:w="3068"/>
          </w:tcPr>
          <w:p>
            <w:pPr>
              <w:spacing w:after="0" w:line="252" w:lineRule="auto"/>
            </w:pPr>
            <w:r>
              <w:rPr>
                <w:sz w:val="17"/>
              </w:rPr>
              <w:t>[belegt] (UM 6.2.5.2, Schritt 2/3)</w:t>
            </w:r>
          </w:p>
        </w:tc>
      </w:tr>
      <w:tr>
        <w:tc>
          <w:tcPr>
            <w:tcW w:type="dxa" w:w="456"/>
          </w:tcPr>
          <w:p>
            <w:pPr>
              <w:spacing w:after="0" w:line="252" w:lineRule="auto"/>
            </w:pPr>
            <w:r>
              <w:rPr>
                <w:sz w:val="17"/>
              </w:rPr>
              <w:t>4</w:t>
            </w:r>
          </w:p>
        </w:tc>
        <w:tc>
          <w:tcPr>
            <w:tcW w:type="dxa" w:w="3087"/>
          </w:tcPr>
          <w:p>
            <w:pPr>
              <w:spacing w:after="0" w:line="252" w:lineRule="auto"/>
            </w:pPr>
            <w:r>
              <w:rPr>
                <w:sz w:val="17"/>
              </w:rPr>
              <w:t>Menge entnehmen und bestätigen, bei Bedarf mit + / − ändern</w:t>
            </w:r>
          </w:p>
        </w:tc>
        <w:tc>
          <w:tcPr>
            <w:tcW w:type="dxa" w:w="2914"/>
          </w:tcPr>
          <w:p>
            <w:pPr>
              <w:spacing w:after="0" w:line="252" w:lineRule="auto"/>
            </w:pPr>
            <w:r>
              <w:rPr>
                <w:sz w:val="17"/>
              </w:rPr>
              <w:t>Menge gespeichert</w:t>
            </w:r>
          </w:p>
        </w:tc>
        <w:tc>
          <w:tcPr>
            <w:tcW w:type="dxa" w:w="3068"/>
          </w:tcPr>
          <w:p>
            <w:pPr>
              <w:spacing w:after="0" w:line="252" w:lineRule="auto"/>
            </w:pPr>
            <w:r>
              <w:rPr>
                <w:sz w:val="17"/>
              </w:rPr>
              <w:t>[belegt]</w:t>
            </w:r>
          </w:p>
        </w:tc>
      </w:tr>
      <w:tr>
        <w:tc>
          <w:tcPr>
            <w:tcW w:type="dxa" w:w="456"/>
          </w:tcPr>
          <w:p>
            <w:pPr>
              <w:spacing w:after="0" w:line="252" w:lineRule="auto"/>
            </w:pPr>
            <w:r>
              <w:rPr>
                <w:sz w:val="17"/>
              </w:rPr>
              <w:t>5</w:t>
            </w:r>
          </w:p>
        </w:tc>
        <w:tc>
          <w:tcPr>
            <w:tcW w:type="dxa" w:w="3087"/>
          </w:tcPr>
          <w:p>
            <w:pPr>
              <w:spacing w:after="0" w:line="252" w:lineRule="auto"/>
            </w:pPr>
            <w:r>
              <w:rPr>
                <w:sz w:val="17"/>
              </w:rPr>
              <w:t>Bei Pflicht Charge, MHD bzw. Seriennummer eingeben oder scannen (Etikett der Ware)</w:t>
            </w:r>
          </w:p>
        </w:tc>
        <w:tc>
          <w:tcPr>
            <w:tcW w:type="dxa" w:w="2914"/>
          </w:tcPr>
          <w:p>
            <w:pPr>
              <w:spacing w:after="0" w:line="252" w:lineRule="auto"/>
            </w:pPr>
            <w:r>
              <w:rPr>
                <w:sz w:val="17"/>
              </w:rPr>
              <w:t>WAMAS prüft gegen Bestand</w:t>
            </w:r>
          </w:p>
        </w:tc>
        <w:tc>
          <w:tcPr>
            <w:tcW w:type="dxa" w:w="3068"/>
          </w:tcPr>
          <w:p>
            <w:pPr>
              <w:spacing w:after="0" w:line="252" w:lineRule="auto"/>
            </w:pPr>
            <w:r>
              <w:rPr>
                <w:sz w:val="17"/>
              </w:rPr>
              <w:t>[belegt] Eingabe (UM 6.2.5.2 Schritt 4), [Annahme, zu prüfen] Prüfung, Scan Seriennummer</w:t>
            </w:r>
          </w:p>
        </w:tc>
      </w:tr>
      <w:tr>
        <w:tc>
          <w:tcPr>
            <w:tcW w:type="dxa" w:w="456"/>
          </w:tcPr>
          <w:p>
            <w:pPr>
              <w:spacing w:after="0" w:line="252" w:lineRule="auto"/>
            </w:pPr>
            <w:r>
              <w:rPr>
                <w:sz w:val="17"/>
              </w:rPr>
              <w:t>6</w:t>
            </w:r>
          </w:p>
        </w:tc>
        <w:tc>
          <w:tcPr>
            <w:tcW w:type="dxa" w:w="3087"/>
          </w:tcPr>
          <w:p>
            <w:pPr>
              <w:spacing w:after="0" w:line="252" w:lineRule="auto"/>
            </w:pPr>
            <w:r>
              <w:rPr>
                <w:sz w:val="17"/>
              </w:rPr>
              <w:t>Ware ins Zielfach legen; Fach-QR scannen</w:t>
            </w:r>
          </w:p>
        </w:tc>
        <w:tc>
          <w:tcPr>
            <w:tcW w:type="dxa" w:w="2914"/>
          </w:tcPr>
          <w:p>
            <w:pPr>
              <w:spacing w:after="0" w:line="252" w:lineRule="auto"/>
            </w:pPr>
            <w:r>
              <w:rPr>
                <w:sz w:val="17"/>
              </w:rPr>
              <w:t>Fach passt zur Position</w:t>
            </w:r>
          </w:p>
        </w:tc>
        <w:tc>
          <w:tcPr>
            <w:tcW w:type="dxa" w:w="3068"/>
          </w:tcPr>
          <w:p>
            <w:pPr>
              <w:spacing w:after="0" w:line="252" w:lineRule="auto"/>
            </w:pPr>
            <w:r>
              <w:rPr>
                <w:sz w:val="17"/>
              </w:rPr>
              <w:t>[Annahme, zu prüfen] (WAMAS kennt kein Fach-Scan für WAGE)</w:t>
            </w:r>
          </w:p>
        </w:tc>
      </w:tr>
      <w:tr>
        <w:tc>
          <w:tcPr>
            <w:tcW w:type="dxa" w:w="456"/>
          </w:tcPr>
          <w:p>
            <w:pPr>
              <w:spacing w:after="0" w:line="252" w:lineRule="auto"/>
            </w:pPr>
            <w:r>
              <w:rPr>
                <w:sz w:val="17"/>
              </w:rPr>
              <w:t>7</w:t>
            </w:r>
          </w:p>
        </w:tc>
        <w:tc>
          <w:tcPr>
            <w:tcW w:type="dxa" w:w="3087"/>
          </w:tcPr>
          <w:p>
            <w:pPr>
              <w:spacing w:after="0" w:line="252" w:lineRule="auto"/>
            </w:pPr>
            <w:r>
              <w:rPr>
                <w:sz w:val="17"/>
              </w:rPr>
              <w:t>Weniger da: Ist-Menge eingeben, OK, Grund wählen</w:t>
            </w:r>
          </w:p>
        </w:tc>
        <w:tc>
          <w:tcPr>
            <w:tcW w:type="dxa" w:w="2914"/>
          </w:tcPr>
          <w:p>
            <w:pPr>
              <w:spacing w:after="0" w:line="252" w:lineRule="auto"/>
            </w:pPr>
            <w:r>
              <w:rPr>
                <w:sz w:val="17"/>
              </w:rPr>
              <w:t>Fehlmenge gebucht, ggf. anderer Behälter reserviert</w:t>
            </w:r>
          </w:p>
        </w:tc>
        <w:tc>
          <w:tcPr>
            <w:tcW w:type="dxa" w:w="3068"/>
          </w:tcPr>
          <w:p>
            <w:pPr>
              <w:spacing w:after="0" w:line="252" w:lineRule="auto"/>
            </w:pPr>
            <w:r>
              <w:rPr>
                <w:sz w:val="17"/>
              </w:rPr>
              <w:t>[belegt] (UM 6.2.5.5.2, S. 111)</w:t>
            </w:r>
          </w:p>
        </w:tc>
      </w:tr>
      <w:tr>
        <w:tc>
          <w:tcPr>
            <w:tcW w:type="dxa" w:w="456"/>
          </w:tcPr>
          <w:p>
            <w:pPr>
              <w:spacing w:after="0" w:line="252" w:lineRule="auto"/>
            </w:pPr>
            <w:r>
              <w:rPr>
                <w:sz w:val="17"/>
              </w:rPr>
              <w:t>8</w:t>
            </w:r>
          </w:p>
        </w:tc>
        <w:tc>
          <w:tcPr>
            <w:tcW w:type="dxa" w:w="3087"/>
          </w:tcPr>
          <w:p>
            <w:pPr>
              <w:spacing w:after="0" w:line="252" w:lineRule="auto"/>
            </w:pPr>
            <w:r>
              <w:rPr>
                <w:sz w:val="17"/>
              </w:rPr>
              <w:t>Behälter leer: „Confirm Empty Box“ bestätigen</w:t>
            </w:r>
          </w:p>
        </w:tc>
        <w:tc>
          <w:tcPr>
            <w:tcW w:type="dxa" w:w="2914"/>
          </w:tcPr>
          <w:p>
            <w:pPr>
              <w:spacing w:after="0" w:line="252" w:lineRule="auto"/>
            </w:pPr>
            <w:r>
              <w:rPr>
                <w:sz w:val="17"/>
              </w:rPr>
              <w:t>Bestand 0, Artikel-Behälter-Zuordnung je nach Einstellung</w:t>
            </w:r>
          </w:p>
        </w:tc>
        <w:tc>
          <w:tcPr>
            <w:tcW w:type="dxa" w:w="3068"/>
          </w:tcPr>
          <w:p>
            <w:pPr>
              <w:spacing w:after="0" w:line="252" w:lineRule="auto"/>
            </w:pPr>
            <w:r>
              <w:rPr>
                <w:sz w:val="17"/>
              </w:rPr>
              <w:t>[belegt] (UM 6.2.5.2 Schritt 6)</w:t>
            </w:r>
          </w:p>
        </w:tc>
      </w:tr>
      <w:tr>
        <w:tc>
          <w:tcPr>
            <w:tcW w:type="dxa" w:w="456"/>
          </w:tcPr>
          <w:p>
            <w:pPr>
              <w:spacing w:after="0" w:line="252" w:lineRule="auto"/>
            </w:pPr>
            <w:r>
              <w:rPr>
                <w:sz w:val="17"/>
              </w:rPr>
              <w:t>9</w:t>
            </w:r>
          </w:p>
        </w:tc>
        <w:tc>
          <w:tcPr>
            <w:tcW w:type="dxa" w:w="3087"/>
          </w:tcPr>
          <w:p>
            <w:pPr>
              <w:spacing w:after="0" w:line="252" w:lineRule="auto"/>
            </w:pPr>
            <w:r>
              <w:rPr>
                <w:sz w:val="17"/>
              </w:rPr>
              <w:t>Letzte Position: Order Finalization, „Finalize Order“</w:t>
            </w:r>
          </w:p>
        </w:tc>
        <w:tc>
          <w:tcPr>
            <w:tcW w:type="dxa" w:w="2914"/>
          </w:tcPr>
          <w:p>
            <w:pPr>
              <w:spacing w:after="0" w:line="252" w:lineRule="auto"/>
            </w:pPr>
            <w:r>
              <w:rPr>
                <w:sz w:val="17"/>
              </w:rPr>
              <w:t>Auftrag Finished, Rückmeldung an BC</w:t>
            </w:r>
          </w:p>
        </w:tc>
        <w:tc>
          <w:tcPr>
            <w:tcW w:type="dxa" w:w="3068"/>
          </w:tcPr>
          <w:p>
            <w:pPr>
              <w:spacing w:after="0" w:line="252" w:lineRule="auto"/>
            </w:pPr>
            <w:r>
              <w:rPr>
                <w:sz w:val="17"/>
              </w:rPr>
              <w:t>[belegt] (UM 6.2.5.11, S. 115)</w:t>
            </w:r>
          </w:p>
        </w:tc>
      </w:tr>
    </w:tbl>
    <w:p>
      <w:pPr>
        <w:pStyle w:val="BeschriftungSSI"/>
      </w:pPr>
      <w:r>
        <w:t>Tab. 6: Am Lift: Was der Kommissionierer scannt und bestätigt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Nicht belegt</w:t>
            </w:r>
          </w:p>
          <w:p>
            <w:pPr>
              <w:spacing w:after="40"/>
            </w:pPr>
            <w:r>
              <w:rPr>
                <w:sz w:val="19"/>
              </w:rPr>
              <w:t>Ob WAMAS Touch die Charge und das MHD des reservierten Behälters vorbelegt anzeigt und ob ein gescannter abweichender Wert abgelehnt wird. Ob die Positionsreferenz WAGE (Wagen, Fach) am Touch erscheint; sonst steht das Zielfach auf dem Kommissionierbeleg aus BC. Ob das Zielfach geprüft werden kann (Fach-QR) ist nur mit einer Erweiterung oder mit WAMAS-Kommissionierwagen (LM151/LM154, UM 5.5, S. 65/66) möglich.</w:t>
            </w:r>
          </w:p>
        </w:tc>
      </w:tr>
    </w:tbl>
    <w:p>
      <w:pPr>
        <w:spacing w:after="40"/>
      </w:pPr>
    </w:p>
    <w:p>
      <w:pPr>
        <w:pStyle w:val="Quelle"/>
      </w:pPr>
      <w:r>
        <w:rPr>
          <w:b/>
        </w:rPr>
        <w:t xml:space="preserve">Quelle: </w:t>
      </w:r>
      <w:r>
        <w:rPr>
          <w:sz w:val="17"/>
        </w:rPr>
        <w:t>Vorgängerdokument v1.0, Kap. „Am Lift: Was der Kommissionierer scannt und bestätigt“; Belege je Aussage siehe Kennzeichnung und Quellenverzeichnis</w:t>
      </w:r>
    </w:p>
    <w:p>
      <w:pPr>
        <w:pStyle w:val="Heading1"/>
      </w:pPr>
      <w:r>
        <w:t>7 Rückmeldung an BC Dynamics</w:t>
      </w:r>
    </w:p>
    <w:p>
      <w:r>
        <w:t xml:space="preserve">WAMAS sendet die Rückmeldung je nach Einstellung, wenn der Auftrag fertig ist, nach jeder Entnahme oder wenn das Ziel voll ist (AM 3.5.1.6.1, S. 70) [belegt] . Empfehlung: </w:t>
      </w:r>
      <w:r>
        <w:rPr>
          <w:b/>
        </w:rPr>
        <w:t>When demand finished</w:t>
      </w:r>
      <w:r>
        <w:t xml:space="preserve">, damit BC einmal je Auftrag bucht [Annahme, zu prüfen] . Der Status </w:t>
      </w:r>
      <w:r>
        <w:rPr>
          <w:rFonts w:ascii="Consolas" w:hAnsi="Consolas" w:cs="Consolas" w:eastAsia="Consolas"/>
          <w:sz w:val="18"/>
        </w:rPr>
        <w:t>state</w:t>
      </w:r>
      <w:r>
        <w:t xml:space="preserve"> kennt DRAFT, NEW, ACTIVE, FINISHED, ERROR [belegt] (IM Tab. 72, S. 121).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Wichtig</w:t>
            </w:r>
          </w:p>
          <w:p>
            <w:pPr>
              <w:spacing w:after="40"/>
            </w:pPr>
            <w:r>
              <w:rPr>
                <w:rFonts w:ascii="Consolas" w:hAnsi="Consolas" w:cs="Consolas" w:eastAsia="Consolas"/>
                <w:sz w:val="17"/>
              </w:rPr>
              <w:t>batch</w:t>
            </w:r>
            <w:r>
              <w:rPr>
                <w:sz w:val="19"/>
              </w:rPr>
              <w:t xml:space="preserve">, </w:t>
            </w:r>
            <w:r>
              <w:rPr>
                <w:rFonts w:ascii="Consolas" w:hAnsi="Consolas" w:cs="Consolas" w:eastAsia="Consolas"/>
                <w:sz w:val="17"/>
              </w:rPr>
              <w:t>bbDate</w:t>
            </w:r>
            <w:r>
              <w:rPr>
                <w:sz w:val="19"/>
              </w:rPr>
              <w:t xml:space="preserve"> und </w:t>
            </w:r>
            <w:r>
              <w:rPr>
                <w:rFonts w:ascii="Consolas" w:hAnsi="Consolas" w:cs="Consolas" w:eastAsia="Consolas"/>
                <w:sz w:val="17"/>
              </w:rPr>
              <w:t>csia1</w:t>
            </w:r>
            <w:r>
              <w:rPr>
                <w:sz w:val="19"/>
              </w:rPr>
              <w:t xml:space="preserve"> in </w:t>
            </w:r>
            <w:r>
              <w:rPr>
                <w:rFonts w:ascii="Consolas" w:hAnsi="Consolas" w:cs="Consolas" w:eastAsia="Consolas"/>
                <w:sz w:val="17"/>
              </w:rPr>
              <w:t>WLSPDLACK001</w:t>
            </w:r>
            <w:r>
              <w:rPr>
                <w:sz w:val="19"/>
              </w:rPr>
              <w:t xml:space="preserve"> sind die </w:t>
            </w:r>
            <w:r>
              <w:rPr>
                <w:b/>
                <w:sz w:val="19"/>
              </w:rPr>
              <w:t>verlangten</w:t>
            </w:r>
            <w:r>
              <w:rPr>
                <w:sz w:val="19"/>
              </w:rPr>
              <w:t xml:space="preserve"> Werte (sqa, wie gesendet; oft leer). Die </w:t>
            </w:r>
            <w:r>
              <w:rPr>
                <w:b/>
                <w:sz w:val="19"/>
              </w:rPr>
              <w:t>tatsächlich</w:t>
            </w:r>
            <w:r>
              <w:rPr>
                <w:sz w:val="19"/>
              </w:rPr>
              <w:t xml:space="preserve"> entnommenen Werte stehen nur in </w:t>
            </w:r>
            <w:r>
              <w:rPr>
                <w:rFonts w:ascii="Consolas" w:hAnsi="Consolas" w:cs="Consolas" w:eastAsia="Consolas"/>
                <w:sz w:val="17"/>
              </w:rPr>
              <w:t>WLSPDLACTIVITYACK001</w:t>
            </w:r>
            <w:r>
              <w:rPr>
                <w:sz w:val="19"/>
              </w:rPr>
              <w:t xml:space="preserve"> (sia). BC muss die Artikelverfolgung daher aus den Entnahmen buchen, eine Zeile kann mehrere Chargen haben. [belegt] Feldnamen sqa/sia, [Annahme, zu prüfen] Auslegung</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28"/>
        <w:gridCol w:w="2888"/>
        <w:gridCol w:w="2229"/>
        <w:gridCol w:w="2578"/>
      </w:tblGrid>
      <w:tr>
        <w:trPr>
          <w:tblHeader w:val="true"/>
        </w:trPr>
        <w:tc>
          <w:tcPr>
            <w:tcW w:type="dxa" w:w="1828"/>
            <w:shd w:val="clear" w:color="auto" w:fill="FEEE19"/>
          </w:tcPr>
          <w:p>
            <w:pPr>
              <w:spacing w:after="0"/>
            </w:pPr>
            <w:r>
              <w:rPr>
                <w:b/>
                <w:sz w:val="17"/>
              </w:rPr>
              <w:t>BC braucht</w:t>
            </w:r>
          </w:p>
        </w:tc>
        <w:tc>
          <w:tcPr>
            <w:tcW w:type="dxa" w:w="2889"/>
            <w:shd w:val="clear" w:color="auto" w:fill="FEEE19"/>
          </w:tcPr>
          <w:p>
            <w:pPr>
              <w:spacing w:after="0"/>
            </w:pPr>
            <w:r>
              <w:rPr>
                <w:b/>
                <w:sz w:val="17"/>
              </w:rPr>
              <w:t>Feld in der Rückmeldung</w:t>
            </w:r>
          </w:p>
        </w:tc>
        <w:tc>
          <w:tcPr>
            <w:tcW w:type="dxa" w:w="2229"/>
            <w:shd w:val="clear" w:color="auto" w:fill="FEEE19"/>
          </w:tcPr>
          <w:p>
            <w:pPr>
              <w:spacing w:after="0"/>
            </w:pPr>
            <w:r>
              <w:rPr>
                <w:b/>
                <w:sz w:val="17"/>
              </w:rPr>
              <w:t>Verwendung in BC</w:t>
            </w:r>
          </w:p>
        </w:tc>
        <w:tc>
          <w:tcPr>
            <w:tcW w:type="dxa" w:w="2578"/>
            <w:shd w:val="clear" w:color="auto" w:fill="FEEE19"/>
          </w:tcPr>
          <w:p>
            <w:pPr>
              <w:spacing w:after="0"/>
            </w:pPr>
            <w:r>
              <w:rPr>
                <w:b/>
                <w:sz w:val="17"/>
              </w:rPr>
              <w:t>Status</w:t>
            </w:r>
          </w:p>
        </w:tc>
      </w:tr>
      <w:tr>
        <w:tc>
          <w:tcPr>
            <w:tcW w:type="dxa" w:w="1828"/>
          </w:tcPr>
          <w:p>
            <w:pPr>
              <w:spacing w:after="0" w:line="252" w:lineRule="auto"/>
            </w:pPr>
            <w:r>
              <w:rPr>
                <w:sz w:val="17"/>
              </w:rPr>
              <w:t>Auftrag</w:t>
            </w:r>
          </w:p>
        </w:tc>
        <w:tc>
          <w:tcPr>
            <w:tcW w:type="dxa" w:w="2889"/>
          </w:tcPr>
          <w:p>
            <w:pPr>
              <w:spacing w:after="0" w:line="252" w:lineRule="auto"/>
            </w:pPr>
            <w:r>
              <w:rPr>
                <w:rFonts w:ascii="Consolas" w:hAnsi="Consolas" w:cs="Consolas" w:eastAsia="Consolas"/>
                <w:sz w:val="15"/>
              </w:rPr>
              <w:t>WLSPDACK003.​demandNo</w:t>
            </w:r>
            <w:r>
              <w:rPr>
                <w:sz w:val="17"/>
              </w:rPr>
              <w:t xml:space="preserve">, </w:t>
            </w:r>
            <w:r>
              <w:rPr>
                <w:rFonts w:ascii="Consolas" w:hAnsi="Consolas" w:cs="Consolas" w:eastAsia="Consolas"/>
                <w:sz w:val="15"/>
              </w:rPr>
              <w:t>state</w:t>
            </w:r>
          </w:p>
        </w:tc>
        <w:tc>
          <w:tcPr>
            <w:tcW w:type="dxa" w:w="2229"/>
          </w:tcPr>
          <w:p>
            <w:pPr>
              <w:spacing w:after="0" w:line="252" w:lineRule="auto"/>
            </w:pPr>
            <w:r>
              <w:rPr>
                <w:sz w:val="17"/>
              </w:rPr>
              <w:t>Warenausgang finden; nur FINISHED buchen</w:t>
            </w:r>
          </w:p>
        </w:tc>
        <w:tc>
          <w:tcPr>
            <w:tcW w:type="dxa" w:w="2578"/>
          </w:tcPr>
          <w:p>
            <w:pPr>
              <w:spacing w:after="0" w:line="252" w:lineRule="auto"/>
            </w:pPr>
            <w:r>
              <w:rPr>
                <w:sz w:val="17"/>
              </w:rPr>
              <w:t>[Annahme, zu prüfen]</w:t>
            </w:r>
          </w:p>
        </w:tc>
      </w:tr>
      <w:tr>
        <w:tc>
          <w:tcPr>
            <w:tcW w:type="dxa" w:w="1828"/>
          </w:tcPr>
          <w:p>
            <w:pPr>
              <w:spacing w:after="0" w:line="252" w:lineRule="auto"/>
            </w:pPr>
            <w:r>
              <w:rPr>
                <w:sz w:val="17"/>
              </w:rPr>
              <w:t>Zeile</w:t>
            </w:r>
          </w:p>
        </w:tc>
        <w:tc>
          <w:tcPr>
            <w:tcW w:type="dxa" w:w="2889"/>
          </w:tcPr>
          <w:p>
            <w:pPr>
              <w:spacing w:after="0" w:line="252" w:lineRule="auto"/>
            </w:pPr>
            <w:r>
              <w:rPr>
                <w:rFonts w:ascii="Consolas" w:hAnsi="Consolas" w:cs="Consolas" w:eastAsia="Consolas"/>
                <w:sz w:val="15"/>
              </w:rPr>
              <w:t>WLSPDLACK001.​sysPartnerLine</w:t>
            </w:r>
          </w:p>
        </w:tc>
        <w:tc>
          <w:tcPr>
            <w:tcW w:type="dxa" w:w="2229"/>
          </w:tcPr>
          <w:p>
            <w:pPr>
              <w:spacing w:after="0" w:line="252" w:lineRule="auto"/>
            </w:pPr>
            <w:r>
              <w:rPr>
                <w:sz w:val="17"/>
              </w:rPr>
              <w:t>Warenausgangszeile</w:t>
            </w:r>
          </w:p>
        </w:tc>
        <w:tc>
          <w:tcPr>
            <w:tcW w:type="dxa" w:w="2578"/>
          </w:tcPr>
          <w:p>
            <w:pPr>
              <w:spacing w:after="0" w:line="252" w:lineRule="auto"/>
            </w:pPr>
            <w:r>
              <w:rPr>
                <w:sz w:val="17"/>
              </w:rPr>
              <w:t>[belegt] Feld, [Annahme, zu prüfen] Zuordnung</w:t>
            </w:r>
          </w:p>
        </w:tc>
      </w:tr>
      <w:tr>
        <w:tc>
          <w:tcPr>
            <w:tcW w:type="dxa" w:w="1828"/>
          </w:tcPr>
          <w:p>
            <w:pPr>
              <w:spacing w:after="0" w:line="252" w:lineRule="auto"/>
            </w:pPr>
            <w:r>
              <w:rPr>
                <w:sz w:val="17"/>
              </w:rPr>
              <w:t>Kommissionierte Menge</w:t>
            </w:r>
          </w:p>
        </w:tc>
        <w:tc>
          <w:tcPr>
            <w:tcW w:type="dxa" w:w="2889"/>
          </w:tcPr>
          <w:p>
            <w:pPr>
              <w:spacing w:after="0" w:line="252" w:lineRule="auto"/>
            </w:pPr>
            <w:r>
              <w:rPr>
                <w:rFonts w:ascii="Consolas" w:hAnsi="Consolas" w:cs="Consolas" w:eastAsia="Consolas"/>
                <w:sz w:val="15"/>
              </w:rPr>
              <w:t>WLSPDLACK001.​deliveredAmount</w:t>
            </w:r>
            <w:r>
              <w:rPr>
                <w:sz w:val="17"/>
              </w:rPr>
              <w:t xml:space="preserve"> (Summe der </w:t>
            </w:r>
            <w:r>
              <w:rPr>
                <w:rFonts w:ascii="Consolas" w:hAnsi="Consolas" w:cs="Consolas" w:eastAsia="Consolas"/>
                <w:sz w:val="15"/>
              </w:rPr>
              <w:t>pickedAmount</w:t>
            </w:r>
            <w:r>
              <w:rPr>
                <w:sz w:val="17"/>
              </w:rPr>
              <w:t>)</w:t>
            </w:r>
          </w:p>
        </w:tc>
        <w:tc>
          <w:tcPr>
            <w:tcW w:type="dxa" w:w="2229"/>
          </w:tcPr>
          <w:p>
            <w:pPr>
              <w:spacing w:after="0" w:line="252" w:lineRule="auto"/>
            </w:pPr>
            <w:r>
              <w:rPr>
                <w:sz w:val="17"/>
              </w:rPr>
              <w:t>zu buchende Menge</w:t>
            </w:r>
          </w:p>
        </w:tc>
        <w:tc>
          <w:tcPr>
            <w:tcW w:type="dxa" w:w="2578"/>
          </w:tcPr>
          <w:p>
            <w:pPr>
              <w:spacing w:after="0" w:line="252" w:lineRule="auto"/>
            </w:pPr>
            <w:r>
              <w:rPr>
                <w:sz w:val="17"/>
              </w:rPr>
              <w:t>[belegt] Feld, [Annahme, zu prüfen] Summe</w:t>
            </w:r>
          </w:p>
        </w:tc>
      </w:tr>
      <w:tr>
        <w:tc>
          <w:tcPr>
            <w:tcW w:type="dxa" w:w="1828"/>
          </w:tcPr>
          <w:p>
            <w:pPr>
              <w:spacing w:after="0" w:line="252" w:lineRule="auto"/>
            </w:pPr>
            <w:r>
              <w:rPr>
                <w:sz w:val="17"/>
              </w:rPr>
              <w:t>Fehlmenge</w:t>
            </w:r>
          </w:p>
        </w:tc>
        <w:tc>
          <w:tcPr>
            <w:tcW w:type="dxa" w:w="2889"/>
          </w:tcPr>
          <w:p>
            <w:pPr>
              <w:spacing w:after="0" w:line="252" w:lineRule="auto"/>
            </w:pPr>
            <w:r>
              <w:rPr>
                <w:rFonts w:ascii="Consolas" w:hAnsi="Consolas" w:cs="Consolas" w:eastAsia="Consolas"/>
                <w:sz w:val="15"/>
              </w:rPr>
              <w:t>orderedAmount − deliveredAmount</w:t>
            </w:r>
            <w:r>
              <w:rPr>
                <w:sz w:val="17"/>
              </w:rPr>
              <w:t xml:space="preserve">, </w:t>
            </w:r>
            <w:r>
              <w:rPr>
                <w:rFonts w:ascii="Consolas" w:hAnsi="Consolas" w:cs="Consolas" w:eastAsia="Consolas"/>
                <w:sz w:val="15"/>
              </w:rPr>
              <w:t>diffReason</w:t>
            </w:r>
          </w:p>
        </w:tc>
        <w:tc>
          <w:tcPr>
            <w:tcW w:type="dxa" w:w="2229"/>
          </w:tcPr>
          <w:p>
            <w:pPr>
              <w:spacing w:after="0" w:line="252" w:lineRule="auto"/>
            </w:pPr>
            <w:r>
              <w:rPr>
                <w:sz w:val="17"/>
              </w:rPr>
              <w:t>Rückstand bzw. Info an Verkauf</w:t>
            </w:r>
          </w:p>
        </w:tc>
        <w:tc>
          <w:tcPr>
            <w:tcW w:type="dxa" w:w="2578"/>
          </w:tcPr>
          <w:p>
            <w:pPr>
              <w:spacing w:after="0" w:line="252" w:lineRule="auto"/>
            </w:pPr>
            <w:r>
              <w:rPr>
                <w:sz w:val="17"/>
              </w:rPr>
              <w:t>[Annahme, zu prüfen]</w:t>
            </w:r>
          </w:p>
        </w:tc>
      </w:tr>
      <w:tr>
        <w:tc>
          <w:tcPr>
            <w:tcW w:type="dxa" w:w="1828"/>
          </w:tcPr>
          <w:p>
            <w:pPr>
              <w:spacing w:after="0" w:line="252" w:lineRule="auto"/>
            </w:pPr>
            <w:r>
              <w:rPr>
                <w:sz w:val="17"/>
              </w:rPr>
              <w:t>Chargennummer</w:t>
            </w:r>
          </w:p>
        </w:tc>
        <w:tc>
          <w:tcPr>
            <w:tcW w:type="dxa" w:w="2889"/>
          </w:tcPr>
          <w:p>
            <w:pPr>
              <w:spacing w:after="0" w:line="252" w:lineRule="auto"/>
            </w:pPr>
            <w:r>
              <w:rPr>
                <w:rFonts w:ascii="Consolas" w:hAnsi="Consolas" w:cs="Consolas" w:eastAsia="Consolas"/>
                <w:sz w:val="15"/>
              </w:rPr>
              <w:t>WLSPDLACTIVITYACK001.​batch</w:t>
            </w:r>
            <w:r>
              <w:rPr>
                <w:sz w:val="17"/>
              </w:rPr>
              <w:t xml:space="preserve"> je Entnahme</w:t>
            </w:r>
          </w:p>
        </w:tc>
        <w:tc>
          <w:tcPr>
            <w:tcW w:type="dxa" w:w="2229"/>
          </w:tcPr>
          <w:p>
            <w:pPr>
              <w:spacing w:after="0" w:line="252" w:lineRule="auto"/>
            </w:pPr>
            <w:r>
              <w:rPr>
                <w:sz w:val="17"/>
              </w:rPr>
              <w:t>Artikelverfolgung: Chargennr.</w:t>
            </w:r>
          </w:p>
        </w:tc>
        <w:tc>
          <w:tcPr>
            <w:tcW w:type="dxa" w:w="2578"/>
          </w:tcPr>
          <w:p>
            <w:pPr>
              <w:spacing w:after="0" w:line="252" w:lineRule="auto"/>
            </w:pPr>
            <w:r>
              <w:rPr>
                <w:sz w:val="17"/>
              </w:rPr>
              <w:t>[belegt] Feld, [Annahme, zu prüfen] Buchung</w:t>
            </w:r>
          </w:p>
        </w:tc>
      </w:tr>
      <w:tr>
        <w:tc>
          <w:tcPr>
            <w:tcW w:type="dxa" w:w="1828"/>
          </w:tcPr>
          <w:p>
            <w:pPr>
              <w:spacing w:after="0" w:line="252" w:lineRule="auto"/>
            </w:pPr>
            <w:r>
              <w:rPr>
                <w:sz w:val="17"/>
              </w:rPr>
              <w:t>Ablaufdatum</w:t>
            </w:r>
          </w:p>
        </w:tc>
        <w:tc>
          <w:tcPr>
            <w:tcW w:type="dxa" w:w="2889"/>
          </w:tcPr>
          <w:p>
            <w:pPr>
              <w:spacing w:after="0" w:line="252" w:lineRule="auto"/>
            </w:pPr>
            <w:r>
              <w:rPr>
                <w:rFonts w:ascii="Consolas" w:hAnsi="Consolas" w:cs="Consolas" w:eastAsia="Consolas"/>
                <w:sz w:val="15"/>
              </w:rPr>
              <w:t>WLSPDLACTIVITYACK001.​bbDate</w:t>
            </w:r>
            <w:r>
              <w:rPr>
                <w:sz w:val="17"/>
              </w:rPr>
              <w:t xml:space="preserve"> (JJJJMMTT)</w:t>
            </w:r>
          </w:p>
        </w:tc>
        <w:tc>
          <w:tcPr>
            <w:tcW w:type="dxa" w:w="2229"/>
          </w:tcPr>
          <w:p>
            <w:pPr>
              <w:spacing w:after="0" w:line="252" w:lineRule="auto"/>
            </w:pPr>
            <w:r>
              <w:rPr>
                <w:sz w:val="17"/>
              </w:rPr>
              <w:t>Artikelverfolgung: Ablaufdatum</w:t>
            </w:r>
          </w:p>
        </w:tc>
        <w:tc>
          <w:tcPr>
            <w:tcW w:type="dxa" w:w="2578"/>
          </w:tcPr>
          <w:p>
            <w:pPr>
              <w:spacing w:after="0" w:line="252" w:lineRule="auto"/>
            </w:pPr>
            <w:r>
              <w:rPr>
                <w:sz w:val="17"/>
              </w:rPr>
              <w:t>[belegt] Feld, [Annahme, zu prüfen] Ablaufdatum = MHD</w:t>
            </w:r>
          </w:p>
        </w:tc>
      </w:tr>
      <w:tr>
        <w:tc>
          <w:tcPr>
            <w:tcW w:type="dxa" w:w="1828"/>
          </w:tcPr>
          <w:p>
            <w:pPr>
              <w:spacing w:after="0" w:line="252" w:lineRule="auto"/>
            </w:pPr>
            <w:r>
              <w:rPr>
                <w:sz w:val="17"/>
              </w:rPr>
              <w:t>Seriennummer</w:t>
            </w:r>
          </w:p>
        </w:tc>
        <w:tc>
          <w:tcPr>
            <w:tcW w:type="dxa" w:w="2889"/>
          </w:tcPr>
          <w:p>
            <w:pPr>
              <w:spacing w:after="0" w:line="252" w:lineRule="auto"/>
            </w:pPr>
            <w:r>
              <w:rPr>
                <w:rFonts w:ascii="Consolas" w:hAnsi="Consolas" w:cs="Consolas" w:eastAsia="Consolas"/>
                <w:sz w:val="15"/>
              </w:rPr>
              <w:t>WLSPDLACTIVITYACK001.​csia1</w:t>
            </w:r>
          </w:p>
        </w:tc>
        <w:tc>
          <w:tcPr>
            <w:tcW w:type="dxa" w:w="2229"/>
          </w:tcPr>
          <w:p>
            <w:pPr>
              <w:spacing w:after="0" w:line="252" w:lineRule="auto"/>
            </w:pPr>
            <w:r>
              <w:rPr>
                <w:sz w:val="17"/>
              </w:rPr>
              <w:t>Artikelverfolgung: Seriennr.</w:t>
            </w:r>
          </w:p>
        </w:tc>
        <w:tc>
          <w:tcPr>
            <w:tcW w:type="dxa" w:w="2578"/>
          </w:tcPr>
          <w:p>
            <w:pPr>
              <w:spacing w:after="0" w:line="252" w:lineRule="auto"/>
            </w:pPr>
            <w:r>
              <w:rPr>
                <w:sz w:val="17"/>
              </w:rPr>
              <w:t>[belegt] Feld, [Annahme, zu prüfen] Buchung</w:t>
            </w:r>
          </w:p>
        </w:tc>
      </w:tr>
      <w:tr>
        <w:tc>
          <w:tcPr>
            <w:tcW w:type="dxa" w:w="1828"/>
          </w:tcPr>
          <w:p>
            <w:pPr>
              <w:spacing w:after="0" w:line="252" w:lineRule="auto"/>
            </w:pPr>
            <w:r>
              <w:rPr>
                <w:sz w:val="17"/>
              </w:rPr>
              <w:t>Wagen und Fach</w:t>
            </w:r>
          </w:p>
        </w:tc>
        <w:tc>
          <w:tcPr>
            <w:tcW w:type="dxa" w:w="2889"/>
          </w:tcPr>
          <w:p>
            <w:pPr>
              <w:spacing w:after="0" w:line="252" w:lineRule="auto"/>
            </w:pPr>
            <w:r>
              <w:rPr>
                <w:rFonts w:ascii="Consolas" w:hAnsi="Consolas" w:cs="Consolas" w:eastAsia="Consolas"/>
                <w:sz w:val="15"/>
              </w:rPr>
              <w:t>WLSPDLEXTREFACK001</w:t>
            </w:r>
            <w:r>
              <w:rPr>
                <w:sz w:val="17"/>
              </w:rPr>
              <w:t xml:space="preserve"> WAGE</w:t>
            </w:r>
          </w:p>
        </w:tc>
        <w:tc>
          <w:tcPr>
            <w:tcW w:type="dxa" w:w="2229"/>
          </w:tcPr>
          <w:p>
            <w:pPr>
              <w:spacing w:after="0" w:line="252" w:lineRule="auto"/>
            </w:pPr>
            <w:r>
              <w:rPr>
                <w:sz w:val="17"/>
              </w:rPr>
              <w:t>Kontrolle, Wagen zum Versand</w:t>
            </w:r>
          </w:p>
        </w:tc>
        <w:tc>
          <w:tcPr>
            <w:tcW w:type="dxa" w:w="2578"/>
          </w:tcPr>
          <w:p>
            <w:pPr>
              <w:spacing w:after="0" w:line="252" w:lineRule="auto"/>
            </w:pPr>
            <w:r>
              <w:rPr>
                <w:sz w:val="17"/>
              </w:rPr>
              <w:t>[belegt] Satz, [Annahme, zu prüfen] Nutzung</w:t>
            </w:r>
          </w:p>
        </w:tc>
      </w:tr>
      <w:tr>
        <w:tc>
          <w:tcPr>
            <w:tcW w:type="dxa" w:w="1828"/>
          </w:tcPr>
          <w:p>
            <w:pPr>
              <w:spacing w:after="0" w:line="252" w:lineRule="auto"/>
            </w:pPr>
            <w:r>
              <w:rPr>
                <w:sz w:val="17"/>
              </w:rPr>
              <w:t>Wer und wann</w:t>
            </w:r>
          </w:p>
        </w:tc>
        <w:tc>
          <w:tcPr>
            <w:tcW w:type="dxa" w:w="2889"/>
          </w:tcPr>
          <w:p>
            <w:pPr>
              <w:spacing w:after="0" w:line="252" w:lineRule="auto"/>
            </w:pPr>
            <w:r>
              <w:rPr>
                <w:rFonts w:ascii="Consolas" w:hAnsi="Consolas" w:cs="Consolas" w:eastAsia="Consolas"/>
                <w:sz w:val="15"/>
              </w:rPr>
              <w:t>user</w:t>
            </w:r>
            <w:r>
              <w:rPr>
                <w:sz w:val="17"/>
              </w:rPr>
              <w:t xml:space="preserve">, </w:t>
            </w:r>
            <w:r>
              <w:rPr>
                <w:rFonts w:ascii="Consolas" w:hAnsi="Consolas" w:cs="Consolas" w:eastAsia="Consolas"/>
                <w:sz w:val="15"/>
              </w:rPr>
              <w:t>registrationTime</w:t>
            </w:r>
          </w:p>
        </w:tc>
        <w:tc>
          <w:tcPr>
            <w:tcW w:type="dxa" w:w="2229"/>
          </w:tcPr>
          <w:p>
            <w:pPr>
              <w:spacing w:after="0" w:line="252" w:lineRule="auto"/>
            </w:pPr>
            <w:r>
              <w:rPr>
                <w:sz w:val="17"/>
              </w:rPr>
              <w:t>Protokoll</w:t>
            </w:r>
          </w:p>
        </w:tc>
        <w:tc>
          <w:tcPr>
            <w:tcW w:type="dxa" w:w="2578"/>
          </w:tcPr>
          <w:p>
            <w:pPr>
              <w:spacing w:after="0" w:line="252" w:lineRule="auto"/>
            </w:pPr>
            <w:r>
              <w:rPr>
                <w:sz w:val="17"/>
              </w:rPr>
              <w:t>[belegt]</w:t>
            </w:r>
          </w:p>
        </w:tc>
      </w:tr>
    </w:tbl>
    <w:p>
      <w:pPr>
        <w:pStyle w:val="BeschriftungSSI"/>
      </w:pPr>
      <w:r>
        <w:t>Tab. 7: Rückmeldung an BC Dynamics</w:t>
      </w:r>
    </w:p>
    <w:p>
      <w:pPr>
        <w:pStyle w:val="Quelle"/>
      </w:pPr>
      <w:r>
        <w:rPr>
          <w:b/>
        </w:rPr>
        <w:t xml:space="preserve">Quelle: </w:t>
      </w:r>
      <w:r>
        <w:rPr>
          <w:sz w:val="17"/>
        </w:rPr>
        <w:t>Vorgängerdokument v1.0, Kap. „Rückmeldung an BC Dynamics“; Belege je Aussage siehe Kennzeichnung und Quellenverzeichnis</w:t>
      </w:r>
    </w:p>
    <w:p>
      <w:pPr>
        <w:pStyle w:val="Heading1"/>
      </w:pPr>
      <w:r>
        <w:t>8 Fehlmengen</w:t>
      </w:r>
    </w:p>
    <w:p>
      <w:r>
        <w:t>Ist im Behälter weniger als verlangt, gibt der Kommissionierer die Ist-Menge ein; nach OK fragt WAMAS den Grund ab (UM 6.2.5.5.2, Tab. 54, S. 111) [belegt] .</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74"/>
        <w:gridCol w:w="4265"/>
        <w:gridCol w:w="2985"/>
      </w:tblGrid>
      <w:tr>
        <w:trPr>
          <w:tblHeader w:val="true"/>
        </w:trPr>
        <w:tc>
          <w:tcPr>
            <w:tcW w:type="dxa" w:w="2274"/>
            <w:shd w:val="clear" w:color="auto" w:fill="FEEE19"/>
          </w:tcPr>
          <w:p>
            <w:pPr>
              <w:spacing w:after="0"/>
            </w:pPr>
            <w:r>
              <w:rPr>
                <w:b/>
                <w:sz w:val="17"/>
              </w:rPr>
              <w:t>Grund am Touch</w:t>
            </w:r>
          </w:p>
        </w:tc>
        <w:tc>
          <w:tcPr>
            <w:tcW w:type="dxa" w:w="4265"/>
            <w:shd w:val="clear" w:color="auto" w:fill="FEEE19"/>
          </w:tcPr>
          <w:p>
            <w:pPr>
              <w:spacing w:after="0"/>
            </w:pPr>
            <w:r>
              <w:rPr>
                <w:b/>
                <w:sz w:val="17"/>
              </w:rPr>
              <w:t>Folge in WAMAS</w:t>
            </w:r>
          </w:p>
        </w:tc>
        <w:tc>
          <w:tcPr>
            <w:tcW w:type="dxa" w:w="2985"/>
            <w:shd w:val="clear" w:color="auto" w:fill="FEEE19"/>
          </w:tcPr>
          <w:p>
            <w:pPr>
              <w:spacing w:after="0"/>
            </w:pPr>
            <w:r>
              <w:rPr>
                <w:b/>
                <w:sz w:val="17"/>
              </w:rPr>
              <w:t>Status</w:t>
            </w:r>
          </w:p>
        </w:tc>
      </w:tr>
      <w:tr>
        <w:tc>
          <w:tcPr>
            <w:tcW w:type="dxa" w:w="2274"/>
          </w:tcPr>
          <w:p>
            <w:pPr>
              <w:spacing w:after="0" w:line="252" w:lineRule="auto"/>
            </w:pPr>
            <w:r>
              <w:rPr>
                <w:sz w:val="17"/>
              </w:rPr>
              <w:t>Beschädigte Ware (Damaged goods)</w:t>
            </w:r>
          </w:p>
        </w:tc>
        <w:tc>
          <w:tcPr>
            <w:tcW w:type="dxa" w:w="4265"/>
          </w:tcPr>
          <w:p>
            <w:pPr>
              <w:spacing w:after="0" w:line="252" w:lineRule="auto"/>
            </w:pPr>
            <w:r>
              <w:rPr>
                <w:sz w:val="17"/>
              </w:rPr>
              <w:t>Menge entnommen, Behälter gesperrt, Reservierungen des Behälters storniert, anderer Behälter reserviert</w:t>
            </w:r>
          </w:p>
        </w:tc>
        <w:tc>
          <w:tcPr>
            <w:tcW w:type="dxa" w:w="2985"/>
          </w:tcPr>
          <w:p>
            <w:pPr>
              <w:spacing w:after="0" w:line="252" w:lineRule="auto"/>
            </w:pPr>
            <w:r>
              <w:rPr>
                <w:sz w:val="17"/>
              </w:rPr>
              <w:t>[belegt]</w:t>
            </w:r>
          </w:p>
        </w:tc>
      </w:tr>
      <w:tr>
        <w:tc>
          <w:tcPr>
            <w:tcW w:type="dxa" w:w="2274"/>
          </w:tcPr>
          <w:p>
            <w:pPr>
              <w:spacing w:after="0" w:line="252" w:lineRule="auto"/>
            </w:pPr>
            <w:r>
              <w:rPr>
                <w:sz w:val="17"/>
              </w:rPr>
              <w:t>Fehlmenge (Deficient quantity)</w:t>
            </w:r>
          </w:p>
        </w:tc>
        <w:tc>
          <w:tcPr>
            <w:tcW w:type="dxa" w:w="4265"/>
          </w:tcPr>
          <w:p>
            <w:pPr>
              <w:spacing w:after="0" w:line="252" w:lineRule="auto"/>
            </w:pPr>
            <w:r>
              <w:rPr>
                <w:sz w:val="17"/>
              </w:rPr>
              <w:t>Menge entnommen, Bestand des Behälters auf 0, Reservierungen storniert, mindestens ein anderer Behälter reserviert</w:t>
            </w:r>
          </w:p>
        </w:tc>
        <w:tc>
          <w:tcPr>
            <w:tcW w:type="dxa" w:w="2985"/>
          </w:tcPr>
          <w:p>
            <w:pPr>
              <w:spacing w:after="0" w:line="252" w:lineRule="auto"/>
            </w:pPr>
            <w:r>
              <w:rPr>
                <w:sz w:val="17"/>
              </w:rPr>
              <w:t>[belegt]</w:t>
            </w:r>
          </w:p>
        </w:tc>
      </w:tr>
      <w:tr>
        <w:tc>
          <w:tcPr>
            <w:tcW w:type="dxa" w:w="2274"/>
          </w:tcPr>
          <w:p>
            <w:pPr>
              <w:spacing w:after="0" w:line="252" w:lineRule="auto"/>
            </w:pPr>
            <w:r>
              <w:rPr>
                <w:sz w:val="17"/>
              </w:rPr>
              <w:t>Benutzer (User)</w:t>
            </w:r>
          </w:p>
        </w:tc>
        <w:tc>
          <w:tcPr>
            <w:tcW w:type="dxa" w:w="4265"/>
          </w:tcPr>
          <w:p>
            <w:pPr>
              <w:spacing w:after="0" w:line="252" w:lineRule="auto"/>
            </w:pPr>
            <w:r>
              <w:rPr>
                <w:sz w:val="17"/>
              </w:rPr>
              <w:t>Benutzer entscheidet bewusst, weniger zu entnehmen</w:t>
            </w:r>
          </w:p>
        </w:tc>
        <w:tc>
          <w:tcPr>
            <w:tcW w:type="dxa" w:w="2985"/>
          </w:tcPr>
          <w:p>
            <w:pPr>
              <w:spacing w:after="0" w:line="252" w:lineRule="auto"/>
            </w:pPr>
            <w:r>
              <w:rPr>
                <w:sz w:val="17"/>
              </w:rPr>
              <w:t>[belegt] Grund, [Annahme, zu prüfen] Folge</w:t>
            </w:r>
          </w:p>
        </w:tc>
      </w:tr>
    </w:tbl>
    <w:p>
      <w:pPr>
        <w:pStyle w:val="BeschriftungSSI"/>
      </w:pPr>
      <w:r>
        <w:t>Tab. 8: Fehlmengen</w:t>
      </w:r>
    </w:p>
    <w:p>
      <w:pPr>
        <w:pStyle w:val="ListBullet"/>
      </w:pPr>
      <w:r>
        <w:t>Gibt es einen anderen Behälter, reserviert WAMAS ihn; der Auftrag bleibt offen. Nach einer Fehlmenge in der letzten Zeile kann der Auftrag am Touch nicht direkt abgeschlossen werden. [belegt] (UM 6.2.5.11.1, S. 115)</w:t>
      </w:r>
    </w:p>
    <w:p>
      <w:pPr>
        <w:pStyle w:val="ListBullet"/>
      </w:pPr>
      <w:r>
        <w:t xml:space="preserve">Gibt es keinen Bestand mehr, schliesst die Leitstelle den Auftrag </w:t>
      </w:r>
      <w:r>
        <w:rPr>
          <w:b/>
        </w:rPr>
        <w:t>organisatorisch</w:t>
      </w:r>
      <w:r>
        <w:t xml:space="preserve"> ab (LM040, Finalize); bei Mindermenge ist ein Differenzcode Pflicht. Danach geht die Rückmeldung an BC. [belegt] (UM 6.4.12.1, Tab. 85, S. 130/131)</w:t>
      </w:r>
    </w:p>
    <w:p>
      <w:pPr>
        <w:pStyle w:val="ListBullet"/>
      </w:pPr>
      <w:r>
        <w:t xml:space="preserve">In der Rückmeldung: </w:t>
      </w:r>
      <w:r>
        <w:rPr>
          <w:rFonts w:ascii="Consolas" w:hAnsi="Consolas" w:cs="Consolas" w:eastAsia="Consolas"/>
          <w:sz w:val="18"/>
        </w:rPr>
        <w:t>deliveredAmount</w:t>
      </w:r>
      <w:r>
        <w:t xml:space="preserve"> kleiner </w:t>
      </w:r>
      <w:r>
        <w:rPr>
          <w:rFonts w:ascii="Consolas" w:hAnsi="Consolas" w:cs="Consolas" w:eastAsia="Consolas"/>
          <w:sz w:val="18"/>
        </w:rPr>
        <w:t>orderedAmount</w:t>
      </w:r>
      <w:r>
        <w:t xml:space="preserve">, </w:t>
      </w:r>
      <w:r>
        <w:rPr>
          <w:rFonts w:ascii="Consolas" w:hAnsi="Consolas" w:cs="Consolas" w:eastAsia="Consolas"/>
          <w:sz w:val="18"/>
        </w:rPr>
        <w:t>diffReason</w:t>
      </w:r>
      <w:r>
        <w:t xml:space="preserve"> gefüllt (S 20). Die Werte für diffReason sind im Manual nicht aufgelistet; im Beispiel </w:t>
      </w:r>
      <w:r>
        <w:rPr>
          <w:rFonts w:ascii="Consolas" w:hAnsi="Consolas" w:cs="Consolas" w:eastAsia="Consolas"/>
          <w:sz w:val="18"/>
        </w:rPr>
        <w:t>DEFICIENT_QTY</w:t>
      </w:r>
      <w:r>
        <w:t>. [Annahme, zu prüfen]</w:t>
      </w:r>
    </w:p>
    <w:p>
      <w:pPr>
        <w:pStyle w:val="ListBullet"/>
      </w:pPr>
      <w:r>
        <w:t xml:space="preserve">BC bucht die gelieferte Menge; der Rest bleibt als Rückstand im Verkaufsauftrag oder wird nach Rücksprache gestrichen. Eine Nachlieferung ist ein neuer Kommissionierauftrag mit neuer </w:t>
      </w:r>
      <w:r>
        <w:rPr>
          <w:rFonts w:ascii="Consolas" w:hAnsi="Consolas" w:cs="Consolas" w:eastAsia="Consolas"/>
          <w:sz w:val="18"/>
        </w:rPr>
        <w:t>demandNo</w:t>
      </w:r>
      <w:r>
        <w:t>. [Annahme, zu prüfen]</w:t>
      </w:r>
    </w:p>
    <w:p>
      <w:pPr>
        <w:pStyle w:val="Quelle"/>
      </w:pPr>
      <w:r>
        <w:rPr>
          <w:b/>
        </w:rPr>
        <w:t xml:space="preserve">Quelle: </w:t>
      </w:r>
      <w:r>
        <w:rPr>
          <w:sz w:val="17"/>
        </w:rPr>
        <w:t>Vorgängerdokument v1.0, Kap. „Fehlmengen“; Belege je Aussage siehe Kennzeichnung und Quellenverzeichnis</w:t>
      </w:r>
    </w:p>
    <w:p>
      <w:pPr>
        <w:pStyle w:val="Heading1"/>
      </w:pPr>
      <w:r>
        <w:t>9 Feldmapping</w:t>
      </w:r>
    </w:p>
    <w:p>
      <w:r>
        <w:t>Pflicht laut Spalte M der Manual-Tabellen. „Herkunft in BC“ ist ein Vorschlag [Annahme, zu prüfen] ; BC-Feldnamen mit dem BC-Team abstimmen. Alle Felder auch in der Excel-Datei.</w:t>
      </w:r>
    </w:p>
    <w:p>
      <w:pPr>
        <w:pStyle w:val="Heading2"/>
      </w:pPr>
      <w:r>
        <w:t>9.1 BC Dynamics an WAMAS</w:t>
      </w:r>
    </w:p>
    <w:p>
      <w:pPr>
        <w:pStyle w:val="Heading3"/>
      </w:pPr>
      <w:r>
        <w:t>9.1.1 WLSPD003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35"/>
        <w:gridCol w:w="1164"/>
        <w:gridCol w:w="1940"/>
        <w:gridCol w:w="1164"/>
        <w:gridCol w:w="877"/>
        <w:gridCol w:w="1616"/>
        <w:gridCol w:w="1164"/>
        <w:gridCol w:w="1164"/>
      </w:tblGrid>
      <w:tr>
        <w:trPr>
          <w:tblHeader w:val="true"/>
        </w:trPr>
        <w:tc>
          <w:tcPr>
            <w:tcW w:type="dxa" w:w="435"/>
            <w:shd w:val="clear" w:color="auto" w:fill="FEEE19"/>
          </w:tcPr>
          <w:p>
            <w:pPr>
              <w:spacing w:after="0"/>
            </w:pPr>
            <w:r>
              <w:rPr>
                <w:b/>
                <w:sz w:val="17"/>
              </w:rPr>
              <w:t>Nr</w:t>
            </w:r>
          </w:p>
        </w:tc>
        <w:tc>
          <w:tcPr>
            <w:tcW w:type="dxa" w:w="1164"/>
            <w:shd w:val="clear" w:color="auto" w:fill="FEEE19"/>
          </w:tcPr>
          <w:p>
            <w:pPr>
              <w:spacing w:after="0"/>
            </w:pPr>
            <w:r>
              <w:rPr>
                <w:b/>
                <w:sz w:val="17"/>
              </w:rPr>
              <w:t>Feld</w:t>
            </w:r>
          </w:p>
        </w:tc>
        <w:tc>
          <w:tcPr>
            <w:tcW w:type="dxa" w:w="1940"/>
            <w:shd w:val="clear" w:color="auto" w:fill="FEEE19"/>
          </w:tcPr>
          <w:p>
            <w:pPr>
              <w:spacing w:after="0"/>
            </w:pPr>
            <w:r>
              <w:rPr>
                <w:b/>
                <w:sz w:val="17"/>
              </w:rPr>
              <w:t>Bedeutung</w:t>
            </w:r>
          </w:p>
        </w:tc>
        <w:tc>
          <w:tcPr>
            <w:tcW w:type="dxa" w:w="1164"/>
            <w:shd w:val="clear" w:color="auto" w:fill="FEEE19"/>
          </w:tcPr>
          <w:p>
            <w:pPr>
              <w:spacing w:after="0"/>
            </w:pPr>
            <w:r>
              <w:rPr>
                <w:b/>
                <w:sz w:val="17"/>
              </w:rPr>
              <w:t>Typ / Länge</w:t>
            </w:r>
          </w:p>
        </w:tc>
        <w:tc>
          <w:tcPr>
            <w:tcW w:type="dxa" w:w="877"/>
            <w:shd w:val="clear" w:color="auto" w:fill="FEEE19"/>
          </w:tcPr>
          <w:p>
            <w:pPr>
              <w:spacing w:after="0"/>
            </w:pPr>
            <w:r>
              <w:rPr>
                <w:b/>
                <w:sz w:val="17"/>
              </w:rPr>
              <w:t>Pflicht</w:t>
            </w:r>
          </w:p>
        </w:tc>
        <w:tc>
          <w:tcPr>
            <w:tcW w:type="dxa" w:w="1616"/>
            <w:shd w:val="clear" w:color="auto" w:fill="FEEE19"/>
          </w:tcPr>
          <w:p>
            <w:pPr>
              <w:spacing w:after="0"/>
            </w:pPr>
            <w:r>
              <w:rPr>
                <w:b/>
                <w:sz w:val="17"/>
              </w:rPr>
              <w:t>Herkunft in BC</w:t>
            </w:r>
          </w:p>
        </w:tc>
        <w:tc>
          <w:tcPr>
            <w:tcW w:type="dxa" w:w="1164"/>
            <w:shd w:val="clear" w:color="auto" w:fill="FEEE19"/>
          </w:tcPr>
          <w:p>
            <w:pPr>
              <w:spacing w:after="0"/>
            </w:pPr>
            <w:r>
              <w:rPr>
                <w:b/>
                <w:sz w:val="17"/>
              </w:rPr>
              <w:t>Beispiel Ausl000002</w:t>
            </w:r>
          </w:p>
        </w:tc>
        <w:tc>
          <w:tcPr>
            <w:tcW w:type="dxa" w:w="1164"/>
            <w:shd w:val="clear" w:color="auto" w:fill="FEEE19"/>
          </w:tcPr>
          <w:p>
            <w:pPr>
              <w:spacing w:after="0"/>
            </w:pPr>
            <w:r>
              <w:rPr>
                <w:b/>
                <w:sz w:val="17"/>
              </w:rPr>
              <w:t>Status, Quelle</w:t>
            </w:r>
          </w:p>
        </w:tc>
      </w:tr>
      <w:tr>
        <w:tc>
          <w:tcPr>
            <w:tcW w:type="dxa" w:w="435"/>
          </w:tcPr>
          <w:p>
            <w:pPr>
              <w:spacing w:after="0" w:line="252" w:lineRule="auto"/>
            </w:pPr>
            <w:r>
              <w:rPr>
                <w:sz w:val="17"/>
              </w:rPr>
              <w:t>1</w:t>
            </w:r>
          </w:p>
        </w:tc>
        <w:tc>
          <w:tcPr>
            <w:tcW w:type="dxa" w:w="1164"/>
          </w:tcPr>
          <w:p>
            <w:pPr>
              <w:spacing w:after="0" w:line="252" w:lineRule="auto"/>
            </w:pPr>
            <w:r>
              <w:rPr>
                <w:b/>
                <w:sz w:val="17"/>
              </w:rPr>
              <w:t>clientId</w:t>
            </w:r>
          </w:p>
        </w:tc>
        <w:tc>
          <w:tcPr>
            <w:tcW w:type="dxa" w:w="1940"/>
          </w:tcPr>
          <w:p>
            <w:pPr>
              <w:spacing w:after="0" w:line="252" w:lineRule="auto"/>
            </w:pPr>
            <w:r>
              <w:rPr>
                <w:sz w:val="17"/>
              </w:rPr>
              <w:t>Mandant</w:t>
            </w:r>
          </w:p>
        </w:tc>
        <w:tc>
          <w:tcPr>
            <w:tcW w:type="dxa" w:w="1164"/>
          </w:tcPr>
          <w:p>
            <w:pPr>
              <w:spacing w:after="0" w:line="252" w:lineRule="auto"/>
            </w:pPr>
            <w:r>
              <w:rPr>
                <w:sz w:val="17"/>
              </w:rPr>
              <w:t>S 10</w:t>
            </w:r>
          </w:p>
        </w:tc>
        <w:tc>
          <w:tcPr>
            <w:tcW w:type="dxa" w:w="877"/>
          </w:tcPr>
          <w:p>
            <w:pPr>
              <w:spacing w:after="0" w:line="252" w:lineRule="auto"/>
            </w:pPr>
            <w:r>
              <w:rPr>
                <w:sz w:val="17"/>
              </w:rPr>
              <w:t>Pflicht</w:t>
            </w:r>
          </w:p>
        </w:tc>
        <w:tc>
          <w:tcPr>
            <w:tcW w:type="dxa" w:w="1616"/>
          </w:tcPr>
          <w:p>
            <w:pPr>
              <w:spacing w:after="0" w:line="252" w:lineRule="auto"/>
            </w:pPr>
            <w:r>
              <w:rPr>
                <w:sz w:val="17"/>
              </w:rPr>
              <w:t>Konstante DEFAULT</w:t>
            </w:r>
          </w:p>
        </w:tc>
        <w:tc>
          <w:tcPr>
            <w:tcW w:type="dxa" w:w="1164"/>
          </w:tcPr>
          <w:p>
            <w:pPr>
              <w:spacing w:after="0" w:line="252" w:lineRule="auto"/>
            </w:pPr>
            <w:r>
              <w:rPr>
                <w:rFonts w:ascii="Consolas" w:hAnsi="Consolas" w:cs="Consolas" w:eastAsia="Consolas"/>
                <w:sz w:val="15"/>
              </w:rPr>
              <w:t>DEFAULT</w:t>
            </w:r>
          </w:p>
        </w:tc>
        <w:tc>
          <w:tcPr>
            <w:tcW w:type="dxa" w:w="1164"/>
          </w:tcPr>
          <w:p>
            <w:pPr>
              <w:spacing w:after="0" w:line="252" w:lineRule="auto"/>
            </w:pPr>
            <w:r>
              <w:rPr>
                <w:sz w:val="17"/>
              </w:rPr>
              <w:t xml:space="preserve">[belegt] </w:t>
            </w:r>
          </w:p>
          <w:p>
            <w:pPr>
              <w:spacing w:after="0"/>
            </w:pPr>
            <w:r>
              <w:rPr>
                <w:sz w:val="17"/>
              </w:rPr>
              <w:t>IM Tab. 56, S. 96; S. 104</w:t>
            </w:r>
          </w:p>
        </w:tc>
      </w:tr>
      <w:tr>
        <w:tc>
          <w:tcPr>
            <w:tcW w:type="dxa" w:w="435"/>
          </w:tcPr>
          <w:p>
            <w:pPr>
              <w:spacing w:after="0" w:line="252" w:lineRule="auto"/>
            </w:pPr>
            <w:r>
              <w:rPr>
                <w:sz w:val="17"/>
              </w:rPr>
              <w:t>2</w:t>
            </w:r>
          </w:p>
        </w:tc>
        <w:tc>
          <w:tcPr>
            <w:tcW w:type="dxa" w:w="1164"/>
          </w:tcPr>
          <w:p>
            <w:pPr>
              <w:spacing w:after="0" w:line="252" w:lineRule="auto"/>
            </w:pPr>
            <w:r>
              <w:rPr>
                <w:b/>
                <w:sz w:val="17"/>
              </w:rPr>
              <w:t>demandNo</w:t>
            </w:r>
          </w:p>
        </w:tc>
        <w:tc>
          <w:tcPr>
            <w:tcW w:type="dxa" w:w="1940"/>
          </w:tcPr>
          <w:p>
            <w:pPr>
              <w:spacing w:after="0" w:line="252" w:lineRule="auto"/>
            </w:pPr>
            <w:r>
              <w:rPr>
                <w:sz w:val="17"/>
              </w:rPr>
              <w:t>Kommissionierauftragsnummer, systemweit eindeutig</w:t>
            </w:r>
          </w:p>
        </w:tc>
        <w:tc>
          <w:tcPr>
            <w:tcW w:type="dxa" w:w="1164"/>
          </w:tcPr>
          <w:p>
            <w:pPr>
              <w:spacing w:after="0" w:line="252" w:lineRule="auto"/>
            </w:pPr>
            <w:r>
              <w:rPr>
                <w:sz w:val="17"/>
              </w:rPr>
              <w:t>S 20</w:t>
            </w:r>
          </w:p>
        </w:tc>
        <w:tc>
          <w:tcPr>
            <w:tcW w:type="dxa" w:w="877"/>
          </w:tcPr>
          <w:p>
            <w:pPr>
              <w:spacing w:after="0" w:line="252" w:lineRule="auto"/>
            </w:pPr>
            <w:r>
              <w:rPr>
                <w:sz w:val="17"/>
              </w:rPr>
              <w:t>Pflicht</w:t>
            </w:r>
          </w:p>
        </w:tc>
        <w:tc>
          <w:tcPr>
            <w:tcW w:type="dxa" w:w="1616"/>
          </w:tcPr>
          <w:p>
            <w:pPr>
              <w:spacing w:after="0" w:line="252" w:lineRule="auto"/>
            </w:pPr>
            <w:r>
              <w:rPr>
                <w:sz w:val="17"/>
              </w:rPr>
              <w:t>Nr. des Warenausgangs bzw. der Kommissionierung in BC (Nummernserie Ausl)</w:t>
            </w:r>
          </w:p>
        </w:tc>
        <w:tc>
          <w:tcPr>
            <w:tcW w:type="dxa" w:w="1164"/>
          </w:tcPr>
          <w:p>
            <w:pPr>
              <w:spacing w:after="0" w:line="252" w:lineRule="auto"/>
            </w:pPr>
            <w:r>
              <w:rPr>
                <w:rFonts w:ascii="Consolas" w:hAnsi="Consolas" w:cs="Consolas" w:eastAsia="Consolas"/>
                <w:sz w:val="15"/>
              </w:rPr>
              <w:t>Ausl000002</w:t>
            </w:r>
          </w:p>
        </w:tc>
        <w:tc>
          <w:tcPr>
            <w:tcW w:type="dxa" w:w="1164"/>
          </w:tcPr>
          <w:p>
            <w:pPr>
              <w:spacing w:after="0" w:line="252" w:lineRule="auto"/>
            </w:pPr>
            <w:r>
              <w:rPr>
                <w:sz w:val="17"/>
              </w:rPr>
              <w:t>[belegt] Feld, [Annahme, zu prüfen] Nummernserie</w:t>
            </w:r>
          </w:p>
          <w:p>
            <w:pPr>
              <w:spacing w:after="0"/>
            </w:pPr>
            <w:r>
              <w:rPr>
                <w:sz w:val="17"/>
              </w:rPr>
              <w:t>IM Tab. 56; S. 104</w:t>
            </w:r>
          </w:p>
        </w:tc>
      </w:tr>
      <w:tr>
        <w:tc>
          <w:tcPr>
            <w:tcW w:type="dxa" w:w="435"/>
          </w:tcPr>
          <w:p>
            <w:pPr>
              <w:spacing w:after="0" w:line="252" w:lineRule="auto"/>
            </w:pPr>
            <w:r>
              <w:rPr>
                <w:sz w:val="17"/>
              </w:rPr>
              <w:t>3</w:t>
            </w:r>
          </w:p>
        </w:tc>
        <w:tc>
          <w:tcPr>
            <w:tcW w:type="dxa" w:w="1164"/>
          </w:tcPr>
          <w:p>
            <w:pPr>
              <w:spacing w:after="0" w:line="252" w:lineRule="auto"/>
            </w:pPr>
            <w:r>
              <w:rPr>
                <w:b/>
                <w:sz w:val="17"/>
              </w:rPr>
              <w:t>recordState</w:t>
            </w:r>
          </w:p>
        </w:tc>
        <w:tc>
          <w:tcPr>
            <w:tcW w:type="dxa" w:w="1940"/>
          </w:tcPr>
          <w:p>
            <w:pPr>
              <w:spacing w:after="0" w:line="252" w:lineRule="auto"/>
            </w:pPr>
            <w:r>
              <w:rPr>
                <w:sz w:val="17"/>
              </w:rPr>
              <w:t>Datenstatus CREATE, UPDATE, CANCEL</w:t>
            </w:r>
          </w:p>
        </w:tc>
        <w:tc>
          <w:tcPr>
            <w:tcW w:type="dxa" w:w="1164"/>
          </w:tcPr>
          <w:p>
            <w:pPr>
              <w:spacing w:after="0" w:line="252" w:lineRule="auto"/>
            </w:pPr>
            <w:r>
              <w:rPr>
                <w:sz w:val="17"/>
              </w:rPr>
              <w:t>E 6</w:t>
            </w:r>
          </w:p>
        </w:tc>
        <w:tc>
          <w:tcPr>
            <w:tcW w:type="dxa" w:w="877"/>
          </w:tcPr>
          <w:p>
            <w:pPr>
              <w:spacing w:after="0" w:line="252" w:lineRule="auto"/>
            </w:pPr>
            <w:r>
              <w:rPr>
                <w:sz w:val="17"/>
              </w:rPr>
              <w:t>optional</w:t>
            </w:r>
          </w:p>
        </w:tc>
        <w:tc>
          <w:tcPr>
            <w:tcW w:type="dxa" w:w="1616"/>
          </w:tcPr>
          <w:p>
            <w:pPr>
              <w:spacing w:after="0" w:line="252" w:lineRule="auto"/>
            </w:pPr>
            <w:r>
              <w:rPr>
                <w:sz w:val="17"/>
              </w:rPr>
              <w:t>CREATE beim ersten Senden, CANCEL bei Storno</w:t>
            </w:r>
          </w:p>
        </w:tc>
        <w:tc>
          <w:tcPr>
            <w:tcW w:type="dxa" w:w="1164"/>
          </w:tcPr>
          <w:p>
            <w:pPr>
              <w:spacing w:after="0" w:line="252" w:lineRule="auto"/>
            </w:pPr>
            <w:r>
              <w:rPr>
                <w:rFonts w:ascii="Consolas" w:hAnsi="Consolas" w:cs="Consolas" w:eastAsia="Consolas"/>
                <w:sz w:val="15"/>
              </w:rPr>
              <w:t>CREATE</w:t>
            </w:r>
          </w:p>
        </w:tc>
        <w:tc>
          <w:tcPr>
            <w:tcW w:type="dxa" w:w="1164"/>
          </w:tcPr>
          <w:p>
            <w:pPr>
              <w:spacing w:after="0" w:line="252" w:lineRule="auto"/>
            </w:pPr>
            <w:r>
              <w:rPr>
                <w:sz w:val="17"/>
              </w:rPr>
              <w:t xml:space="preserve">[belegt] </w:t>
            </w:r>
          </w:p>
          <w:p>
            <w:pPr>
              <w:spacing w:after="0"/>
            </w:pPr>
            <w:r>
              <w:rPr>
                <w:sz w:val="17"/>
              </w:rPr>
              <w:t>IM Tab. 56, Tab. 61, S. 104</w:t>
            </w:r>
          </w:p>
        </w:tc>
      </w:tr>
      <w:tr>
        <w:tc>
          <w:tcPr>
            <w:tcW w:type="dxa" w:w="435"/>
          </w:tcPr>
          <w:p>
            <w:pPr>
              <w:spacing w:after="0" w:line="252" w:lineRule="auto"/>
            </w:pPr>
            <w:r>
              <w:rPr>
                <w:sz w:val="17"/>
              </w:rPr>
              <w:t>4</w:t>
            </w:r>
          </w:p>
        </w:tc>
        <w:tc>
          <w:tcPr>
            <w:tcW w:type="dxa" w:w="1164"/>
          </w:tcPr>
          <w:p>
            <w:pPr>
              <w:spacing w:after="0" w:line="252" w:lineRule="auto"/>
            </w:pPr>
            <w:r>
              <w:rPr>
                <w:b/>
                <w:sz w:val="17"/>
              </w:rPr>
              <w:t>extLuId</w:t>
            </w:r>
          </w:p>
        </w:tc>
        <w:tc>
          <w:tcPr>
            <w:tcW w:type="dxa" w:w="1940"/>
          </w:tcPr>
          <w:p>
            <w:pPr>
              <w:spacing w:after="0" w:line="252" w:lineRule="auto"/>
            </w:pPr>
            <w:r>
              <w:rPr>
                <w:sz w:val="17"/>
              </w:rPr>
              <w:t>externe LU-ID (z. B. Versandbehälter)</w:t>
            </w:r>
          </w:p>
        </w:tc>
        <w:tc>
          <w:tcPr>
            <w:tcW w:type="dxa" w:w="1164"/>
          </w:tcPr>
          <w:p>
            <w:pPr>
              <w:spacing w:after="0" w:line="252" w:lineRule="auto"/>
            </w:pPr>
            <w:r>
              <w:rPr>
                <w:sz w:val="17"/>
              </w:rPr>
              <w:t>S 20</w:t>
            </w:r>
          </w:p>
        </w:tc>
        <w:tc>
          <w:tcPr>
            <w:tcW w:type="dxa" w:w="877"/>
          </w:tcPr>
          <w:p>
            <w:pPr>
              <w:spacing w:after="0" w:line="252" w:lineRule="auto"/>
            </w:pPr>
            <w:r>
              <w:rPr>
                <w:sz w:val="17"/>
              </w:rPr>
              <w:t>optional</w:t>
            </w:r>
          </w:p>
        </w:tc>
        <w:tc>
          <w:tcPr>
            <w:tcW w:type="dxa" w:w="1616"/>
          </w:tcPr>
          <w:p>
            <w:pPr>
              <w:spacing w:after="0" w:line="252" w:lineRule="auto"/>
            </w:pPr>
            <w:r>
              <w:rPr>
                <w:sz w:val="17"/>
              </w:rPr>
              <w:t>leer</w:t>
            </w:r>
          </w:p>
        </w:tc>
        <w:tc>
          <w:tcPr>
            <w:tcW w:type="dxa" w:w="1164"/>
          </w:tcPr>
          <w:p>
            <w:pPr>
              <w:spacing w:after="0" w:line="252" w:lineRule="auto"/>
            </w:pPr>
            <w:r>
              <w:rPr>
                <w:rFonts w:ascii="Consolas" w:hAnsi="Consolas" w:cs="Consolas" w:eastAsia="Consolas"/>
                <w:sz w:val="15"/>
              </w:rPr>
              <w:t>(leer)</w:t>
            </w:r>
          </w:p>
        </w:tc>
        <w:tc>
          <w:tcPr>
            <w:tcW w:type="dxa" w:w="1164"/>
          </w:tcPr>
          <w:p>
            <w:pPr>
              <w:spacing w:after="0" w:line="252" w:lineRule="auto"/>
            </w:pPr>
            <w:r>
              <w:rPr>
                <w:sz w:val="17"/>
              </w:rPr>
              <w:t>[belegt] Feld, [Annahme, zu prüfen] Nutzung</w:t>
            </w:r>
          </w:p>
          <w:p>
            <w:pPr>
              <w:spacing w:after="0"/>
            </w:pPr>
            <w:r>
              <w:rPr>
                <w:sz w:val="17"/>
              </w:rPr>
              <w:t>IM Tab. 56; S. 104</w:t>
            </w:r>
          </w:p>
        </w:tc>
      </w:tr>
      <w:tr>
        <w:tc>
          <w:tcPr>
            <w:tcW w:type="dxa" w:w="435"/>
          </w:tcPr>
          <w:p>
            <w:pPr>
              <w:spacing w:after="0" w:line="252" w:lineRule="auto"/>
            </w:pPr>
            <w:r>
              <w:rPr>
                <w:sz w:val="17"/>
              </w:rPr>
              <w:t>5</w:t>
            </w:r>
          </w:p>
        </w:tc>
        <w:tc>
          <w:tcPr>
            <w:tcW w:type="dxa" w:w="1164"/>
          </w:tcPr>
          <w:p>
            <w:pPr>
              <w:spacing w:after="0" w:line="252" w:lineRule="auto"/>
            </w:pPr>
            <w:r>
              <w:rPr>
                <w:b/>
                <w:sz w:val="17"/>
              </w:rPr>
              <w:t>priority</w:t>
            </w:r>
          </w:p>
        </w:tc>
        <w:tc>
          <w:tcPr>
            <w:tcW w:type="dxa" w:w="1940"/>
          </w:tcPr>
          <w:p>
            <w:pPr>
              <w:spacing w:after="0" w:line="252" w:lineRule="auto"/>
            </w:pPr>
            <w:r>
              <w:rPr>
                <w:sz w:val="17"/>
              </w:rPr>
              <w:t>Priorität 0 bis 9 (0-4 tief, 5-6 normal, 7-8 hoch, 9 Express)</w:t>
            </w:r>
          </w:p>
        </w:tc>
        <w:tc>
          <w:tcPr>
            <w:tcW w:type="dxa" w:w="1164"/>
          </w:tcPr>
          <w:p>
            <w:pPr>
              <w:spacing w:after="0" w:line="252" w:lineRule="auto"/>
            </w:pPr>
            <w:r>
              <w:rPr>
                <w:sz w:val="17"/>
              </w:rPr>
              <w:t>N 1</w:t>
            </w:r>
          </w:p>
        </w:tc>
        <w:tc>
          <w:tcPr>
            <w:tcW w:type="dxa" w:w="877"/>
          </w:tcPr>
          <w:p>
            <w:pPr>
              <w:spacing w:after="0" w:line="252" w:lineRule="auto"/>
            </w:pPr>
            <w:r>
              <w:rPr>
                <w:sz w:val="17"/>
              </w:rPr>
              <w:t>Pflicht</w:t>
            </w:r>
          </w:p>
        </w:tc>
        <w:tc>
          <w:tcPr>
            <w:tcW w:type="dxa" w:w="1616"/>
          </w:tcPr>
          <w:p>
            <w:pPr>
              <w:spacing w:after="0" w:line="252" w:lineRule="auto"/>
            </w:pPr>
            <w:r>
              <w:rPr>
                <w:sz w:val="17"/>
              </w:rPr>
              <w:t>Versandpriorität bzw. Lieferdatum</w:t>
            </w:r>
          </w:p>
        </w:tc>
        <w:tc>
          <w:tcPr>
            <w:tcW w:type="dxa" w:w="1164"/>
          </w:tcPr>
          <w:p>
            <w:pPr>
              <w:spacing w:after="0" w:line="252" w:lineRule="auto"/>
            </w:pPr>
            <w:r>
              <w:rPr>
                <w:rFonts w:ascii="Consolas" w:hAnsi="Consolas" w:cs="Consolas" w:eastAsia="Consolas"/>
                <w:sz w:val="15"/>
              </w:rPr>
              <w:t>5</w:t>
            </w:r>
          </w:p>
        </w:tc>
        <w:tc>
          <w:tcPr>
            <w:tcW w:type="dxa" w:w="1164"/>
          </w:tcPr>
          <w:p>
            <w:pPr>
              <w:spacing w:after="0" w:line="252" w:lineRule="auto"/>
            </w:pPr>
            <w:r>
              <w:rPr>
                <w:sz w:val="17"/>
              </w:rPr>
              <w:t>[belegt] Feld, [Annahme, zu prüfen] Herkunft</w:t>
            </w:r>
          </w:p>
          <w:p>
            <w:pPr>
              <w:spacing w:after="0"/>
            </w:pPr>
            <w:r>
              <w:rPr>
                <w:sz w:val="17"/>
              </w:rPr>
              <w:t>IM Tab. 56; S. 104</w:t>
            </w:r>
          </w:p>
        </w:tc>
      </w:tr>
      <w:tr>
        <w:tc>
          <w:tcPr>
            <w:tcW w:type="dxa" w:w="435"/>
          </w:tcPr>
          <w:p>
            <w:pPr>
              <w:spacing w:after="0" w:line="252" w:lineRule="auto"/>
            </w:pPr>
            <w:r>
              <w:rPr>
                <w:sz w:val="17"/>
              </w:rPr>
              <w:t>6</w:t>
            </w:r>
          </w:p>
        </w:tc>
        <w:tc>
          <w:tcPr>
            <w:tcW w:type="dxa" w:w="1164"/>
          </w:tcPr>
          <w:p>
            <w:pPr>
              <w:spacing w:after="0" w:line="252" w:lineRule="auto"/>
            </w:pPr>
            <w:r>
              <w:rPr>
                <w:b/>
                <w:sz w:val="17"/>
              </w:rPr>
              <w:t>noteNo</w:t>
            </w:r>
          </w:p>
        </w:tc>
        <w:tc>
          <w:tcPr>
            <w:tcW w:type="dxa" w:w="1940"/>
          </w:tcPr>
          <w:p>
            <w:pPr>
              <w:spacing w:after="0" w:line="252" w:lineRule="auto"/>
            </w:pPr>
            <w:r>
              <w:rPr>
                <w:sz w:val="17"/>
              </w:rPr>
              <w:t>Belegnummer (frei, nur Information)</w:t>
            </w:r>
          </w:p>
        </w:tc>
        <w:tc>
          <w:tcPr>
            <w:tcW w:type="dxa" w:w="1164"/>
          </w:tcPr>
          <w:p>
            <w:pPr>
              <w:spacing w:after="0" w:line="252" w:lineRule="auto"/>
            </w:pPr>
            <w:r>
              <w:rPr>
                <w:sz w:val="17"/>
              </w:rPr>
              <w:t>S 18</w:t>
            </w:r>
          </w:p>
        </w:tc>
        <w:tc>
          <w:tcPr>
            <w:tcW w:type="dxa" w:w="877"/>
          </w:tcPr>
          <w:p>
            <w:pPr>
              <w:spacing w:after="0" w:line="252" w:lineRule="auto"/>
            </w:pPr>
            <w:r>
              <w:rPr>
                <w:sz w:val="17"/>
              </w:rPr>
              <w:t>optional</w:t>
            </w:r>
          </w:p>
        </w:tc>
        <w:tc>
          <w:tcPr>
            <w:tcW w:type="dxa" w:w="1616"/>
          </w:tcPr>
          <w:p>
            <w:pPr>
              <w:spacing w:after="0" w:line="252" w:lineRule="auto"/>
            </w:pPr>
            <w:r>
              <w:rPr>
                <w:sz w:val="17"/>
              </w:rPr>
              <w:t>Lieferscheinnummer bzw. Warenausgangsbeleg</w:t>
            </w:r>
          </w:p>
        </w:tc>
        <w:tc>
          <w:tcPr>
            <w:tcW w:type="dxa" w:w="1164"/>
          </w:tcPr>
          <w:p>
            <w:pPr>
              <w:spacing w:after="0" w:line="252" w:lineRule="auto"/>
            </w:pPr>
            <w:r>
              <w:rPr>
                <w:rFonts w:ascii="Consolas" w:hAnsi="Consolas" w:cs="Consolas" w:eastAsia="Consolas"/>
                <w:sz w:val="15"/>
              </w:rPr>
              <w:t>WA-AKU-2002</w:t>
            </w:r>
          </w:p>
        </w:tc>
        <w:tc>
          <w:tcPr>
            <w:tcW w:type="dxa" w:w="1164"/>
          </w:tcPr>
          <w:p>
            <w:pPr>
              <w:spacing w:after="0" w:line="252" w:lineRule="auto"/>
            </w:pPr>
            <w:r>
              <w:rPr>
                <w:sz w:val="17"/>
              </w:rPr>
              <w:t xml:space="preserve">[belegt] </w:t>
            </w:r>
          </w:p>
          <w:p>
            <w:pPr>
              <w:spacing w:after="0"/>
            </w:pPr>
            <w:r>
              <w:rPr>
                <w:sz w:val="17"/>
              </w:rPr>
              <w:t>IM Tab. 56; S. 104</w:t>
            </w:r>
          </w:p>
        </w:tc>
      </w:tr>
      <w:tr>
        <w:tc>
          <w:tcPr>
            <w:tcW w:type="dxa" w:w="435"/>
          </w:tcPr>
          <w:p>
            <w:pPr>
              <w:spacing w:after="0" w:line="252" w:lineRule="auto"/>
            </w:pPr>
            <w:r>
              <w:rPr>
                <w:sz w:val="17"/>
              </w:rPr>
              <w:t>7</w:t>
            </w:r>
          </w:p>
        </w:tc>
        <w:tc>
          <w:tcPr>
            <w:tcW w:type="dxa" w:w="1164"/>
          </w:tcPr>
          <w:p>
            <w:pPr>
              <w:spacing w:after="0" w:line="252" w:lineRule="auto"/>
            </w:pPr>
            <w:r>
              <w:rPr>
                <w:b/>
                <w:sz w:val="17"/>
              </w:rPr>
              <w:t>deliveryTime</w:t>
            </w:r>
          </w:p>
        </w:tc>
        <w:tc>
          <w:tcPr>
            <w:tcW w:type="dxa" w:w="1940"/>
          </w:tcPr>
          <w:p>
            <w:pPr>
              <w:spacing w:after="0" w:line="252" w:lineRule="auto"/>
            </w:pPr>
            <w:r>
              <w:rPr>
                <w:sz w:val="17"/>
              </w:rPr>
              <w:t>Liefer- bzw. Abholzeit</w:t>
            </w:r>
          </w:p>
        </w:tc>
        <w:tc>
          <w:tcPr>
            <w:tcW w:type="dxa" w:w="1164"/>
          </w:tcPr>
          <w:p>
            <w:pPr>
              <w:spacing w:after="0" w:line="252" w:lineRule="auto"/>
            </w:pPr>
            <w:r>
              <w:rPr>
                <w:sz w:val="17"/>
              </w:rPr>
              <w:t>DT 12, JJJJMMTThhmm</w:t>
            </w:r>
          </w:p>
        </w:tc>
        <w:tc>
          <w:tcPr>
            <w:tcW w:type="dxa" w:w="877"/>
          </w:tcPr>
          <w:p>
            <w:pPr>
              <w:spacing w:after="0" w:line="252" w:lineRule="auto"/>
            </w:pPr>
            <w:r>
              <w:rPr>
                <w:sz w:val="17"/>
              </w:rPr>
              <w:t>optional</w:t>
            </w:r>
          </w:p>
        </w:tc>
        <w:tc>
          <w:tcPr>
            <w:tcW w:type="dxa" w:w="1616"/>
          </w:tcPr>
          <w:p>
            <w:pPr>
              <w:spacing w:after="0" w:line="252" w:lineRule="auto"/>
            </w:pPr>
            <w:r>
              <w:rPr>
                <w:sz w:val="17"/>
              </w:rPr>
              <w:t>geplantes Warenausgangsdatum und Uhrzeit</w:t>
            </w:r>
          </w:p>
        </w:tc>
        <w:tc>
          <w:tcPr>
            <w:tcW w:type="dxa" w:w="1164"/>
          </w:tcPr>
          <w:p>
            <w:pPr>
              <w:spacing w:after="0" w:line="252" w:lineRule="auto"/>
            </w:pPr>
            <w:r>
              <w:rPr>
                <w:rFonts w:ascii="Consolas" w:hAnsi="Consolas" w:cs="Consolas" w:eastAsia="Consolas"/>
                <w:sz w:val="15"/>
              </w:rPr>
              <w:t>202610151300</w:t>
            </w:r>
          </w:p>
        </w:tc>
        <w:tc>
          <w:tcPr>
            <w:tcW w:type="dxa" w:w="1164"/>
          </w:tcPr>
          <w:p>
            <w:pPr>
              <w:spacing w:after="0" w:line="252" w:lineRule="auto"/>
            </w:pPr>
            <w:r>
              <w:rPr>
                <w:sz w:val="17"/>
              </w:rPr>
              <w:t xml:space="preserve">[belegt] </w:t>
            </w:r>
          </w:p>
          <w:p>
            <w:pPr>
              <w:spacing w:after="0"/>
            </w:pPr>
            <w:r>
              <w:rPr>
                <w:sz w:val="17"/>
              </w:rPr>
              <w:t>IM Tab. 56; Tab. 6, S. 30</w:t>
            </w:r>
          </w:p>
        </w:tc>
      </w:tr>
      <w:tr>
        <w:tc>
          <w:tcPr>
            <w:tcW w:type="dxa" w:w="435"/>
          </w:tcPr>
          <w:p>
            <w:pPr>
              <w:spacing w:after="0" w:line="252" w:lineRule="auto"/>
            </w:pPr>
            <w:r>
              <w:rPr>
                <w:sz w:val="17"/>
              </w:rPr>
              <w:t>8</w:t>
            </w:r>
          </w:p>
        </w:tc>
        <w:tc>
          <w:tcPr>
            <w:tcW w:type="dxa" w:w="1164"/>
          </w:tcPr>
          <w:p>
            <w:pPr>
              <w:spacing w:after="0" w:line="252" w:lineRule="auto"/>
            </w:pPr>
            <w:r>
              <w:rPr>
                <w:b/>
                <w:sz w:val="17"/>
              </w:rPr>
              <w:t>typeId</w:t>
            </w:r>
          </w:p>
        </w:tc>
        <w:tc>
          <w:tcPr>
            <w:tcW w:type="dxa" w:w="1940"/>
          </w:tcPr>
          <w:p>
            <w:pPr>
              <w:spacing w:after="0" w:line="252" w:lineRule="auto"/>
            </w:pPr>
            <w:r>
              <w:rPr>
                <w:sz w:val="17"/>
              </w:rPr>
              <w:t>Auftragsart</w:t>
            </w:r>
          </w:p>
        </w:tc>
        <w:tc>
          <w:tcPr>
            <w:tcW w:type="dxa" w:w="1164"/>
          </w:tcPr>
          <w:p>
            <w:pPr>
              <w:spacing w:after="0" w:line="252" w:lineRule="auto"/>
            </w:pPr>
            <w:r>
              <w:rPr>
                <w:sz w:val="17"/>
              </w:rPr>
              <w:t>S 20</w:t>
            </w:r>
          </w:p>
        </w:tc>
        <w:tc>
          <w:tcPr>
            <w:tcW w:type="dxa" w:w="877"/>
          </w:tcPr>
          <w:p>
            <w:pPr>
              <w:spacing w:after="0" w:line="252" w:lineRule="auto"/>
            </w:pPr>
            <w:r>
              <w:rPr>
                <w:sz w:val="17"/>
              </w:rPr>
              <w:t>Pflicht</w:t>
            </w:r>
          </w:p>
        </w:tc>
        <w:tc>
          <w:tcPr>
            <w:tcW w:type="dxa" w:w="1616"/>
          </w:tcPr>
          <w:p>
            <w:pPr>
              <w:spacing w:after="0" w:line="252" w:lineRule="auto"/>
            </w:pPr>
            <w:r>
              <w:rPr>
                <w:sz w:val="17"/>
              </w:rPr>
              <w:t>Konstante SHPG</w:t>
            </w:r>
          </w:p>
        </w:tc>
        <w:tc>
          <w:tcPr>
            <w:tcW w:type="dxa" w:w="1164"/>
          </w:tcPr>
          <w:p>
            <w:pPr>
              <w:spacing w:after="0" w:line="252" w:lineRule="auto"/>
            </w:pPr>
            <w:r>
              <w:rPr>
                <w:rFonts w:ascii="Consolas" w:hAnsi="Consolas" w:cs="Consolas" w:eastAsia="Consolas"/>
                <w:sz w:val="15"/>
              </w:rPr>
              <w:t>SHPG</w:t>
            </w:r>
          </w:p>
        </w:tc>
        <w:tc>
          <w:tcPr>
            <w:tcW w:type="dxa" w:w="1164"/>
          </w:tcPr>
          <w:p>
            <w:pPr>
              <w:spacing w:after="0" w:line="252" w:lineRule="auto"/>
            </w:pPr>
            <w:r>
              <w:rPr>
                <w:sz w:val="17"/>
              </w:rPr>
              <w:t xml:space="preserve">[belegt] </w:t>
            </w:r>
          </w:p>
          <w:p>
            <w:pPr>
              <w:spacing w:after="0"/>
            </w:pPr>
            <w:r>
              <w:rPr>
                <w:sz w:val="17"/>
              </w:rPr>
              <w:t>IM Tab. 56; S. 104</w:t>
            </w:r>
          </w:p>
        </w:tc>
      </w:tr>
      <w:tr>
        <w:tc>
          <w:tcPr>
            <w:tcW w:type="dxa" w:w="435"/>
          </w:tcPr>
          <w:p>
            <w:pPr>
              <w:spacing w:after="0" w:line="252" w:lineRule="auto"/>
            </w:pPr>
            <w:r>
              <w:rPr>
                <w:sz w:val="17"/>
              </w:rPr>
              <w:t>9</w:t>
            </w:r>
          </w:p>
        </w:tc>
        <w:tc>
          <w:tcPr>
            <w:tcW w:type="dxa" w:w="1164"/>
          </w:tcPr>
          <w:p>
            <w:pPr>
              <w:spacing w:after="0" w:line="252" w:lineRule="auto"/>
            </w:pPr>
            <w:r>
              <w:rPr>
                <w:b/>
                <w:sz w:val="17"/>
              </w:rPr>
              <w:t>info</w:t>
            </w:r>
          </w:p>
        </w:tc>
        <w:tc>
          <w:tcPr>
            <w:tcW w:type="dxa" w:w="1940"/>
          </w:tcPr>
          <w:p>
            <w:pPr>
              <w:spacing w:after="0" w:line="252" w:lineRule="auto"/>
            </w:pPr>
            <w:r>
              <w:rPr>
                <w:sz w:val="17"/>
              </w:rPr>
              <w:t>Zusatzinformation, frei</w:t>
            </w:r>
          </w:p>
        </w:tc>
        <w:tc>
          <w:tcPr>
            <w:tcW w:type="dxa" w:w="1164"/>
          </w:tcPr>
          <w:p>
            <w:pPr>
              <w:spacing w:after="0" w:line="252" w:lineRule="auto"/>
            </w:pPr>
            <w:r>
              <w:rPr>
                <w:sz w:val="17"/>
              </w:rPr>
              <w:t>S 256</w:t>
            </w:r>
          </w:p>
        </w:tc>
        <w:tc>
          <w:tcPr>
            <w:tcW w:type="dxa" w:w="877"/>
          </w:tcPr>
          <w:p>
            <w:pPr>
              <w:spacing w:after="0" w:line="252" w:lineRule="auto"/>
            </w:pPr>
            <w:r>
              <w:rPr>
                <w:sz w:val="17"/>
              </w:rPr>
              <w:t>optional</w:t>
            </w:r>
          </w:p>
        </w:tc>
        <w:tc>
          <w:tcPr>
            <w:tcW w:type="dxa" w:w="1616"/>
          </w:tcPr>
          <w:p>
            <w:pPr>
              <w:spacing w:after="0" w:line="252" w:lineRule="auto"/>
            </w:pPr>
            <w:r>
              <w:rPr>
                <w:sz w:val="17"/>
              </w:rPr>
              <w:t>z. B. „Wagen KW-1002“</w:t>
            </w:r>
          </w:p>
        </w:tc>
        <w:tc>
          <w:tcPr>
            <w:tcW w:type="dxa" w:w="1164"/>
          </w:tcPr>
          <w:p>
            <w:pPr>
              <w:spacing w:after="0" w:line="252" w:lineRule="auto"/>
            </w:pPr>
            <w:r>
              <w:rPr>
                <w:rFonts w:ascii="Consolas" w:hAnsi="Consolas" w:cs="Consolas" w:eastAsia="Consolas"/>
                <w:sz w:val="15"/>
              </w:rPr>
              <w:t>Wagen KW-1002</w:t>
            </w:r>
          </w:p>
        </w:tc>
        <w:tc>
          <w:tcPr>
            <w:tcW w:type="dxa" w:w="1164"/>
          </w:tcPr>
          <w:p>
            <w:pPr>
              <w:spacing w:after="0" w:line="252" w:lineRule="auto"/>
            </w:pPr>
            <w:r>
              <w:rPr>
                <w:sz w:val="17"/>
              </w:rPr>
              <w:t xml:space="preserve">[belegt] </w:t>
            </w:r>
          </w:p>
          <w:p>
            <w:pPr>
              <w:spacing w:after="0"/>
            </w:pPr>
            <w:r>
              <w:rPr>
                <w:sz w:val="17"/>
              </w:rPr>
              <w:t>IM Tab. 56</w:t>
            </w:r>
          </w:p>
        </w:tc>
      </w:tr>
      <w:tr>
        <w:tc>
          <w:tcPr>
            <w:tcW w:type="dxa" w:w="435"/>
          </w:tcPr>
          <w:p>
            <w:pPr>
              <w:spacing w:after="0" w:line="252" w:lineRule="auto"/>
            </w:pPr>
            <w:r>
              <w:rPr>
                <w:sz w:val="17"/>
              </w:rPr>
              <w:t>10</w:t>
            </w:r>
          </w:p>
        </w:tc>
        <w:tc>
          <w:tcPr>
            <w:tcW w:type="dxa" w:w="1164"/>
          </w:tcPr>
          <w:p>
            <w:pPr>
              <w:spacing w:after="0" w:line="252" w:lineRule="auto"/>
            </w:pPr>
            <w:r>
              <w:rPr>
                <w:b/>
                <w:sz w:val="17"/>
              </w:rPr>
              <w:t>info2</w:t>
            </w:r>
          </w:p>
        </w:tc>
        <w:tc>
          <w:tcPr>
            <w:tcW w:type="dxa" w:w="1940"/>
          </w:tcPr>
          <w:p>
            <w:pPr>
              <w:spacing w:after="0" w:line="252" w:lineRule="auto"/>
            </w:pPr>
            <w:r>
              <w:rPr>
                <w:sz w:val="17"/>
              </w:rPr>
              <w:t>Zusatzinformation 2, frei</w:t>
            </w:r>
          </w:p>
        </w:tc>
        <w:tc>
          <w:tcPr>
            <w:tcW w:type="dxa" w:w="1164"/>
          </w:tcPr>
          <w:p>
            <w:pPr>
              <w:spacing w:after="0" w:line="252" w:lineRule="auto"/>
            </w:pPr>
            <w:r>
              <w:rPr>
                <w:sz w:val="17"/>
              </w:rPr>
              <w:t>S 256</w:t>
            </w:r>
          </w:p>
        </w:tc>
        <w:tc>
          <w:tcPr>
            <w:tcW w:type="dxa" w:w="877"/>
          </w:tcPr>
          <w:p>
            <w:pPr>
              <w:spacing w:after="0" w:line="252" w:lineRule="auto"/>
            </w:pPr>
            <w:r>
              <w:rPr>
                <w:sz w:val="17"/>
              </w:rPr>
              <w:t>optional</w:t>
            </w:r>
          </w:p>
        </w:tc>
        <w:tc>
          <w:tcPr>
            <w:tcW w:type="dxa" w:w="1616"/>
          </w:tcPr>
          <w:p>
            <w:pPr>
              <w:spacing w:after="0" w:line="252" w:lineRule="auto"/>
            </w:pPr>
            <w:r>
              <w:rPr>
                <w:sz w:val="17"/>
              </w:rPr>
              <w:t>Hinweis aus dem Verkaufsauftrag</w:t>
            </w:r>
          </w:p>
        </w:tc>
        <w:tc>
          <w:tcPr>
            <w:tcW w:type="dxa" w:w="1164"/>
          </w:tcPr>
          <w:p>
            <w:pPr>
              <w:spacing w:after="0" w:line="252" w:lineRule="auto"/>
            </w:pPr>
            <w:r>
              <w:rPr>
                <w:rFonts w:ascii="Consolas" w:hAnsi="Consolas" w:cs="Consolas" w:eastAsia="Consolas"/>
                <w:sz w:val="15"/>
              </w:rPr>
              <w:t>Kunde verlangt Charge S2409D</w:t>
            </w:r>
          </w:p>
        </w:tc>
        <w:tc>
          <w:tcPr>
            <w:tcW w:type="dxa" w:w="1164"/>
          </w:tcPr>
          <w:p>
            <w:pPr>
              <w:spacing w:after="0" w:line="252" w:lineRule="auto"/>
            </w:pPr>
            <w:r>
              <w:rPr>
                <w:sz w:val="17"/>
              </w:rPr>
              <w:t xml:space="preserve">[belegt] </w:t>
            </w:r>
          </w:p>
          <w:p>
            <w:pPr>
              <w:spacing w:after="0"/>
            </w:pPr>
            <w:r>
              <w:rPr>
                <w:sz w:val="17"/>
              </w:rPr>
              <w:t>IM Tab. 56</w:t>
            </w:r>
          </w:p>
        </w:tc>
      </w:tr>
      <w:tr>
        <w:tc>
          <w:tcPr>
            <w:tcW w:type="dxa" w:w="435"/>
          </w:tcPr>
          <w:p>
            <w:pPr>
              <w:spacing w:after="0" w:line="252" w:lineRule="auto"/>
            </w:pPr>
            <w:r>
              <w:rPr>
                <w:sz w:val="17"/>
              </w:rPr>
              <w:t>11</w:t>
            </w:r>
          </w:p>
        </w:tc>
        <w:tc>
          <w:tcPr>
            <w:tcW w:type="dxa" w:w="1164"/>
          </w:tcPr>
          <w:p>
            <w:pPr>
              <w:spacing w:after="0" w:line="252" w:lineRule="auto"/>
            </w:pPr>
            <w:r>
              <w:rPr>
                <w:b/>
                <w:sz w:val="17"/>
              </w:rPr>
              <w:t>zone</w:t>
            </w:r>
          </w:p>
        </w:tc>
        <w:tc>
          <w:tcPr>
            <w:tcW w:type="dxa" w:w="1940"/>
          </w:tcPr>
          <w:p>
            <w:pPr>
              <w:spacing w:after="0" w:line="252" w:lineRule="auto"/>
            </w:pPr>
            <w:r>
              <w:rPr>
                <w:sz w:val="17"/>
              </w:rPr>
              <w:t>WAMAS-Zone</w:t>
            </w:r>
          </w:p>
        </w:tc>
        <w:tc>
          <w:tcPr>
            <w:tcW w:type="dxa" w:w="1164"/>
          </w:tcPr>
          <w:p>
            <w:pPr>
              <w:spacing w:after="0" w:line="252" w:lineRule="auto"/>
            </w:pPr>
            <w:r>
              <w:rPr>
                <w:sz w:val="17"/>
              </w:rPr>
              <w:t>S 10</w:t>
            </w:r>
          </w:p>
        </w:tc>
        <w:tc>
          <w:tcPr>
            <w:tcW w:type="dxa" w:w="877"/>
          </w:tcPr>
          <w:p>
            <w:pPr>
              <w:spacing w:after="0" w:line="252" w:lineRule="auto"/>
            </w:pPr>
            <w:r>
              <w:rPr>
                <w:sz w:val="17"/>
              </w:rPr>
              <w:t>Pflicht</w:t>
            </w:r>
          </w:p>
        </w:tc>
        <w:tc>
          <w:tcPr>
            <w:tcW w:type="dxa" w:w="1616"/>
          </w:tcPr>
          <w:p>
            <w:pPr>
              <w:spacing w:after="0" w:line="252" w:lineRule="auto"/>
            </w:pPr>
            <w:r>
              <w:rPr>
                <w:sz w:val="17"/>
              </w:rPr>
              <w:t>Konstante ZONEA (ein Lift)</w:t>
            </w:r>
          </w:p>
        </w:tc>
        <w:tc>
          <w:tcPr>
            <w:tcW w:type="dxa" w:w="1164"/>
          </w:tcPr>
          <w:p>
            <w:pPr>
              <w:spacing w:after="0" w:line="252" w:lineRule="auto"/>
            </w:pPr>
            <w:r>
              <w:rPr>
                <w:rFonts w:ascii="Consolas" w:hAnsi="Consolas" w:cs="Consolas" w:eastAsia="Consolas"/>
                <w:sz w:val="15"/>
              </w:rPr>
              <w:t>ZONEA</w:t>
            </w:r>
          </w:p>
        </w:tc>
        <w:tc>
          <w:tcPr>
            <w:tcW w:type="dxa" w:w="1164"/>
          </w:tcPr>
          <w:p>
            <w:pPr>
              <w:spacing w:after="0" w:line="252" w:lineRule="auto"/>
            </w:pPr>
            <w:r>
              <w:rPr>
                <w:sz w:val="17"/>
              </w:rPr>
              <w:t xml:space="preserve">[belegt] </w:t>
            </w:r>
          </w:p>
          <w:p>
            <w:pPr>
              <w:spacing w:after="0"/>
            </w:pPr>
            <w:r>
              <w:rPr>
                <w:sz w:val="17"/>
              </w:rPr>
              <w:t>IM Tab. 56; S. 104</w:t>
            </w:r>
          </w:p>
        </w:tc>
      </w:tr>
    </w:tbl>
    <w:p>
      <w:pPr>
        <w:pStyle w:val="BeschriftungSSI"/>
      </w:pPr>
      <w:r>
        <w:t>Tab. 9: WLSPD003</w:t>
      </w:r>
    </w:p>
    <w:p>
      <w:pPr>
        <w:pStyle w:val="Heading3"/>
      </w:pPr>
      <w:r>
        <w:t>9.1.2 WLSPDL002</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63"/>
        <w:gridCol w:w="1398"/>
        <w:gridCol w:w="1880"/>
        <w:gridCol w:w="917"/>
        <w:gridCol w:w="933"/>
        <w:gridCol w:w="1719"/>
        <w:gridCol w:w="1215"/>
        <w:gridCol w:w="997"/>
      </w:tblGrid>
      <w:tr>
        <w:trPr>
          <w:tblHeader w:val="true"/>
        </w:trPr>
        <w:tc>
          <w:tcPr>
            <w:tcW w:type="dxa" w:w="463"/>
            <w:shd w:val="clear" w:color="auto" w:fill="FEEE19"/>
          </w:tcPr>
          <w:p>
            <w:pPr>
              <w:spacing w:after="0"/>
            </w:pPr>
            <w:r>
              <w:rPr>
                <w:b/>
                <w:sz w:val="17"/>
              </w:rPr>
              <w:t>Nr</w:t>
            </w:r>
          </w:p>
        </w:tc>
        <w:tc>
          <w:tcPr>
            <w:tcW w:type="dxa" w:w="1399"/>
            <w:shd w:val="clear" w:color="auto" w:fill="FEEE19"/>
          </w:tcPr>
          <w:p>
            <w:pPr>
              <w:spacing w:after="0"/>
            </w:pPr>
            <w:r>
              <w:rPr>
                <w:b/>
                <w:sz w:val="17"/>
              </w:rPr>
              <w:t>Feld</w:t>
            </w:r>
          </w:p>
        </w:tc>
        <w:tc>
          <w:tcPr>
            <w:tcW w:type="dxa" w:w="1880"/>
            <w:shd w:val="clear" w:color="auto" w:fill="FEEE19"/>
          </w:tcPr>
          <w:p>
            <w:pPr>
              <w:spacing w:after="0"/>
            </w:pPr>
            <w:r>
              <w:rPr>
                <w:b/>
                <w:sz w:val="17"/>
              </w:rPr>
              <w:t>Bedeutung</w:t>
            </w:r>
          </w:p>
        </w:tc>
        <w:tc>
          <w:tcPr>
            <w:tcW w:type="dxa" w:w="917"/>
            <w:shd w:val="clear" w:color="auto" w:fill="FEEE19"/>
          </w:tcPr>
          <w:p>
            <w:pPr>
              <w:spacing w:after="0"/>
            </w:pPr>
            <w:r>
              <w:rPr>
                <w:b/>
                <w:sz w:val="17"/>
              </w:rPr>
              <w:t>Typ / Länge</w:t>
            </w:r>
          </w:p>
        </w:tc>
        <w:tc>
          <w:tcPr>
            <w:tcW w:type="dxa" w:w="933"/>
            <w:shd w:val="clear" w:color="auto" w:fill="FEEE19"/>
          </w:tcPr>
          <w:p>
            <w:pPr>
              <w:spacing w:after="0"/>
            </w:pPr>
            <w:r>
              <w:rPr>
                <w:b/>
                <w:sz w:val="17"/>
              </w:rPr>
              <w:t>Pflicht</w:t>
            </w:r>
          </w:p>
        </w:tc>
        <w:tc>
          <w:tcPr>
            <w:tcW w:type="dxa" w:w="1720"/>
            <w:shd w:val="clear" w:color="auto" w:fill="FEEE19"/>
          </w:tcPr>
          <w:p>
            <w:pPr>
              <w:spacing w:after="0"/>
            </w:pPr>
            <w:r>
              <w:rPr>
                <w:b/>
                <w:sz w:val="17"/>
              </w:rPr>
              <w:t>Herkunft in BC</w:t>
            </w:r>
          </w:p>
        </w:tc>
        <w:tc>
          <w:tcPr>
            <w:tcW w:type="dxa" w:w="1215"/>
            <w:shd w:val="clear" w:color="auto" w:fill="FEEE19"/>
          </w:tcPr>
          <w:p>
            <w:pPr>
              <w:spacing w:after="0"/>
            </w:pPr>
            <w:r>
              <w:rPr>
                <w:b/>
                <w:sz w:val="17"/>
              </w:rPr>
              <w:t>Beispiel Ausl000002</w:t>
            </w:r>
          </w:p>
        </w:tc>
        <w:tc>
          <w:tcPr>
            <w:tcW w:type="dxa" w:w="997"/>
            <w:shd w:val="clear" w:color="auto" w:fill="FEEE19"/>
          </w:tcPr>
          <w:p>
            <w:pPr>
              <w:spacing w:after="0"/>
            </w:pPr>
            <w:r>
              <w:rPr>
                <w:b/>
                <w:sz w:val="17"/>
              </w:rPr>
              <w:t>Status, Quelle</w:t>
            </w:r>
          </w:p>
        </w:tc>
      </w:tr>
      <w:tr>
        <w:tc>
          <w:tcPr>
            <w:tcW w:type="dxa" w:w="463"/>
          </w:tcPr>
          <w:p>
            <w:pPr>
              <w:spacing w:after="0" w:line="252" w:lineRule="auto"/>
            </w:pPr>
            <w:r>
              <w:rPr>
                <w:sz w:val="17"/>
              </w:rPr>
              <w:t>1</w:t>
            </w:r>
          </w:p>
        </w:tc>
        <w:tc>
          <w:tcPr>
            <w:tcW w:type="dxa" w:w="1399"/>
          </w:tcPr>
          <w:p>
            <w:pPr>
              <w:spacing w:after="0" w:line="252" w:lineRule="auto"/>
            </w:pPr>
            <w:r>
              <w:rPr>
                <w:b/>
                <w:sz w:val="17"/>
              </w:rPr>
              <w:t>demandNo</w:t>
            </w:r>
          </w:p>
        </w:tc>
        <w:tc>
          <w:tcPr>
            <w:tcW w:type="dxa" w:w="1880"/>
          </w:tcPr>
          <w:p>
            <w:pPr>
              <w:spacing w:after="0" w:line="252" w:lineRule="auto"/>
            </w:pPr>
            <w:r>
              <w:rPr>
                <w:sz w:val="17"/>
              </w:rPr>
              <w:t>Auftragsnummer wie Kopf</w:t>
            </w:r>
          </w:p>
        </w:tc>
        <w:tc>
          <w:tcPr>
            <w:tcW w:type="dxa" w:w="917"/>
          </w:tcPr>
          <w:p>
            <w:pPr>
              <w:spacing w:after="0" w:line="252" w:lineRule="auto"/>
            </w:pPr>
            <w:r>
              <w:rPr>
                <w:sz w:val="17"/>
              </w:rPr>
              <w:t>S 20</w:t>
            </w:r>
          </w:p>
        </w:tc>
        <w:tc>
          <w:tcPr>
            <w:tcW w:type="dxa" w:w="933"/>
          </w:tcPr>
          <w:p>
            <w:pPr>
              <w:spacing w:after="0" w:line="252" w:lineRule="auto"/>
            </w:pPr>
            <w:r>
              <w:rPr>
                <w:sz w:val="17"/>
              </w:rPr>
              <w:t>Pflicht</w:t>
            </w:r>
          </w:p>
        </w:tc>
        <w:tc>
          <w:tcPr>
            <w:tcW w:type="dxa" w:w="1720"/>
          </w:tcPr>
          <w:p>
            <w:pPr>
              <w:spacing w:after="0" w:line="252" w:lineRule="auto"/>
            </w:pPr>
            <w:r>
              <w:rPr>
                <w:sz w:val="17"/>
              </w:rPr>
              <w:t>wie Kopf</w:t>
            </w:r>
          </w:p>
        </w:tc>
        <w:tc>
          <w:tcPr>
            <w:tcW w:type="dxa" w:w="1215"/>
          </w:tcPr>
          <w:p>
            <w:pPr>
              <w:spacing w:after="0" w:line="252" w:lineRule="auto"/>
            </w:pPr>
            <w:r>
              <w:rPr>
                <w:rFonts w:ascii="Consolas" w:hAnsi="Consolas" w:cs="Consolas" w:eastAsia="Consolas"/>
                <w:sz w:val="15"/>
              </w:rPr>
              <w:t>Ausl000002</w:t>
            </w:r>
          </w:p>
        </w:tc>
        <w:tc>
          <w:tcPr>
            <w:tcW w:type="dxa" w:w="997"/>
          </w:tcPr>
          <w:p>
            <w:pPr>
              <w:spacing w:after="0" w:line="252" w:lineRule="auto"/>
            </w:pPr>
            <w:r>
              <w:rPr>
                <w:sz w:val="17"/>
              </w:rPr>
              <w:t xml:space="preserve">[belegt] </w:t>
            </w:r>
          </w:p>
          <w:p>
            <w:pPr>
              <w:spacing w:after="0"/>
            </w:pPr>
            <w:r>
              <w:rPr>
                <w:sz w:val="17"/>
              </w:rPr>
              <w:t>IM Tab. 57, S. 97</w:t>
            </w:r>
          </w:p>
        </w:tc>
      </w:tr>
      <w:tr>
        <w:tc>
          <w:tcPr>
            <w:tcW w:type="dxa" w:w="463"/>
          </w:tcPr>
          <w:p>
            <w:pPr>
              <w:spacing w:after="0" w:line="252" w:lineRule="auto"/>
            </w:pPr>
            <w:r>
              <w:rPr>
                <w:sz w:val="17"/>
              </w:rPr>
              <w:t>2</w:t>
            </w:r>
          </w:p>
        </w:tc>
        <w:tc>
          <w:tcPr>
            <w:tcW w:type="dxa" w:w="1399"/>
          </w:tcPr>
          <w:p>
            <w:pPr>
              <w:spacing w:after="0" w:line="252" w:lineRule="auto"/>
            </w:pPr>
            <w:r>
              <w:rPr>
                <w:b/>
                <w:sz w:val="17"/>
              </w:rPr>
              <w:t>sysPartnerLine</w:t>
            </w:r>
          </w:p>
        </w:tc>
        <w:tc>
          <w:tcPr>
            <w:tcW w:type="dxa" w:w="1880"/>
          </w:tcPr>
          <w:p>
            <w:pPr>
              <w:spacing w:after="0" w:line="252" w:lineRule="auto"/>
            </w:pPr>
            <w:r>
              <w:rPr>
                <w:sz w:val="17"/>
              </w:rPr>
              <w:t>Zeilennummer aus BC, eindeutig im Auftrag</w:t>
            </w:r>
          </w:p>
        </w:tc>
        <w:tc>
          <w:tcPr>
            <w:tcW w:type="dxa" w:w="917"/>
          </w:tcPr>
          <w:p>
            <w:pPr>
              <w:spacing w:after="0" w:line="252" w:lineRule="auto"/>
            </w:pPr>
            <w:r>
              <w:rPr>
                <w:sz w:val="17"/>
              </w:rPr>
              <w:t>N 10</w:t>
            </w:r>
          </w:p>
        </w:tc>
        <w:tc>
          <w:tcPr>
            <w:tcW w:type="dxa" w:w="933"/>
          </w:tcPr>
          <w:p>
            <w:pPr>
              <w:spacing w:after="0" w:line="252" w:lineRule="auto"/>
            </w:pPr>
            <w:r>
              <w:rPr>
                <w:sz w:val="17"/>
              </w:rPr>
              <w:t>Pflicht</w:t>
            </w:r>
          </w:p>
        </w:tc>
        <w:tc>
          <w:tcPr>
            <w:tcW w:type="dxa" w:w="1720"/>
          </w:tcPr>
          <w:p>
            <w:pPr>
              <w:spacing w:after="0" w:line="252" w:lineRule="auto"/>
            </w:pPr>
            <w:r>
              <w:rPr>
                <w:sz w:val="17"/>
              </w:rPr>
              <w:t>Zeilennr. der Warenausgangszeile (1, 2, 3 …)</w:t>
            </w:r>
          </w:p>
        </w:tc>
        <w:tc>
          <w:tcPr>
            <w:tcW w:type="dxa" w:w="1215"/>
          </w:tcPr>
          <w:p>
            <w:pPr>
              <w:spacing w:after="0" w:line="252" w:lineRule="auto"/>
            </w:pPr>
            <w:r>
              <w:rPr>
                <w:rFonts w:ascii="Consolas" w:hAnsi="Consolas" w:cs="Consolas" w:eastAsia="Consolas"/>
                <w:sz w:val="15"/>
              </w:rPr>
              <w:t>1</w:t>
            </w:r>
          </w:p>
        </w:tc>
        <w:tc>
          <w:tcPr>
            <w:tcW w:type="dxa" w:w="997"/>
          </w:tcPr>
          <w:p>
            <w:pPr>
              <w:spacing w:after="0" w:line="252" w:lineRule="auto"/>
            </w:pPr>
            <w:r>
              <w:rPr>
                <w:sz w:val="17"/>
              </w:rPr>
              <w:t xml:space="preserve">[belegt] </w:t>
            </w:r>
          </w:p>
          <w:p>
            <w:pPr>
              <w:spacing w:after="0"/>
            </w:pPr>
            <w:r>
              <w:rPr>
                <w:sz w:val="17"/>
              </w:rPr>
              <w:t>IM Tab. 57; S. 105</w:t>
            </w:r>
          </w:p>
        </w:tc>
      </w:tr>
      <w:tr>
        <w:tc>
          <w:tcPr>
            <w:tcW w:type="dxa" w:w="463"/>
          </w:tcPr>
          <w:p>
            <w:pPr>
              <w:spacing w:after="0" w:line="252" w:lineRule="auto"/>
            </w:pPr>
            <w:r>
              <w:rPr>
                <w:sz w:val="17"/>
              </w:rPr>
              <w:t>3</w:t>
            </w:r>
          </w:p>
        </w:tc>
        <w:tc>
          <w:tcPr>
            <w:tcW w:type="dxa" w:w="1399"/>
          </w:tcPr>
          <w:p>
            <w:pPr>
              <w:spacing w:after="0" w:line="252" w:lineRule="auto"/>
            </w:pPr>
            <w:r>
              <w:rPr>
                <w:b/>
                <w:sz w:val="17"/>
              </w:rPr>
              <w:t>recordState</w:t>
            </w:r>
          </w:p>
        </w:tc>
        <w:tc>
          <w:tcPr>
            <w:tcW w:type="dxa" w:w="1880"/>
          </w:tcPr>
          <w:p>
            <w:pPr>
              <w:spacing w:after="0" w:line="252" w:lineRule="auto"/>
            </w:pPr>
            <w:r>
              <w:rPr>
                <w:sz w:val="17"/>
              </w:rPr>
              <w:t>CREATE, UPDATE, CANCEL</w:t>
            </w:r>
          </w:p>
        </w:tc>
        <w:tc>
          <w:tcPr>
            <w:tcW w:type="dxa" w:w="917"/>
          </w:tcPr>
          <w:p>
            <w:pPr>
              <w:spacing w:after="0" w:line="252" w:lineRule="auto"/>
            </w:pPr>
            <w:r>
              <w:rPr>
                <w:sz w:val="17"/>
              </w:rPr>
              <w:t>E 6</w:t>
            </w:r>
          </w:p>
        </w:tc>
        <w:tc>
          <w:tcPr>
            <w:tcW w:type="dxa" w:w="933"/>
          </w:tcPr>
          <w:p>
            <w:pPr>
              <w:spacing w:after="0" w:line="252" w:lineRule="auto"/>
            </w:pPr>
            <w:r>
              <w:rPr>
                <w:sz w:val="17"/>
              </w:rPr>
              <w:t>optional</w:t>
            </w:r>
          </w:p>
        </w:tc>
        <w:tc>
          <w:tcPr>
            <w:tcW w:type="dxa" w:w="1720"/>
          </w:tcPr>
          <w:p>
            <w:pPr>
              <w:spacing w:after="0" w:line="252" w:lineRule="auto"/>
            </w:pPr>
            <w:r>
              <w:rPr>
                <w:sz w:val="17"/>
              </w:rPr>
              <w:t>CREATE</w:t>
            </w:r>
          </w:p>
        </w:tc>
        <w:tc>
          <w:tcPr>
            <w:tcW w:type="dxa" w:w="1215"/>
          </w:tcPr>
          <w:p>
            <w:pPr>
              <w:spacing w:after="0" w:line="252" w:lineRule="auto"/>
            </w:pPr>
            <w:r>
              <w:rPr>
                <w:rFonts w:ascii="Consolas" w:hAnsi="Consolas" w:cs="Consolas" w:eastAsia="Consolas"/>
                <w:sz w:val="15"/>
              </w:rPr>
              <w:t>CREATE</w:t>
            </w:r>
          </w:p>
        </w:tc>
        <w:tc>
          <w:tcPr>
            <w:tcW w:type="dxa" w:w="997"/>
          </w:tcPr>
          <w:p>
            <w:pPr>
              <w:spacing w:after="0" w:line="252" w:lineRule="auto"/>
            </w:pPr>
            <w:r>
              <w:rPr>
                <w:sz w:val="17"/>
              </w:rPr>
              <w:t xml:space="preserve">[belegt] </w:t>
            </w:r>
          </w:p>
          <w:p>
            <w:pPr>
              <w:spacing w:after="0"/>
            </w:pPr>
            <w:r>
              <w:rPr>
                <w:sz w:val="17"/>
              </w:rPr>
              <w:t>IM Tab. 57, Tab. 62</w:t>
            </w:r>
          </w:p>
        </w:tc>
      </w:tr>
      <w:tr>
        <w:tc>
          <w:tcPr>
            <w:tcW w:type="dxa" w:w="463"/>
          </w:tcPr>
          <w:p>
            <w:pPr>
              <w:spacing w:after="0" w:line="252" w:lineRule="auto"/>
            </w:pPr>
            <w:r>
              <w:rPr>
                <w:sz w:val="17"/>
              </w:rPr>
              <w:t>4</w:t>
            </w:r>
          </w:p>
        </w:tc>
        <w:tc>
          <w:tcPr>
            <w:tcW w:type="dxa" w:w="1399"/>
          </w:tcPr>
          <w:p>
            <w:pPr>
              <w:spacing w:after="0" w:line="252" w:lineRule="auto"/>
            </w:pPr>
            <w:r>
              <w:rPr>
                <w:b/>
                <w:sz w:val="17"/>
              </w:rPr>
              <w:t>itemNo</w:t>
            </w:r>
          </w:p>
        </w:tc>
        <w:tc>
          <w:tcPr>
            <w:tcW w:type="dxa" w:w="1880"/>
          </w:tcPr>
          <w:p>
            <w:pPr>
              <w:spacing w:after="0" w:line="252" w:lineRule="auto"/>
            </w:pPr>
            <w:r>
              <w:rPr>
                <w:sz w:val="17"/>
              </w:rPr>
              <w:t>Artikelnummer</w:t>
            </w:r>
          </w:p>
        </w:tc>
        <w:tc>
          <w:tcPr>
            <w:tcW w:type="dxa" w:w="917"/>
          </w:tcPr>
          <w:p>
            <w:pPr>
              <w:spacing w:after="0" w:line="252" w:lineRule="auto"/>
            </w:pPr>
            <w:r>
              <w:rPr>
                <w:sz w:val="17"/>
              </w:rPr>
              <w:t>S 40</w:t>
            </w:r>
          </w:p>
        </w:tc>
        <w:tc>
          <w:tcPr>
            <w:tcW w:type="dxa" w:w="933"/>
          </w:tcPr>
          <w:p>
            <w:pPr>
              <w:spacing w:after="0" w:line="252" w:lineRule="auto"/>
            </w:pPr>
            <w:r>
              <w:rPr>
                <w:sz w:val="17"/>
              </w:rPr>
              <w:t>Pflicht</w:t>
            </w:r>
          </w:p>
        </w:tc>
        <w:tc>
          <w:tcPr>
            <w:tcW w:type="dxa" w:w="1720"/>
          </w:tcPr>
          <w:p>
            <w:pPr>
              <w:spacing w:after="0" w:line="252" w:lineRule="auto"/>
            </w:pPr>
            <w:r>
              <w:rPr>
                <w:sz w:val="17"/>
              </w:rPr>
              <w:t>Artikelnr. (wie WLSITEM001)</w:t>
            </w:r>
          </w:p>
        </w:tc>
        <w:tc>
          <w:tcPr>
            <w:tcW w:type="dxa" w:w="1215"/>
          </w:tcPr>
          <w:p>
            <w:pPr>
              <w:spacing w:after="0" w:line="252" w:lineRule="auto"/>
            </w:pPr>
            <w:r>
              <w:rPr>
                <w:rFonts w:ascii="Consolas" w:hAnsi="Consolas" w:cs="Consolas" w:eastAsia="Consolas"/>
                <w:sz w:val="15"/>
              </w:rPr>
              <w:t>JB-3030</w:t>
            </w:r>
          </w:p>
        </w:tc>
        <w:tc>
          <w:tcPr>
            <w:tcW w:type="dxa" w:w="997"/>
          </w:tcPr>
          <w:p>
            <w:pPr>
              <w:spacing w:after="0" w:line="252" w:lineRule="auto"/>
            </w:pPr>
            <w:r>
              <w:rPr>
                <w:sz w:val="17"/>
              </w:rPr>
              <w:t xml:space="preserve">[belegt] </w:t>
            </w:r>
          </w:p>
          <w:p>
            <w:pPr>
              <w:spacing w:after="0"/>
            </w:pPr>
            <w:r>
              <w:rPr>
                <w:sz w:val="17"/>
              </w:rPr>
              <w:t>IM Tab. 57</w:t>
            </w:r>
          </w:p>
        </w:tc>
      </w:tr>
      <w:tr>
        <w:tc>
          <w:tcPr>
            <w:tcW w:type="dxa" w:w="463"/>
          </w:tcPr>
          <w:p>
            <w:pPr>
              <w:spacing w:after="0" w:line="252" w:lineRule="auto"/>
            </w:pPr>
            <w:r>
              <w:rPr>
                <w:sz w:val="17"/>
              </w:rPr>
              <w:t>5</w:t>
            </w:r>
          </w:p>
        </w:tc>
        <w:tc>
          <w:tcPr>
            <w:tcW w:type="dxa" w:w="1399"/>
          </w:tcPr>
          <w:p>
            <w:pPr>
              <w:spacing w:after="0" w:line="252" w:lineRule="auto"/>
            </w:pPr>
            <w:r>
              <w:rPr>
                <w:b/>
                <w:sz w:val="17"/>
              </w:rPr>
              <w:t>variant</w:t>
            </w:r>
          </w:p>
        </w:tc>
        <w:tc>
          <w:tcPr>
            <w:tcW w:type="dxa" w:w="1880"/>
          </w:tcPr>
          <w:p>
            <w:pPr>
              <w:spacing w:after="0" w:line="252" w:lineRule="auto"/>
            </w:pPr>
            <w:r>
              <w:rPr>
                <w:sz w:val="17"/>
              </w:rPr>
              <w:t>Variante, leer wird 00000</w:t>
            </w:r>
          </w:p>
        </w:tc>
        <w:tc>
          <w:tcPr>
            <w:tcW w:type="dxa" w:w="917"/>
          </w:tcPr>
          <w:p>
            <w:pPr>
              <w:spacing w:after="0" w:line="252" w:lineRule="auto"/>
            </w:pPr>
            <w:r>
              <w:rPr>
                <w:sz w:val="17"/>
              </w:rPr>
              <w:t>S 10</w:t>
            </w:r>
          </w:p>
        </w:tc>
        <w:tc>
          <w:tcPr>
            <w:tcW w:type="dxa" w:w="933"/>
          </w:tcPr>
          <w:p>
            <w:pPr>
              <w:spacing w:after="0" w:line="252" w:lineRule="auto"/>
            </w:pPr>
            <w:r>
              <w:rPr>
                <w:sz w:val="17"/>
              </w:rPr>
              <w:t>Pflicht</w:t>
            </w:r>
          </w:p>
        </w:tc>
        <w:tc>
          <w:tcPr>
            <w:tcW w:type="dxa" w:w="1720"/>
          </w:tcPr>
          <w:p>
            <w:pPr>
              <w:spacing w:after="0" w:line="252" w:lineRule="auto"/>
            </w:pPr>
            <w:r>
              <w:rPr>
                <w:sz w:val="17"/>
              </w:rPr>
              <w:t>Konstante 00000</w:t>
            </w:r>
          </w:p>
        </w:tc>
        <w:tc>
          <w:tcPr>
            <w:tcW w:type="dxa" w:w="1215"/>
          </w:tcPr>
          <w:p>
            <w:pPr>
              <w:spacing w:after="0" w:line="252" w:lineRule="auto"/>
            </w:pPr>
            <w:r>
              <w:rPr>
                <w:rFonts w:ascii="Consolas" w:hAnsi="Consolas" w:cs="Consolas" w:eastAsia="Consolas"/>
                <w:sz w:val="15"/>
              </w:rPr>
              <w:t>00000</w:t>
            </w:r>
          </w:p>
        </w:tc>
        <w:tc>
          <w:tcPr>
            <w:tcW w:type="dxa" w:w="997"/>
          </w:tcPr>
          <w:p>
            <w:pPr>
              <w:spacing w:after="0" w:line="252" w:lineRule="auto"/>
            </w:pPr>
            <w:r>
              <w:rPr>
                <w:sz w:val="17"/>
              </w:rPr>
              <w:t xml:space="preserve">[belegt] </w:t>
            </w:r>
          </w:p>
          <w:p>
            <w:pPr>
              <w:spacing w:after="0"/>
            </w:pPr>
            <w:r>
              <w:rPr>
                <w:sz w:val="17"/>
              </w:rPr>
              <w:t>IM Tab. 57; S. 105</w:t>
            </w:r>
          </w:p>
        </w:tc>
      </w:tr>
      <w:tr>
        <w:tc>
          <w:tcPr>
            <w:tcW w:type="dxa" w:w="463"/>
          </w:tcPr>
          <w:p>
            <w:pPr>
              <w:spacing w:after="0" w:line="252" w:lineRule="auto"/>
            </w:pPr>
            <w:r>
              <w:rPr>
                <w:sz w:val="17"/>
              </w:rPr>
              <w:t>6</w:t>
            </w:r>
          </w:p>
        </w:tc>
        <w:tc>
          <w:tcPr>
            <w:tcW w:type="dxa" w:w="1399"/>
          </w:tcPr>
          <w:p>
            <w:pPr>
              <w:spacing w:after="0" w:line="252" w:lineRule="auto"/>
            </w:pPr>
            <w:r>
              <w:rPr>
                <w:b/>
                <w:sz w:val="17"/>
              </w:rPr>
              <w:t>numBquWqu</w:t>
            </w:r>
          </w:p>
        </w:tc>
        <w:tc>
          <w:tcPr>
            <w:tcW w:type="dxa" w:w="1880"/>
          </w:tcPr>
          <w:p>
            <w:pPr>
              <w:spacing w:after="0" w:line="252" w:lineRule="auto"/>
            </w:pPr>
            <w:r>
              <w:rPr>
                <w:sz w:val="17"/>
              </w:rPr>
              <w:t>Basismengeneinheiten je Lagereinheit (Verpackungsversion)</w:t>
            </w:r>
          </w:p>
        </w:tc>
        <w:tc>
          <w:tcPr>
            <w:tcW w:type="dxa" w:w="917"/>
          </w:tcPr>
          <w:p>
            <w:pPr>
              <w:spacing w:after="0" w:line="252" w:lineRule="auto"/>
            </w:pPr>
            <w:r>
              <w:rPr>
                <w:sz w:val="17"/>
              </w:rPr>
              <w:t>D 12,3</w:t>
            </w:r>
          </w:p>
        </w:tc>
        <w:tc>
          <w:tcPr>
            <w:tcW w:type="dxa" w:w="933"/>
          </w:tcPr>
          <w:p>
            <w:pPr>
              <w:spacing w:after="0" w:line="252" w:lineRule="auto"/>
            </w:pPr>
            <w:r>
              <w:rPr>
                <w:sz w:val="17"/>
              </w:rPr>
              <w:t>optional</w:t>
            </w:r>
          </w:p>
        </w:tc>
        <w:tc>
          <w:tcPr>
            <w:tcW w:type="dxa" w:w="1720"/>
          </w:tcPr>
          <w:p>
            <w:pPr>
              <w:spacing w:after="0" w:line="252" w:lineRule="auto"/>
            </w:pPr>
            <w:r>
              <w:rPr>
                <w:sz w:val="17"/>
              </w:rPr>
              <w:t>1 bzw. Umrechnung der Einheit</w:t>
            </w:r>
          </w:p>
        </w:tc>
        <w:tc>
          <w:tcPr>
            <w:tcW w:type="dxa" w:w="1215"/>
          </w:tcPr>
          <w:p>
            <w:pPr>
              <w:spacing w:after="0" w:line="252" w:lineRule="auto"/>
            </w:pPr>
            <w:r>
              <w:rPr>
                <w:rFonts w:ascii="Consolas" w:hAnsi="Consolas" w:cs="Consolas" w:eastAsia="Consolas"/>
                <w:sz w:val="15"/>
              </w:rPr>
              <w:t>1</w:t>
            </w:r>
          </w:p>
        </w:tc>
        <w:tc>
          <w:tcPr>
            <w:tcW w:type="dxa" w:w="997"/>
          </w:tcPr>
          <w:p>
            <w:pPr>
              <w:spacing w:after="0" w:line="252" w:lineRule="auto"/>
            </w:pPr>
            <w:r>
              <w:rPr>
                <w:sz w:val="17"/>
              </w:rPr>
              <w:t>[belegt] Feld, [Annahme, zu prüfen] Wert</w:t>
            </w:r>
          </w:p>
          <w:p>
            <w:pPr>
              <w:spacing w:after="0"/>
            </w:pPr>
            <w:r>
              <w:rPr>
                <w:sz w:val="17"/>
              </w:rPr>
              <w:t>IM Tab. 57; S. 105</w:t>
            </w:r>
          </w:p>
        </w:tc>
      </w:tr>
      <w:tr>
        <w:tc>
          <w:tcPr>
            <w:tcW w:type="dxa" w:w="463"/>
          </w:tcPr>
          <w:p>
            <w:pPr>
              <w:spacing w:after="0" w:line="252" w:lineRule="auto"/>
            </w:pPr>
            <w:r>
              <w:rPr>
                <w:sz w:val="17"/>
              </w:rPr>
              <w:t>7</w:t>
            </w:r>
          </w:p>
        </w:tc>
        <w:tc>
          <w:tcPr>
            <w:tcW w:type="dxa" w:w="1399"/>
          </w:tcPr>
          <w:p>
            <w:pPr>
              <w:spacing w:after="0" w:line="252" w:lineRule="auto"/>
            </w:pPr>
            <w:r>
              <w:rPr>
                <w:b/>
                <w:sz w:val="17"/>
              </w:rPr>
              <w:t>batch</w:t>
            </w:r>
          </w:p>
        </w:tc>
        <w:tc>
          <w:tcPr>
            <w:tcW w:type="dxa" w:w="1880"/>
          </w:tcPr>
          <w:p>
            <w:pPr>
              <w:spacing w:after="0" w:line="252" w:lineRule="auto"/>
            </w:pPr>
            <w:r>
              <w:rPr>
                <w:sz w:val="17"/>
              </w:rPr>
              <w:t>verlangte Charge (sqa.batch); leer = beliebig</w:t>
            </w:r>
          </w:p>
        </w:tc>
        <w:tc>
          <w:tcPr>
            <w:tcW w:type="dxa" w:w="917"/>
          </w:tcPr>
          <w:p>
            <w:pPr>
              <w:spacing w:after="0" w:line="252" w:lineRule="auto"/>
            </w:pPr>
            <w:r>
              <w:rPr>
                <w:sz w:val="17"/>
              </w:rPr>
              <w:t>S 20</w:t>
            </w:r>
          </w:p>
        </w:tc>
        <w:tc>
          <w:tcPr>
            <w:tcW w:type="dxa" w:w="933"/>
          </w:tcPr>
          <w:p>
            <w:pPr>
              <w:spacing w:after="0" w:line="252" w:lineRule="auto"/>
            </w:pPr>
            <w:r>
              <w:rPr>
                <w:sz w:val="17"/>
              </w:rPr>
              <w:t>optional</w:t>
            </w:r>
          </w:p>
        </w:tc>
        <w:tc>
          <w:tcPr>
            <w:tcW w:type="dxa" w:w="1720"/>
          </w:tcPr>
          <w:p>
            <w:pPr>
              <w:spacing w:after="0" w:line="252" w:lineRule="auto"/>
            </w:pPr>
            <w:r>
              <w:rPr>
                <w:sz w:val="17"/>
              </w:rPr>
              <w:t>nur wenn der Kunde eine bestimmte Charge verlangt (Artikelverfolgung der Zeile)</w:t>
            </w:r>
          </w:p>
        </w:tc>
        <w:tc>
          <w:tcPr>
            <w:tcW w:type="dxa" w:w="1215"/>
          </w:tcPr>
          <w:p>
            <w:pPr>
              <w:spacing w:after="0" w:line="252" w:lineRule="auto"/>
            </w:pPr>
            <w:r>
              <w:rPr>
                <w:rFonts w:ascii="Consolas" w:hAnsi="Consolas" w:cs="Consolas" w:eastAsia="Consolas"/>
                <w:sz w:val="15"/>
              </w:rPr>
              <w:t>(leer), Zeile 2: S2409D</w:t>
            </w:r>
          </w:p>
        </w:tc>
        <w:tc>
          <w:tcPr>
            <w:tcW w:type="dxa" w:w="997"/>
          </w:tcPr>
          <w:p>
            <w:pPr>
              <w:spacing w:after="0" w:line="252" w:lineRule="auto"/>
            </w:pPr>
            <w:r>
              <w:rPr>
                <w:sz w:val="17"/>
              </w:rPr>
              <w:t>[belegt] Feld, [Annahme, zu prüfen] Wirkung</w:t>
            </w:r>
          </w:p>
          <w:p>
            <w:pPr>
              <w:spacing w:after="0"/>
            </w:pPr>
            <w:r>
              <w:rPr>
                <w:sz w:val="17"/>
              </w:rPr>
              <w:t>IM Tab. 57, S. 97; S. 105</w:t>
            </w:r>
          </w:p>
        </w:tc>
      </w:tr>
      <w:tr>
        <w:tc>
          <w:tcPr>
            <w:tcW w:type="dxa" w:w="463"/>
          </w:tcPr>
          <w:p>
            <w:pPr>
              <w:spacing w:after="0" w:line="252" w:lineRule="auto"/>
            </w:pPr>
            <w:r>
              <w:rPr>
                <w:sz w:val="17"/>
              </w:rPr>
              <w:t>8</w:t>
            </w:r>
          </w:p>
        </w:tc>
        <w:tc>
          <w:tcPr>
            <w:tcW w:type="dxa" w:w="1399"/>
          </w:tcPr>
          <w:p>
            <w:pPr>
              <w:spacing w:after="0" w:line="252" w:lineRule="auto"/>
            </w:pPr>
            <w:r>
              <w:rPr>
                <w:b/>
                <w:sz w:val="17"/>
              </w:rPr>
              <w:t>bbDate</w:t>
            </w:r>
          </w:p>
        </w:tc>
        <w:tc>
          <w:tcPr>
            <w:tcW w:type="dxa" w:w="1880"/>
          </w:tcPr>
          <w:p>
            <w:pPr>
              <w:spacing w:after="0" w:line="252" w:lineRule="auto"/>
            </w:pPr>
            <w:r>
              <w:rPr>
                <w:sz w:val="17"/>
              </w:rPr>
              <w:t>verlangtes MHD (sqa.bbDate); Vergleich nach LM053</w:t>
            </w:r>
          </w:p>
        </w:tc>
        <w:tc>
          <w:tcPr>
            <w:tcW w:type="dxa" w:w="917"/>
          </w:tcPr>
          <w:p>
            <w:pPr>
              <w:spacing w:after="0" w:line="252" w:lineRule="auto"/>
            </w:pPr>
            <w:r>
              <w:rPr>
                <w:sz w:val="17"/>
              </w:rPr>
              <w:t>DA 8, JJJJMMTT</w:t>
            </w:r>
          </w:p>
        </w:tc>
        <w:tc>
          <w:tcPr>
            <w:tcW w:type="dxa" w:w="933"/>
          </w:tcPr>
          <w:p>
            <w:pPr>
              <w:spacing w:after="0" w:line="252" w:lineRule="auto"/>
            </w:pPr>
            <w:r>
              <w:rPr>
                <w:sz w:val="17"/>
              </w:rPr>
              <w:t>optional</w:t>
            </w:r>
          </w:p>
        </w:tc>
        <w:tc>
          <w:tcPr>
            <w:tcW w:type="dxa" w:w="1720"/>
          </w:tcPr>
          <w:p>
            <w:pPr>
              <w:spacing w:after="0" w:line="252" w:lineRule="auto"/>
            </w:pPr>
            <w:r>
              <w:rPr>
                <w:sz w:val="17"/>
              </w:rPr>
              <w:t>nur bei MHD-Vorgabe, z. B. Mindest-MHD des Kunden</w:t>
            </w:r>
          </w:p>
        </w:tc>
        <w:tc>
          <w:tcPr>
            <w:tcW w:type="dxa" w:w="1215"/>
          </w:tcPr>
          <w:p>
            <w:pPr>
              <w:spacing w:after="0" w:line="252" w:lineRule="auto"/>
            </w:pPr>
            <w:r>
              <w:rPr>
                <w:rFonts w:ascii="Consolas" w:hAnsi="Consolas" w:cs="Consolas" w:eastAsia="Consolas"/>
                <w:sz w:val="15"/>
              </w:rPr>
              <w:t>(leer), Zeile 3: 20290101</w:t>
            </w:r>
          </w:p>
        </w:tc>
        <w:tc>
          <w:tcPr>
            <w:tcW w:type="dxa" w:w="997"/>
          </w:tcPr>
          <w:p>
            <w:pPr>
              <w:spacing w:after="0" w:line="252" w:lineRule="auto"/>
            </w:pPr>
            <w:r>
              <w:rPr>
                <w:sz w:val="17"/>
              </w:rPr>
              <w:t>[belegt] Feld, [Annahme, zu prüfen] Wirkung</w:t>
            </w:r>
          </w:p>
          <w:p>
            <w:pPr>
              <w:spacing w:after="0"/>
            </w:pPr>
            <w:r>
              <w:rPr>
                <w:sz w:val="17"/>
              </w:rPr>
              <w:t>IM Tab. 57; AM 3.1.3.2</w:t>
            </w:r>
          </w:p>
        </w:tc>
      </w:tr>
      <w:tr>
        <w:tc>
          <w:tcPr>
            <w:tcW w:type="dxa" w:w="463"/>
          </w:tcPr>
          <w:p>
            <w:pPr>
              <w:spacing w:after="0" w:line="252" w:lineRule="auto"/>
            </w:pPr>
            <w:r>
              <w:rPr>
                <w:sz w:val="17"/>
              </w:rPr>
              <w:t>9</w:t>
            </w:r>
          </w:p>
        </w:tc>
        <w:tc>
          <w:tcPr>
            <w:tcW w:type="dxa" w:w="1399"/>
          </w:tcPr>
          <w:p>
            <w:pPr>
              <w:spacing w:after="0" w:line="252" w:lineRule="auto"/>
            </w:pPr>
            <w:r>
              <w:rPr>
                <w:b/>
                <w:sz w:val="17"/>
              </w:rPr>
              <w:t>prodDate</w:t>
            </w:r>
          </w:p>
        </w:tc>
        <w:tc>
          <w:tcPr>
            <w:tcW w:type="dxa" w:w="1880"/>
          </w:tcPr>
          <w:p>
            <w:pPr>
              <w:spacing w:after="0" w:line="252" w:lineRule="auto"/>
            </w:pPr>
            <w:r>
              <w:rPr>
                <w:sz w:val="17"/>
              </w:rPr>
              <w:t>verlangtes Herstelldatum</w:t>
            </w:r>
          </w:p>
        </w:tc>
        <w:tc>
          <w:tcPr>
            <w:tcW w:type="dxa" w:w="917"/>
          </w:tcPr>
          <w:p>
            <w:pPr>
              <w:spacing w:after="0" w:line="252" w:lineRule="auto"/>
            </w:pPr>
            <w:r>
              <w:rPr>
                <w:sz w:val="17"/>
              </w:rPr>
              <w:t>DA 8</w:t>
            </w:r>
          </w:p>
        </w:tc>
        <w:tc>
          <w:tcPr>
            <w:tcW w:type="dxa" w:w="933"/>
          </w:tcPr>
          <w:p>
            <w:pPr>
              <w:spacing w:after="0" w:line="252" w:lineRule="auto"/>
            </w:pPr>
            <w:r>
              <w:rPr>
                <w:sz w:val="17"/>
              </w:rPr>
              <w:t>optional</w:t>
            </w:r>
          </w:p>
        </w:tc>
        <w:tc>
          <w:tcPr>
            <w:tcW w:type="dxa" w:w="1720"/>
          </w:tcPr>
          <w:p>
            <w:pPr>
              <w:spacing w:after="0" w:line="252" w:lineRule="auto"/>
            </w:pPr>
            <w:r>
              <w:rPr>
                <w:sz w:val="17"/>
              </w:rPr>
              <w:t>nicht genutzt, leer</w:t>
            </w:r>
          </w:p>
        </w:tc>
        <w:tc>
          <w:tcPr>
            <w:tcW w:type="dxa" w:w="1215"/>
          </w:tcPr>
          <w:p>
            <w:pPr>
              <w:spacing w:after="0" w:line="252" w:lineRule="auto"/>
            </w:pPr>
            <w:r>
              <w:rPr>
                <w:rFonts w:ascii="Consolas" w:hAnsi="Consolas" w:cs="Consolas" w:eastAsia="Consolas"/>
                <w:sz w:val="15"/>
              </w:rPr>
              <w:t>(leer)</w:t>
            </w:r>
          </w:p>
        </w:tc>
        <w:tc>
          <w:tcPr>
            <w:tcW w:type="dxa" w:w="997"/>
          </w:tcPr>
          <w:p>
            <w:pPr>
              <w:spacing w:after="0" w:line="252" w:lineRule="auto"/>
            </w:pPr>
            <w:r>
              <w:rPr>
                <w:sz w:val="17"/>
              </w:rPr>
              <w:t xml:space="preserve">[belegt] </w:t>
            </w:r>
          </w:p>
          <w:p>
            <w:pPr>
              <w:spacing w:after="0"/>
            </w:pPr>
            <w:r>
              <w:rPr>
                <w:sz w:val="17"/>
              </w:rPr>
              <w:t>IM Tab. 57</w:t>
            </w:r>
          </w:p>
        </w:tc>
      </w:tr>
      <w:tr>
        <w:tc>
          <w:tcPr>
            <w:tcW w:type="dxa" w:w="463"/>
          </w:tcPr>
          <w:p>
            <w:pPr>
              <w:spacing w:after="0" w:line="252" w:lineRule="auto"/>
            </w:pPr>
            <w:r>
              <w:rPr>
                <w:sz w:val="17"/>
              </w:rPr>
              <w:t>10</w:t>
            </w:r>
          </w:p>
        </w:tc>
        <w:tc>
          <w:tcPr>
            <w:tcW w:type="dxa" w:w="1399"/>
          </w:tcPr>
          <w:p>
            <w:pPr>
              <w:spacing w:after="0" w:line="252" w:lineRule="auto"/>
            </w:pPr>
            <w:r>
              <w:rPr>
                <w:b/>
                <w:sz w:val="17"/>
              </w:rPr>
              <w:t>baseQty</w:t>
            </w:r>
          </w:p>
        </w:tc>
        <w:tc>
          <w:tcPr>
            <w:tcW w:type="dxa" w:w="1880"/>
          </w:tcPr>
          <w:p>
            <w:pPr>
              <w:spacing w:after="0" w:line="252" w:lineRule="auto"/>
            </w:pPr>
            <w:r>
              <w:rPr>
                <w:sz w:val="17"/>
              </w:rPr>
              <w:t>bestellte Menge in Basiseinheit</w:t>
            </w:r>
          </w:p>
        </w:tc>
        <w:tc>
          <w:tcPr>
            <w:tcW w:type="dxa" w:w="917"/>
          </w:tcPr>
          <w:p>
            <w:pPr>
              <w:spacing w:after="0" w:line="252" w:lineRule="auto"/>
            </w:pPr>
            <w:r>
              <w:rPr>
                <w:sz w:val="17"/>
              </w:rPr>
              <w:t>D 12,3</w:t>
            </w:r>
          </w:p>
        </w:tc>
        <w:tc>
          <w:tcPr>
            <w:tcW w:type="dxa" w:w="933"/>
          </w:tcPr>
          <w:p>
            <w:pPr>
              <w:spacing w:after="0" w:line="252" w:lineRule="auto"/>
            </w:pPr>
            <w:r>
              <w:rPr>
                <w:sz w:val="17"/>
              </w:rPr>
              <w:t>Pflicht</w:t>
            </w:r>
          </w:p>
        </w:tc>
        <w:tc>
          <w:tcPr>
            <w:tcW w:type="dxa" w:w="1720"/>
          </w:tcPr>
          <w:p>
            <w:pPr>
              <w:spacing w:after="0" w:line="252" w:lineRule="auto"/>
            </w:pPr>
            <w:r>
              <w:rPr>
                <w:sz w:val="17"/>
              </w:rPr>
              <w:t>Menge der Zeile in Basiseinheit</w:t>
            </w:r>
          </w:p>
        </w:tc>
        <w:tc>
          <w:tcPr>
            <w:tcW w:type="dxa" w:w="1215"/>
          </w:tcPr>
          <w:p>
            <w:pPr>
              <w:spacing w:after="0" w:line="252" w:lineRule="auto"/>
            </w:pPr>
            <w:r>
              <w:rPr>
                <w:rFonts w:ascii="Consolas" w:hAnsi="Consolas" w:cs="Consolas" w:eastAsia="Consolas"/>
                <w:sz w:val="15"/>
              </w:rPr>
              <w:t>150.0</w:t>
            </w:r>
          </w:p>
        </w:tc>
        <w:tc>
          <w:tcPr>
            <w:tcW w:type="dxa" w:w="997"/>
          </w:tcPr>
          <w:p>
            <w:pPr>
              <w:spacing w:after="0" w:line="252" w:lineRule="auto"/>
            </w:pPr>
            <w:r>
              <w:rPr>
                <w:sz w:val="17"/>
              </w:rPr>
              <w:t xml:space="preserve">[belegt] </w:t>
            </w:r>
          </w:p>
          <w:p>
            <w:pPr>
              <w:spacing w:after="0"/>
            </w:pPr>
            <w:r>
              <w:rPr>
                <w:sz w:val="17"/>
              </w:rPr>
              <w:t>IM Tab. 57, S. 98</w:t>
            </w:r>
          </w:p>
        </w:tc>
      </w:tr>
      <w:tr>
        <w:tc>
          <w:tcPr>
            <w:tcW w:type="dxa" w:w="463"/>
          </w:tcPr>
          <w:p>
            <w:pPr>
              <w:spacing w:after="0" w:line="252" w:lineRule="auto"/>
            </w:pPr>
            <w:r>
              <w:rPr>
                <w:sz w:val="17"/>
              </w:rPr>
              <w:t>11</w:t>
            </w:r>
          </w:p>
        </w:tc>
        <w:tc>
          <w:tcPr>
            <w:tcW w:type="dxa" w:w="1399"/>
          </w:tcPr>
          <w:p>
            <w:pPr>
              <w:spacing w:after="0" w:line="252" w:lineRule="auto"/>
            </w:pPr>
            <w:r>
              <w:rPr>
                <w:b/>
                <w:sz w:val="17"/>
              </w:rPr>
              <w:t>csia1</w:t>
            </w:r>
          </w:p>
        </w:tc>
        <w:tc>
          <w:tcPr>
            <w:tcW w:type="dxa" w:w="1880"/>
          </w:tcPr>
          <w:p>
            <w:pPr>
              <w:spacing w:after="0" w:line="252" w:lineRule="auto"/>
            </w:pPr>
            <w:r>
              <w:rPr>
                <w:sz w:val="17"/>
              </w:rPr>
              <w:t>CSIA 01 = Seriennummer (Vorgabe)</w:t>
            </w:r>
          </w:p>
        </w:tc>
        <w:tc>
          <w:tcPr>
            <w:tcW w:type="dxa" w:w="917"/>
          </w:tcPr>
          <w:p>
            <w:pPr>
              <w:spacing w:after="0" w:line="252" w:lineRule="auto"/>
            </w:pPr>
            <w:r>
              <w:rPr>
                <w:sz w:val="17"/>
              </w:rPr>
              <w:t>S 50</w:t>
            </w:r>
          </w:p>
        </w:tc>
        <w:tc>
          <w:tcPr>
            <w:tcW w:type="dxa" w:w="933"/>
          </w:tcPr>
          <w:p>
            <w:pPr>
              <w:spacing w:after="0" w:line="252" w:lineRule="auto"/>
            </w:pPr>
            <w:r>
              <w:rPr>
                <w:sz w:val="17"/>
              </w:rPr>
              <w:t>optional</w:t>
            </w:r>
          </w:p>
        </w:tc>
        <w:tc>
          <w:tcPr>
            <w:tcW w:type="dxa" w:w="1720"/>
          </w:tcPr>
          <w:p>
            <w:pPr>
              <w:spacing w:after="0" w:line="252" w:lineRule="auto"/>
            </w:pPr>
            <w:r>
              <w:rPr>
                <w:sz w:val="17"/>
              </w:rPr>
              <w:t>nur wenn eine bestimmte Seriennummer geliefert werden muss; dann Menge 1</w:t>
            </w:r>
          </w:p>
        </w:tc>
        <w:tc>
          <w:tcPr>
            <w:tcW w:type="dxa" w:w="1215"/>
          </w:tcPr>
          <w:p>
            <w:pPr>
              <w:spacing w:after="0" w:line="252" w:lineRule="auto"/>
            </w:pPr>
            <w:r>
              <w:rPr>
                <w:rFonts w:ascii="Consolas" w:hAnsi="Consolas" w:cs="Consolas" w:eastAsia="Consolas"/>
                <w:sz w:val="15"/>
              </w:rPr>
              <w:t>nicht gesendet; Ausl000003 Zeile 4: LB48-000121</w:t>
            </w:r>
          </w:p>
        </w:tc>
        <w:tc>
          <w:tcPr>
            <w:tcW w:type="dxa" w:w="997"/>
          </w:tcPr>
          <w:p>
            <w:pPr>
              <w:spacing w:after="0" w:line="252" w:lineRule="auto"/>
            </w:pPr>
            <w:r>
              <w:rPr>
                <w:sz w:val="17"/>
              </w:rPr>
              <w:t>[belegt] Feld, [Annahme, zu prüfen] Wirkung</w:t>
            </w:r>
          </w:p>
          <w:p>
            <w:pPr>
              <w:spacing w:after="0"/>
            </w:pPr>
            <w:r>
              <w:rPr>
                <w:sz w:val="17"/>
              </w:rPr>
              <w:t>IM Tab. 57, S. 98</w:t>
            </w:r>
          </w:p>
        </w:tc>
      </w:tr>
      <w:tr>
        <w:tc>
          <w:tcPr>
            <w:tcW w:type="dxa" w:w="463"/>
          </w:tcPr>
          <w:p>
            <w:pPr>
              <w:spacing w:after="0" w:line="252" w:lineRule="auto"/>
            </w:pPr>
            <w:r>
              <w:rPr>
                <w:sz w:val="17"/>
              </w:rPr>
              <w:t>12-30</w:t>
            </w:r>
          </w:p>
        </w:tc>
        <w:tc>
          <w:tcPr>
            <w:tcW w:type="dxa" w:w="1399"/>
          </w:tcPr>
          <w:p>
            <w:pPr>
              <w:spacing w:after="0" w:line="252" w:lineRule="auto"/>
            </w:pPr>
            <w:r>
              <w:rPr>
                <w:b/>
                <w:sz w:val="17"/>
              </w:rPr>
              <w:t>csia2 bis csia20</w:t>
            </w:r>
          </w:p>
        </w:tc>
        <w:tc>
          <w:tcPr>
            <w:tcW w:type="dxa" w:w="1880"/>
          </w:tcPr>
          <w:p>
            <w:pPr>
              <w:spacing w:after="0" w:line="252" w:lineRule="auto"/>
            </w:pPr>
            <w:r>
              <w:rPr>
                <w:sz w:val="17"/>
              </w:rPr>
              <w:t>weitere CSIA</w:t>
            </w:r>
          </w:p>
        </w:tc>
        <w:tc>
          <w:tcPr>
            <w:tcW w:type="dxa" w:w="917"/>
          </w:tcPr>
          <w:p>
            <w:pPr>
              <w:spacing w:after="0" w:line="252" w:lineRule="auto"/>
            </w:pPr>
            <w:r>
              <w:rPr>
                <w:sz w:val="17"/>
              </w:rPr>
              <w:t>je S 50</w:t>
            </w:r>
          </w:p>
        </w:tc>
        <w:tc>
          <w:tcPr>
            <w:tcW w:type="dxa" w:w="933"/>
          </w:tcPr>
          <w:p>
            <w:pPr>
              <w:spacing w:after="0" w:line="252" w:lineRule="auto"/>
            </w:pPr>
            <w:r>
              <w:rPr>
                <w:sz w:val="17"/>
              </w:rPr>
              <w:t>optional</w:t>
            </w:r>
          </w:p>
        </w:tc>
        <w:tc>
          <w:tcPr>
            <w:tcW w:type="dxa" w:w="1720"/>
          </w:tcPr>
          <w:p>
            <w:pPr>
              <w:spacing w:after="0" w:line="252" w:lineRule="auto"/>
            </w:pPr>
            <w:r>
              <w:rPr>
                <w:sz w:val="17"/>
              </w:rPr>
              <w:t>nicht genutzt</w:t>
            </w:r>
          </w:p>
        </w:tc>
        <w:tc>
          <w:tcPr>
            <w:tcW w:type="dxa" w:w="1215"/>
          </w:tcPr>
          <w:p>
            <w:pPr>
              <w:spacing w:after="0" w:line="252" w:lineRule="auto"/>
            </w:pPr>
            <w:r>
              <w:rPr>
                <w:rFonts w:ascii="Consolas" w:hAnsi="Consolas" w:cs="Consolas" w:eastAsia="Consolas"/>
                <w:sz w:val="15"/>
              </w:rPr>
              <w:t>nicht gesendet</w:t>
            </w:r>
          </w:p>
        </w:tc>
        <w:tc>
          <w:tcPr>
            <w:tcW w:type="dxa" w:w="997"/>
          </w:tcPr>
          <w:p>
            <w:pPr>
              <w:spacing w:after="0" w:line="252" w:lineRule="auto"/>
            </w:pPr>
            <w:r>
              <w:rPr>
                <w:sz w:val="17"/>
              </w:rPr>
              <w:t xml:space="preserve">[belegt] </w:t>
            </w:r>
          </w:p>
          <w:p>
            <w:pPr>
              <w:spacing w:after="0"/>
            </w:pPr>
            <w:r>
              <w:rPr>
                <w:sz w:val="17"/>
              </w:rPr>
              <w:t>IM Tab. 57, S. 98/99</w:t>
            </w:r>
          </w:p>
        </w:tc>
      </w:tr>
      <w:tr>
        <w:tc>
          <w:tcPr>
            <w:tcW w:type="dxa" w:w="463"/>
          </w:tcPr>
          <w:p>
            <w:pPr>
              <w:spacing w:after="0" w:line="252" w:lineRule="auto"/>
            </w:pPr>
            <w:r>
              <w:rPr>
                <w:sz w:val="17"/>
              </w:rPr>
              <w:t>31</w:t>
            </w:r>
          </w:p>
        </w:tc>
        <w:tc>
          <w:tcPr>
            <w:tcW w:type="dxa" w:w="1399"/>
          </w:tcPr>
          <w:p>
            <w:pPr>
              <w:spacing w:after="0" w:line="252" w:lineRule="auto"/>
            </w:pPr>
            <w:r>
              <w:rPr>
                <w:b/>
                <w:sz w:val="17"/>
              </w:rPr>
              <w:t>gow</w:t>
            </w:r>
          </w:p>
        </w:tc>
        <w:tc>
          <w:tcPr>
            <w:tcW w:type="dxa" w:w="1880"/>
          </w:tcPr>
          <w:p>
            <w:pPr>
              <w:spacing w:after="0" w:line="252" w:lineRule="auto"/>
            </w:pPr>
            <w:r>
              <w:rPr>
                <w:sz w:val="17"/>
              </w:rPr>
              <w:t>Warenbesitzer (goods owner)</w:t>
            </w:r>
          </w:p>
        </w:tc>
        <w:tc>
          <w:tcPr>
            <w:tcW w:type="dxa" w:w="917"/>
          </w:tcPr>
          <w:p>
            <w:pPr>
              <w:spacing w:after="0" w:line="252" w:lineRule="auto"/>
            </w:pPr>
            <w:r>
              <w:rPr>
                <w:sz w:val="17"/>
              </w:rPr>
              <w:t>S 15</w:t>
            </w:r>
          </w:p>
        </w:tc>
        <w:tc>
          <w:tcPr>
            <w:tcW w:type="dxa" w:w="933"/>
          </w:tcPr>
          <w:p>
            <w:pPr>
              <w:spacing w:after="0" w:line="252" w:lineRule="auto"/>
            </w:pPr>
            <w:r>
              <w:rPr>
                <w:sz w:val="17"/>
              </w:rPr>
              <w:t>Pflicht</w:t>
            </w:r>
          </w:p>
        </w:tc>
        <w:tc>
          <w:tcPr>
            <w:tcW w:type="dxa" w:w="1720"/>
          </w:tcPr>
          <w:p>
            <w:pPr>
              <w:spacing w:after="0" w:line="252" w:lineRule="auto"/>
            </w:pPr>
            <w:r>
              <w:rPr>
                <w:sz w:val="17"/>
              </w:rPr>
              <w:t>Konstante pDEFAULT</w:t>
            </w:r>
          </w:p>
        </w:tc>
        <w:tc>
          <w:tcPr>
            <w:tcW w:type="dxa" w:w="1215"/>
          </w:tcPr>
          <w:p>
            <w:pPr>
              <w:spacing w:after="0" w:line="252" w:lineRule="auto"/>
            </w:pPr>
            <w:r>
              <w:rPr>
                <w:rFonts w:ascii="Consolas" w:hAnsi="Consolas" w:cs="Consolas" w:eastAsia="Consolas"/>
                <w:sz w:val="15"/>
              </w:rPr>
              <w:t>pDEFAULT</w:t>
            </w:r>
          </w:p>
        </w:tc>
        <w:tc>
          <w:tcPr>
            <w:tcW w:type="dxa" w:w="997"/>
          </w:tcPr>
          <w:p>
            <w:pPr>
              <w:spacing w:after="0" w:line="252" w:lineRule="auto"/>
            </w:pPr>
            <w:r>
              <w:rPr>
                <w:sz w:val="17"/>
              </w:rPr>
              <w:t xml:space="preserve">[belegt] </w:t>
            </w:r>
          </w:p>
          <w:p>
            <w:pPr>
              <w:spacing w:after="0"/>
            </w:pPr>
            <w:r>
              <w:rPr>
                <w:sz w:val="17"/>
              </w:rPr>
              <w:t>IM Tab. 57, S. 99</w:t>
            </w:r>
          </w:p>
        </w:tc>
      </w:tr>
      <w:tr>
        <w:tc>
          <w:tcPr>
            <w:tcW w:type="dxa" w:w="463"/>
          </w:tcPr>
          <w:p>
            <w:pPr>
              <w:spacing w:after="0" w:line="252" w:lineRule="auto"/>
            </w:pPr>
            <w:r>
              <w:rPr>
                <w:sz w:val="17"/>
              </w:rPr>
              <w:t>32</w:t>
            </w:r>
          </w:p>
        </w:tc>
        <w:tc>
          <w:tcPr>
            <w:tcW w:type="dxa" w:w="1399"/>
          </w:tcPr>
          <w:p>
            <w:pPr>
              <w:spacing w:after="0" w:line="252" w:lineRule="auto"/>
            </w:pPr>
            <w:r>
              <w:rPr>
                <w:b/>
                <w:sz w:val="17"/>
              </w:rPr>
              <w:t>stockRating</w:t>
            </w:r>
          </w:p>
        </w:tc>
        <w:tc>
          <w:tcPr>
            <w:tcW w:type="dxa" w:w="1880"/>
          </w:tcPr>
          <w:p>
            <w:pPr>
              <w:spacing w:after="0" w:line="252" w:lineRule="auto"/>
            </w:pPr>
            <w:r>
              <w:rPr>
                <w:sz w:val="17"/>
              </w:rPr>
              <w:t>Bestandsqualität</w:t>
            </w:r>
          </w:p>
        </w:tc>
        <w:tc>
          <w:tcPr>
            <w:tcW w:type="dxa" w:w="917"/>
          </w:tcPr>
          <w:p>
            <w:pPr>
              <w:spacing w:after="0" w:line="252" w:lineRule="auto"/>
            </w:pPr>
            <w:r>
              <w:rPr>
                <w:sz w:val="17"/>
              </w:rPr>
              <w:t>S 15</w:t>
            </w:r>
          </w:p>
        </w:tc>
        <w:tc>
          <w:tcPr>
            <w:tcW w:type="dxa" w:w="933"/>
          </w:tcPr>
          <w:p>
            <w:pPr>
              <w:spacing w:after="0" w:line="252" w:lineRule="auto"/>
            </w:pPr>
            <w:r>
              <w:rPr>
                <w:sz w:val="17"/>
              </w:rPr>
              <w:t>Pflicht</w:t>
            </w:r>
          </w:p>
        </w:tc>
        <w:tc>
          <w:tcPr>
            <w:tcW w:type="dxa" w:w="1720"/>
          </w:tcPr>
          <w:p>
            <w:pPr>
              <w:spacing w:after="0" w:line="252" w:lineRule="auto"/>
            </w:pPr>
            <w:r>
              <w:rPr>
                <w:sz w:val="17"/>
              </w:rPr>
              <w:t>Konstante 100 (frei verwendbar)</w:t>
            </w:r>
          </w:p>
        </w:tc>
        <w:tc>
          <w:tcPr>
            <w:tcW w:type="dxa" w:w="1215"/>
          </w:tcPr>
          <w:p>
            <w:pPr>
              <w:spacing w:after="0" w:line="252" w:lineRule="auto"/>
            </w:pPr>
            <w:r>
              <w:rPr>
                <w:rFonts w:ascii="Consolas" w:hAnsi="Consolas" w:cs="Consolas" w:eastAsia="Consolas"/>
                <w:sz w:val="15"/>
              </w:rPr>
              <w:t>100</w:t>
            </w:r>
          </w:p>
        </w:tc>
        <w:tc>
          <w:tcPr>
            <w:tcW w:type="dxa" w:w="997"/>
          </w:tcPr>
          <w:p>
            <w:pPr>
              <w:spacing w:after="0" w:line="252" w:lineRule="auto"/>
            </w:pPr>
            <w:r>
              <w:rPr>
                <w:sz w:val="17"/>
              </w:rPr>
              <w:t xml:space="preserve">[belegt] </w:t>
            </w:r>
          </w:p>
          <w:p>
            <w:pPr>
              <w:spacing w:after="0"/>
            </w:pPr>
            <w:r>
              <w:rPr>
                <w:sz w:val="17"/>
              </w:rPr>
              <w:t>IM Tab. 57, S. 99</w:t>
            </w:r>
          </w:p>
        </w:tc>
      </w:tr>
    </w:tbl>
    <w:p>
      <w:pPr>
        <w:pStyle w:val="BeschriftungSSI"/>
      </w:pPr>
      <w:r>
        <w:t>Tab. 10: WLSPDL002</w:t>
      </w:r>
    </w:p>
    <w:p>
      <w:pPr>
        <w:pStyle w:val="Heading3"/>
      </w:pPr>
      <w:r>
        <w:t>9.1.3 WLSPDEXTREF001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52"/>
        <w:gridCol w:w="1285"/>
        <w:gridCol w:w="1667"/>
        <w:gridCol w:w="888"/>
        <w:gridCol w:w="1112"/>
        <w:gridCol w:w="1380"/>
        <w:gridCol w:w="1449"/>
        <w:gridCol w:w="1189"/>
      </w:tblGrid>
      <w:tr>
        <w:trPr>
          <w:tblHeader w:val="true"/>
        </w:trPr>
        <w:tc>
          <w:tcPr>
            <w:tcW w:type="dxa" w:w="552"/>
            <w:shd w:val="clear" w:color="auto" w:fill="FEEE19"/>
          </w:tcPr>
          <w:p>
            <w:pPr>
              <w:spacing w:after="0"/>
            </w:pPr>
            <w:r>
              <w:rPr>
                <w:b/>
                <w:sz w:val="17"/>
              </w:rPr>
              <w:t>Nr</w:t>
            </w:r>
          </w:p>
        </w:tc>
        <w:tc>
          <w:tcPr>
            <w:tcW w:type="dxa" w:w="1285"/>
            <w:shd w:val="clear" w:color="auto" w:fill="FEEE19"/>
          </w:tcPr>
          <w:p>
            <w:pPr>
              <w:spacing w:after="0"/>
            </w:pPr>
            <w:r>
              <w:rPr>
                <w:b/>
                <w:sz w:val="17"/>
              </w:rPr>
              <w:t>Feld</w:t>
            </w:r>
          </w:p>
        </w:tc>
        <w:tc>
          <w:tcPr>
            <w:tcW w:type="dxa" w:w="1668"/>
            <w:shd w:val="clear" w:color="auto" w:fill="FEEE19"/>
          </w:tcPr>
          <w:p>
            <w:pPr>
              <w:spacing w:after="0"/>
            </w:pPr>
            <w:r>
              <w:rPr>
                <w:b/>
                <w:sz w:val="17"/>
              </w:rPr>
              <w:t>Bedeutung</w:t>
            </w:r>
          </w:p>
        </w:tc>
        <w:tc>
          <w:tcPr>
            <w:tcW w:type="dxa" w:w="888"/>
            <w:shd w:val="clear" w:color="auto" w:fill="FEEE19"/>
          </w:tcPr>
          <w:p>
            <w:pPr>
              <w:spacing w:after="0"/>
            </w:pPr>
            <w:r>
              <w:rPr>
                <w:b/>
                <w:sz w:val="17"/>
              </w:rPr>
              <w:t>Typ / Länge</w:t>
            </w:r>
          </w:p>
        </w:tc>
        <w:tc>
          <w:tcPr>
            <w:tcW w:type="dxa" w:w="1113"/>
            <w:shd w:val="clear" w:color="auto" w:fill="FEEE19"/>
          </w:tcPr>
          <w:p>
            <w:pPr>
              <w:spacing w:after="0"/>
            </w:pPr>
            <w:r>
              <w:rPr>
                <w:b/>
                <w:sz w:val="17"/>
              </w:rPr>
              <w:t>Pflicht</w:t>
            </w:r>
          </w:p>
        </w:tc>
        <w:tc>
          <w:tcPr>
            <w:tcW w:type="dxa" w:w="1381"/>
            <w:shd w:val="clear" w:color="auto" w:fill="FEEE19"/>
          </w:tcPr>
          <w:p>
            <w:pPr>
              <w:spacing w:after="0"/>
            </w:pPr>
            <w:r>
              <w:rPr>
                <w:b/>
                <w:sz w:val="17"/>
              </w:rPr>
              <w:t>Herkunft in BC</w:t>
            </w:r>
          </w:p>
        </w:tc>
        <w:tc>
          <w:tcPr>
            <w:tcW w:type="dxa" w:w="1449"/>
            <w:shd w:val="clear" w:color="auto" w:fill="FEEE19"/>
          </w:tcPr>
          <w:p>
            <w:pPr>
              <w:spacing w:after="0"/>
            </w:pPr>
            <w:r>
              <w:rPr>
                <w:b/>
                <w:sz w:val="17"/>
              </w:rPr>
              <w:t>Beispiel Ausl000002</w:t>
            </w:r>
          </w:p>
        </w:tc>
        <w:tc>
          <w:tcPr>
            <w:tcW w:type="dxa" w:w="1189"/>
            <w:shd w:val="clear" w:color="auto" w:fill="FEEE19"/>
          </w:tcPr>
          <w:p>
            <w:pPr>
              <w:spacing w:after="0"/>
            </w:pPr>
            <w:r>
              <w:rPr>
                <w:b/>
                <w:sz w:val="17"/>
              </w:rPr>
              <w:t>Status, Quelle</w:t>
            </w:r>
          </w:p>
        </w:tc>
      </w:tr>
      <w:tr>
        <w:tc>
          <w:tcPr>
            <w:tcW w:type="dxa" w:w="552"/>
          </w:tcPr>
          <w:p>
            <w:pPr>
              <w:spacing w:after="0" w:line="252" w:lineRule="auto"/>
            </w:pPr>
            <w:r>
              <w:rPr>
                <w:sz w:val="17"/>
              </w:rPr>
              <w:t>1</w:t>
            </w:r>
          </w:p>
        </w:tc>
        <w:tc>
          <w:tcPr>
            <w:tcW w:type="dxa" w:w="1285"/>
          </w:tcPr>
          <w:p>
            <w:pPr>
              <w:spacing w:after="0" w:line="252" w:lineRule="auto"/>
            </w:pPr>
            <w:r>
              <w:rPr>
                <w:b/>
                <w:sz w:val="17"/>
              </w:rPr>
              <w:t>clientId</w:t>
            </w:r>
          </w:p>
        </w:tc>
        <w:tc>
          <w:tcPr>
            <w:tcW w:type="dxa" w:w="1668"/>
          </w:tcPr>
          <w:p>
            <w:pPr>
              <w:spacing w:after="0" w:line="252" w:lineRule="auto"/>
            </w:pPr>
            <w:r>
              <w:rPr>
                <w:sz w:val="17"/>
              </w:rPr>
              <w:t>Mandant</w:t>
            </w:r>
          </w:p>
        </w:tc>
        <w:tc>
          <w:tcPr>
            <w:tcW w:type="dxa" w:w="888"/>
          </w:tcPr>
          <w:p>
            <w:pPr>
              <w:spacing w:after="0" w:line="252" w:lineRule="auto"/>
            </w:pPr>
            <w:r>
              <w:rPr>
                <w:sz w:val="17"/>
              </w:rPr>
              <w:t>S 10</w:t>
            </w:r>
          </w:p>
        </w:tc>
        <w:tc>
          <w:tcPr>
            <w:tcW w:type="dxa" w:w="1113"/>
          </w:tcPr>
          <w:p>
            <w:pPr>
              <w:spacing w:after="0" w:line="252" w:lineRule="auto"/>
            </w:pPr>
            <w:r>
              <w:rPr>
                <w:sz w:val="17"/>
              </w:rPr>
              <w:t>Pflicht</w:t>
            </w:r>
          </w:p>
        </w:tc>
        <w:tc>
          <w:tcPr>
            <w:tcW w:type="dxa" w:w="1381"/>
          </w:tcPr>
          <w:p>
            <w:pPr>
              <w:spacing w:after="0" w:line="252" w:lineRule="auto"/>
            </w:pPr>
            <w:r>
              <w:rPr>
                <w:sz w:val="17"/>
              </w:rPr>
              <w:t>DEFAULT</w:t>
            </w:r>
          </w:p>
        </w:tc>
        <w:tc>
          <w:tcPr>
            <w:tcW w:type="dxa" w:w="1449"/>
          </w:tcPr>
          <w:p>
            <w:pPr>
              <w:spacing w:after="0" w:line="252" w:lineRule="auto"/>
            </w:pPr>
            <w:r>
              <w:rPr>
                <w:rFonts w:ascii="Consolas" w:hAnsi="Consolas" w:cs="Consolas" w:eastAsia="Consolas"/>
                <w:sz w:val="15"/>
              </w:rPr>
              <w:t>DEFAULT</w:t>
            </w:r>
          </w:p>
        </w:tc>
        <w:tc>
          <w:tcPr>
            <w:tcW w:type="dxa" w:w="1189"/>
          </w:tcPr>
          <w:p>
            <w:pPr>
              <w:spacing w:after="0" w:line="252" w:lineRule="auto"/>
            </w:pPr>
            <w:r>
              <w:rPr>
                <w:sz w:val="17"/>
              </w:rPr>
              <w:t xml:space="preserve">[belegt] </w:t>
            </w:r>
          </w:p>
          <w:p>
            <w:pPr>
              <w:spacing w:after="0"/>
            </w:pPr>
            <w:r>
              <w:rPr>
                <w:sz w:val="17"/>
              </w:rPr>
              <w:t>IM Tab. 59, S. 102</w:t>
            </w:r>
          </w:p>
        </w:tc>
      </w:tr>
      <w:tr>
        <w:tc>
          <w:tcPr>
            <w:tcW w:type="dxa" w:w="552"/>
          </w:tcPr>
          <w:p>
            <w:pPr>
              <w:spacing w:after="0" w:line="252" w:lineRule="auto"/>
            </w:pPr>
            <w:r>
              <w:rPr>
                <w:sz w:val="17"/>
              </w:rPr>
              <w:t>2</w:t>
            </w:r>
          </w:p>
        </w:tc>
        <w:tc>
          <w:tcPr>
            <w:tcW w:type="dxa" w:w="1285"/>
          </w:tcPr>
          <w:p>
            <w:pPr>
              <w:spacing w:after="0" w:line="252" w:lineRule="auto"/>
            </w:pPr>
            <w:r>
              <w:rPr>
                <w:b/>
                <w:sz w:val="17"/>
              </w:rPr>
              <w:t>demandNo</w:t>
            </w:r>
          </w:p>
        </w:tc>
        <w:tc>
          <w:tcPr>
            <w:tcW w:type="dxa" w:w="1668"/>
          </w:tcPr>
          <w:p>
            <w:pPr>
              <w:spacing w:after="0" w:line="252" w:lineRule="auto"/>
            </w:pPr>
            <w:r>
              <w:rPr>
                <w:sz w:val="17"/>
              </w:rPr>
              <w:t>Auftragsnummer</w:t>
            </w:r>
          </w:p>
        </w:tc>
        <w:tc>
          <w:tcPr>
            <w:tcW w:type="dxa" w:w="888"/>
          </w:tcPr>
          <w:p>
            <w:pPr>
              <w:spacing w:after="0" w:line="252" w:lineRule="auto"/>
            </w:pPr>
            <w:r>
              <w:rPr>
                <w:sz w:val="17"/>
              </w:rPr>
              <w:t>S 20</w:t>
            </w:r>
          </w:p>
        </w:tc>
        <w:tc>
          <w:tcPr>
            <w:tcW w:type="dxa" w:w="1113"/>
          </w:tcPr>
          <w:p>
            <w:pPr>
              <w:spacing w:after="0" w:line="252" w:lineRule="auto"/>
            </w:pPr>
            <w:r>
              <w:rPr>
                <w:sz w:val="17"/>
              </w:rPr>
              <w:t>Pflicht</w:t>
            </w:r>
          </w:p>
        </w:tc>
        <w:tc>
          <w:tcPr>
            <w:tcW w:type="dxa" w:w="1381"/>
          </w:tcPr>
          <w:p>
            <w:pPr>
              <w:spacing w:after="0" w:line="252" w:lineRule="auto"/>
            </w:pPr>
            <w:r>
              <w:rPr>
                <w:sz w:val="17"/>
              </w:rPr>
              <w:t>wie Kopf</w:t>
            </w:r>
          </w:p>
        </w:tc>
        <w:tc>
          <w:tcPr>
            <w:tcW w:type="dxa" w:w="1449"/>
          </w:tcPr>
          <w:p>
            <w:pPr>
              <w:spacing w:after="0" w:line="252" w:lineRule="auto"/>
            </w:pPr>
            <w:r>
              <w:rPr>
                <w:rFonts w:ascii="Consolas" w:hAnsi="Consolas" w:cs="Consolas" w:eastAsia="Consolas"/>
                <w:sz w:val="15"/>
              </w:rPr>
              <w:t>Ausl000002</w:t>
            </w:r>
          </w:p>
        </w:tc>
        <w:tc>
          <w:tcPr>
            <w:tcW w:type="dxa" w:w="1189"/>
          </w:tcPr>
          <w:p>
            <w:pPr>
              <w:spacing w:after="0" w:line="252" w:lineRule="auto"/>
            </w:pPr>
            <w:r>
              <w:rPr>
                <w:sz w:val="17"/>
              </w:rPr>
              <w:t xml:space="preserve">[belegt] </w:t>
            </w:r>
          </w:p>
          <w:p>
            <w:pPr>
              <w:spacing w:after="0"/>
            </w:pPr>
            <w:r>
              <w:rPr>
                <w:sz w:val="17"/>
              </w:rPr>
              <w:t>IM Tab. 59</w:t>
            </w:r>
          </w:p>
        </w:tc>
      </w:tr>
      <w:tr>
        <w:tc>
          <w:tcPr>
            <w:tcW w:type="dxa" w:w="552"/>
          </w:tcPr>
          <w:p>
            <w:pPr>
              <w:spacing w:after="0" w:line="252" w:lineRule="auto"/>
            </w:pPr>
            <w:r>
              <w:rPr>
                <w:sz w:val="17"/>
              </w:rPr>
              <w:t>3</w:t>
            </w:r>
          </w:p>
        </w:tc>
        <w:tc>
          <w:tcPr>
            <w:tcW w:type="dxa" w:w="1285"/>
          </w:tcPr>
          <w:p>
            <w:pPr>
              <w:spacing w:after="0" w:line="252" w:lineRule="auto"/>
            </w:pPr>
            <w:r>
              <w:rPr>
                <w:b/>
                <w:sz w:val="17"/>
              </w:rPr>
              <w:t>extRefKey</w:t>
            </w:r>
          </w:p>
        </w:tc>
        <w:tc>
          <w:tcPr>
            <w:tcW w:type="dxa" w:w="1668"/>
          </w:tcPr>
          <w:p>
            <w:pPr>
              <w:spacing w:after="0" w:line="252" w:lineRule="auto"/>
            </w:pPr>
            <w:r>
              <w:rPr>
                <w:sz w:val="17"/>
              </w:rPr>
              <w:t>Schlüssel</w:t>
            </w:r>
          </w:p>
        </w:tc>
        <w:tc>
          <w:tcPr>
            <w:tcW w:type="dxa" w:w="888"/>
          </w:tcPr>
          <w:p>
            <w:pPr>
              <w:spacing w:after="0" w:line="252" w:lineRule="auto"/>
            </w:pPr>
            <w:r>
              <w:rPr>
                <w:sz w:val="17"/>
              </w:rPr>
              <w:t>S 64</w:t>
            </w:r>
          </w:p>
        </w:tc>
        <w:tc>
          <w:tcPr>
            <w:tcW w:type="dxa" w:w="1113"/>
          </w:tcPr>
          <w:p>
            <w:pPr>
              <w:spacing w:after="0" w:line="252" w:lineRule="auto"/>
            </w:pPr>
            <w:r>
              <w:rPr>
                <w:sz w:val="17"/>
              </w:rPr>
              <w:t>optional</w:t>
            </w:r>
          </w:p>
        </w:tc>
        <w:tc>
          <w:tcPr>
            <w:tcW w:type="dxa" w:w="1381"/>
          </w:tcPr>
          <w:p>
            <w:pPr>
              <w:spacing w:after="0" w:line="252" w:lineRule="auto"/>
            </w:pPr>
            <w:r>
              <w:rPr>
                <w:sz w:val="17"/>
              </w:rPr>
              <w:t>Konstante WAGE</w:t>
            </w:r>
          </w:p>
        </w:tc>
        <w:tc>
          <w:tcPr>
            <w:tcW w:type="dxa" w:w="1449"/>
          </w:tcPr>
          <w:p>
            <w:pPr>
              <w:spacing w:after="0" w:line="252" w:lineRule="auto"/>
            </w:pPr>
            <w:r>
              <w:rPr>
                <w:rFonts w:ascii="Consolas" w:hAnsi="Consolas" w:cs="Consolas" w:eastAsia="Consolas"/>
                <w:sz w:val="15"/>
              </w:rPr>
              <w:t>WAGE</w:t>
            </w:r>
          </w:p>
        </w:tc>
        <w:tc>
          <w:tcPr>
            <w:tcW w:type="dxa" w:w="1189"/>
          </w:tcPr>
          <w:p>
            <w:pPr>
              <w:spacing w:after="0" w:line="252" w:lineRule="auto"/>
            </w:pPr>
            <w:r>
              <w:rPr>
                <w:sz w:val="17"/>
              </w:rPr>
              <w:t>[belegt] Feld, [Annahme, zu prüfen] Schlüssel</w:t>
            </w:r>
          </w:p>
          <w:p>
            <w:pPr>
              <w:spacing w:after="0"/>
            </w:pPr>
            <w:r>
              <w:rPr>
                <w:sz w:val="17"/>
              </w:rPr>
              <w:t>IM Tab. 59</w:t>
            </w:r>
          </w:p>
        </w:tc>
      </w:tr>
      <w:tr>
        <w:tc>
          <w:tcPr>
            <w:tcW w:type="dxa" w:w="552"/>
          </w:tcPr>
          <w:p>
            <w:pPr>
              <w:spacing w:after="0" w:line="252" w:lineRule="auto"/>
            </w:pPr>
            <w:r>
              <w:rPr>
                <w:sz w:val="17"/>
              </w:rPr>
              <w:t>4</w:t>
            </w:r>
          </w:p>
        </w:tc>
        <w:tc>
          <w:tcPr>
            <w:tcW w:type="dxa" w:w="1285"/>
          </w:tcPr>
          <w:p>
            <w:pPr>
              <w:spacing w:after="0" w:line="252" w:lineRule="auto"/>
            </w:pPr>
            <w:r>
              <w:rPr>
                <w:b/>
                <w:sz w:val="17"/>
              </w:rPr>
              <w:t>extRefVal1</w:t>
            </w:r>
          </w:p>
        </w:tc>
        <w:tc>
          <w:tcPr>
            <w:tcW w:type="dxa" w:w="1668"/>
          </w:tcPr>
          <w:p>
            <w:pPr>
              <w:spacing w:after="0" w:line="252" w:lineRule="auto"/>
            </w:pPr>
            <w:r>
              <w:rPr>
                <w:sz w:val="17"/>
              </w:rPr>
              <w:t>Wert 1</w:t>
            </w:r>
          </w:p>
        </w:tc>
        <w:tc>
          <w:tcPr>
            <w:tcW w:type="dxa" w:w="888"/>
          </w:tcPr>
          <w:p>
            <w:pPr>
              <w:spacing w:after="0" w:line="252" w:lineRule="auto"/>
            </w:pPr>
            <w:r>
              <w:rPr>
                <w:sz w:val="17"/>
              </w:rPr>
              <w:t>S 512</w:t>
            </w:r>
          </w:p>
        </w:tc>
        <w:tc>
          <w:tcPr>
            <w:tcW w:type="dxa" w:w="1113"/>
          </w:tcPr>
          <w:p>
            <w:pPr>
              <w:spacing w:after="0" w:line="252" w:lineRule="auto"/>
            </w:pPr>
            <w:r>
              <w:rPr>
                <w:sz w:val="17"/>
              </w:rPr>
              <w:t>optional</w:t>
            </w:r>
          </w:p>
        </w:tc>
        <w:tc>
          <w:tcPr>
            <w:tcW w:type="dxa" w:w="1381"/>
          </w:tcPr>
          <w:p>
            <w:pPr>
              <w:spacing w:after="0" w:line="252" w:lineRule="auto"/>
            </w:pPr>
            <w:r>
              <w:rPr>
                <w:sz w:val="17"/>
              </w:rPr>
              <w:t>Wagennummer</w:t>
            </w:r>
          </w:p>
        </w:tc>
        <w:tc>
          <w:tcPr>
            <w:tcW w:type="dxa" w:w="1449"/>
          </w:tcPr>
          <w:p>
            <w:pPr>
              <w:spacing w:after="0" w:line="252" w:lineRule="auto"/>
            </w:pPr>
            <w:r>
              <w:rPr>
                <w:rFonts w:ascii="Consolas" w:hAnsi="Consolas" w:cs="Consolas" w:eastAsia="Consolas"/>
                <w:sz w:val="15"/>
              </w:rPr>
              <w:t>KW-1002</w:t>
            </w:r>
          </w:p>
        </w:tc>
        <w:tc>
          <w:tcPr>
            <w:tcW w:type="dxa" w:w="1189"/>
          </w:tcPr>
          <w:p>
            <w:pPr>
              <w:spacing w:after="0" w:line="252" w:lineRule="auto"/>
            </w:pPr>
            <w:r>
              <w:rPr>
                <w:sz w:val="17"/>
              </w:rPr>
              <w:t>[belegt] Feld, [Annahme, zu prüfen] Inhalt</w:t>
            </w:r>
          </w:p>
          <w:p>
            <w:pPr>
              <w:spacing w:after="0"/>
            </w:pPr>
            <w:r>
              <w:rPr>
                <w:sz w:val="17"/>
              </w:rPr>
              <w:t>IM Tab. 59, S. 103</w:t>
            </w:r>
          </w:p>
        </w:tc>
      </w:tr>
      <w:tr>
        <w:tc>
          <w:tcPr>
            <w:tcW w:type="dxa" w:w="552"/>
          </w:tcPr>
          <w:p>
            <w:pPr>
              <w:spacing w:after="0" w:line="252" w:lineRule="auto"/>
            </w:pPr>
            <w:r>
              <w:rPr>
                <w:sz w:val="17"/>
              </w:rPr>
              <w:t>5</w:t>
            </w:r>
          </w:p>
        </w:tc>
        <w:tc>
          <w:tcPr>
            <w:tcW w:type="dxa" w:w="1285"/>
          </w:tcPr>
          <w:p>
            <w:pPr>
              <w:spacing w:after="0" w:line="252" w:lineRule="auto"/>
            </w:pPr>
            <w:r>
              <w:rPr>
                <w:b/>
                <w:sz w:val="17"/>
              </w:rPr>
              <w:t>extRefVal2</w:t>
            </w:r>
          </w:p>
        </w:tc>
        <w:tc>
          <w:tcPr>
            <w:tcW w:type="dxa" w:w="1668"/>
          </w:tcPr>
          <w:p>
            <w:pPr>
              <w:spacing w:after="0" w:line="252" w:lineRule="auto"/>
            </w:pPr>
            <w:r>
              <w:rPr>
                <w:sz w:val="17"/>
              </w:rPr>
              <w:t>Wert 2</w:t>
            </w:r>
          </w:p>
        </w:tc>
        <w:tc>
          <w:tcPr>
            <w:tcW w:type="dxa" w:w="888"/>
          </w:tcPr>
          <w:p>
            <w:pPr>
              <w:spacing w:after="0" w:line="252" w:lineRule="auto"/>
            </w:pPr>
            <w:r>
              <w:rPr>
                <w:sz w:val="17"/>
              </w:rPr>
              <w:t>S 512</w:t>
            </w:r>
          </w:p>
        </w:tc>
        <w:tc>
          <w:tcPr>
            <w:tcW w:type="dxa" w:w="1113"/>
          </w:tcPr>
          <w:p>
            <w:pPr>
              <w:spacing w:after="0" w:line="252" w:lineRule="auto"/>
            </w:pPr>
            <w:r>
              <w:rPr>
                <w:sz w:val="17"/>
              </w:rPr>
              <w:t>optional</w:t>
            </w:r>
          </w:p>
        </w:tc>
        <w:tc>
          <w:tcPr>
            <w:tcW w:type="dxa" w:w="1381"/>
          </w:tcPr>
          <w:p>
            <w:pPr>
              <w:spacing w:after="0" w:line="252" w:lineRule="auto"/>
            </w:pPr>
            <w:r>
              <w:rPr>
                <w:sz w:val="17"/>
              </w:rPr>
              <w:t>leer</w:t>
            </w:r>
          </w:p>
        </w:tc>
        <w:tc>
          <w:tcPr>
            <w:tcW w:type="dxa" w:w="1449"/>
          </w:tcPr>
          <w:p>
            <w:pPr>
              <w:spacing w:after="0" w:line="252" w:lineRule="auto"/>
            </w:pPr>
            <w:r>
              <w:rPr>
                <w:rFonts w:ascii="Consolas" w:hAnsi="Consolas" w:cs="Consolas" w:eastAsia="Consolas"/>
                <w:sz w:val="15"/>
              </w:rPr>
              <w:t>(leer)</w:t>
            </w:r>
          </w:p>
        </w:tc>
        <w:tc>
          <w:tcPr>
            <w:tcW w:type="dxa" w:w="1189"/>
          </w:tcPr>
          <w:p>
            <w:pPr>
              <w:spacing w:after="0" w:line="252" w:lineRule="auto"/>
            </w:pPr>
            <w:r>
              <w:rPr>
                <w:sz w:val="17"/>
              </w:rPr>
              <w:t>[belegt] Feld, [Annahme, zu prüfen] Inhalt</w:t>
            </w:r>
          </w:p>
          <w:p>
            <w:pPr>
              <w:spacing w:after="0"/>
            </w:pPr>
            <w:r>
              <w:rPr>
                <w:sz w:val="17"/>
              </w:rPr>
              <w:t>IM Tab. 59, S. 103</w:t>
            </w:r>
          </w:p>
        </w:tc>
      </w:tr>
    </w:tbl>
    <w:p>
      <w:pPr>
        <w:pStyle w:val="BeschriftungSSI"/>
      </w:pPr>
      <w:r>
        <w:t>Tab. 11: WLSPDEXTREF001</w:t>
      </w:r>
    </w:p>
    <w:p>
      <w:pPr>
        <w:pStyle w:val="Heading3"/>
      </w:pPr>
      <w:r>
        <w:t>9.1.4 WLSPDLEXTREF001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16"/>
        <w:gridCol w:w="1558"/>
        <w:gridCol w:w="1558"/>
        <w:gridCol w:w="830"/>
        <w:gridCol w:w="1039"/>
        <w:gridCol w:w="1558"/>
        <w:gridCol w:w="1353"/>
        <w:gridCol w:w="1111"/>
      </w:tblGrid>
      <w:tr>
        <w:trPr>
          <w:tblHeader w:val="true"/>
        </w:trPr>
        <w:tc>
          <w:tcPr>
            <w:tcW w:type="dxa" w:w="516"/>
            <w:shd w:val="clear" w:color="auto" w:fill="FEEE19"/>
          </w:tcPr>
          <w:p>
            <w:pPr>
              <w:spacing w:after="0"/>
            </w:pPr>
            <w:r>
              <w:rPr>
                <w:b/>
                <w:sz w:val="17"/>
              </w:rPr>
              <w:t>Nr</w:t>
            </w:r>
          </w:p>
        </w:tc>
        <w:tc>
          <w:tcPr>
            <w:tcW w:type="dxa" w:w="1558"/>
            <w:shd w:val="clear" w:color="auto" w:fill="FEEE19"/>
          </w:tcPr>
          <w:p>
            <w:pPr>
              <w:spacing w:after="0"/>
            </w:pPr>
            <w:r>
              <w:rPr>
                <w:b/>
                <w:sz w:val="17"/>
              </w:rPr>
              <w:t>Feld</w:t>
            </w:r>
          </w:p>
        </w:tc>
        <w:tc>
          <w:tcPr>
            <w:tcW w:type="dxa" w:w="1558"/>
            <w:shd w:val="clear" w:color="auto" w:fill="FEEE19"/>
          </w:tcPr>
          <w:p>
            <w:pPr>
              <w:spacing w:after="0"/>
            </w:pPr>
            <w:r>
              <w:rPr>
                <w:b/>
                <w:sz w:val="17"/>
              </w:rPr>
              <w:t>Bedeutung</w:t>
            </w:r>
          </w:p>
        </w:tc>
        <w:tc>
          <w:tcPr>
            <w:tcW w:type="dxa" w:w="830"/>
            <w:shd w:val="clear" w:color="auto" w:fill="FEEE19"/>
          </w:tcPr>
          <w:p>
            <w:pPr>
              <w:spacing w:after="0"/>
            </w:pPr>
            <w:r>
              <w:rPr>
                <w:b/>
                <w:sz w:val="17"/>
              </w:rPr>
              <w:t>Typ / Länge</w:t>
            </w:r>
          </w:p>
        </w:tc>
        <w:tc>
          <w:tcPr>
            <w:tcW w:type="dxa" w:w="1040"/>
            <w:shd w:val="clear" w:color="auto" w:fill="FEEE19"/>
          </w:tcPr>
          <w:p>
            <w:pPr>
              <w:spacing w:after="0"/>
            </w:pPr>
            <w:r>
              <w:rPr>
                <w:b/>
                <w:sz w:val="17"/>
              </w:rPr>
              <w:t>Pflicht</w:t>
            </w:r>
          </w:p>
        </w:tc>
        <w:tc>
          <w:tcPr>
            <w:tcW w:type="dxa" w:w="1558"/>
            <w:shd w:val="clear" w:color="auto" w:fill="FEEE19"/>
          </w:tcPr>
          <w:p>
            <w:pPr>
              <w:spacing w:after="0"/>
            </w:pPr>
            <w:r>
              <w:rPr>
                <w:b/>
                <w:sz w:val="17"/>
              </w:rPr>
              <w:t>Herkunft in BC</w:t>
            </w:r>
          </w:p>
        </w:tc>
        <w:tc>
          <w:tcPr>
            <w:tcW w:type="dxa" w:w="1354"/>
            <w:shd w:val="clear" w:color="auto" w:fill="FEEE19"/>
          </w:tcPr>
          <w:p>
            <w:pPr>
              <w:spacing w:after="0"/>
            </w:pPr>
            <w:r>
              <w:rPr>
                <w:b/>
                <w:sz w:val="17"/>
              </w:rPr>
              <w:t>Beispiel Ausl000002</w:t>
            </w:r>
          </w:p>
        </w:tc>
        <w:tc>
          <w:tcPr>
            <w:tcW w:type="dxa" w:w="1111"/>
            <w:shd w:val="clear" w:color="auto" w:fill="FEEE19"/>
          </w:tcPr>
          <w:p>
            <w:pPr>
              <w:spacing w:after="0"/>
            </w:pPr>
            <w:r>
              <w:rPr>
                <w:b/>
                <w:sz w:val="17"/>
              </w:rPr>
              <w:t>Status, Quelle</w:t>
            </w:r>
          </w:p>
        </w:tc>
      </w:tr>
      <w:tr>
        <w:tc>
          <w:tcPr>
            <w:tcW w:type="dxa" w:w="516"/>
          </w:tcPr>
          <w:p>
            <w:pPr>
              <w:spacing w:after="0" w:line="252" w:lineRule="auto"/>
            </w:pPr>
            <w:r>
              <w:rPr>
                <w:sz w:val="17"/>
              </w:rPr>
              <w:t>1</w:t>
            </w:r>
          </w:p>
        </w:tc>
        <w:tc>
          <w:tcPr>
            <w:tcW w:type="dxa" w:w="1558"/>
          </w:tcPr>
          <w:p>
            <w:pPr>
              <w:spacing w:after="0" w:line="252" w:lineRule="auto"/>
            </w:pPr>
            <w:r>
              <w:rPr>
                <w:b/>
                <w:sz w:val="17"/>
              </w:rPr>
              <w:t>clientId</w:t>
            </w:r>
          </w:p>
        </w:tc>
        <w:tc>
          <w:tcPr>
            <w:tcW w:type="dxa" w:w="1558"/>
          </w:tcPr>
          <w:p>
            <w:pPr>
              <w:spacing w:after="0" w:line="252" w:lineRule="auto"/>
            </w:pPr>
            <w:r>
              <w:rPr>
                <w:sz w:val="17"/>
              </w:rPr>
              <w:t>Mandant</w:t>
            </w:r>
          </w:p>
        </w:tc>
        <w:tc>
          <w:tcPr>
            <w:tcW w:type="dxa" w:w="830"/>
          </w:tcPr>
          <w:p>
            <w:pPr>
              <w:spacing w:after="0" w:line="252" w:lineRule="auto"/>
            </w:pPr>
            <w:r>
              <w:rPr>
                <w:sz w:val="17"/>
              </w:rPr>
              <w:t>S 10</w:t>
            </w:r>
          </w:p>
        </w:tc>
        <w:tc>
          <w:tcPr>
            <w:tcW w:type="dxa" w:w="1040"/>
          </w:tcPr>
          <w:p>
            <w:pPr>
              <w:spacing w:after="0" w:line="252" w:lineRule="auto"/>
            </w:pPr>
            <w:r>
              <w:rPr>
                <w:sz w:val="17"/>
              </w:rPr>
              <w:t>Pflicht</w:t>
            </w:r>
          </w:p>
        </w:tc>
        <w:tc>
          <w:tcPr>
            <w:tcW w:type="dxa" w:w="1558"/>
          </w:tcPr>
          <w:p>
            <w:pPr>
              <w:spacing w:after="0" w:line="252" w:lineRule="auto"/>
            </w:pPr>
            <w:r>
              <w:rPr>
                <w:sz w:val="17"/>
              </w:rPr>
              <w:t>DEFAULT</w:t>
            </w:r>
          </w:p>
        </w:tc>
        <w:tc>
          <w:tcPr>
            <w:tcW w:type="dxa" w:w="1354"/>
          </w:tcPr>
          <w:p>
            <w:pPr>
              <w:spacing w:after="0" w:line="252" w:lineRule="auto"/>
            </w:pPr>
            <w:r>
              <w:rPr>
                <w:rFonts w:ascii="Consolas" w:hAnsi="Consolas" w:cs="Consolas" w:eastAsia="Consolas"/>
                <w:sz w:val="15"/>
              </w:rPr>
              <w:t>DEFAULT</w:t>
            </w:r>
          </w:p>
        </w:tc>
        <w:tc>
          <w:tcPr>
            <w:tcW w:type="dxa" w:w="1111"/>
          </w:tcPr>
          <w:p>
            <w:pPr>
              <w:spacing w:after="0" w:line="252" w:lineRule="auto"/>
            </w:pPr>
            <w:r>
              <w:rPr>
                <w:sz w:val="17"/>
              </w:rPr>
              <w:t xml:space="preserve">[belegt] </w:t>
            </w:r>
          </w:p>
          <w:p>
            <w:pPr>
              <w:spacing w:after="0"/>
            </w:pPr>
            <w:r>
              <w:rPr>
                <w:sz w:val="17"/>
              </w:rPr>
              <w:t>IM Tab. 60, S. 103</w:t>
            </w:r>
          </w:p>
        </w:tc>
      </w:tr>
      <w:tr>
        <w:tc>
          <w:tcPr>
            <w:tcW w:type="dxa" w:w="516"/>
          </w:tcPr>
          <w:p>
            <w:pPr>
              <w:spacing w:after="0" w:line="252" w:lineRule="auto"/>
            </w:pPr>
            <w:r>
              <w:rPr>
                <w:sz w:val="17"/>
              </w:rPr>
              <w:t>2</w:t>
            </w:r>
          </w:p>
        </w:tc>
        <w:tc>
          <w:tcPr>
            <w:tcW w:type="dxa" w:w="1558"/>
          </w:tcPr>
          <w:p>
            <w:pPr>
              <w:spacing w:after="0" w:line="252" w:lineRule="auto"/>
            </w:pPr>
            <w:r>
              <w:rPr>
                <w:b/>
                <w:sz w:val="17"/>
              </w:rPr>
              <w:t>demandNo</w:t>
            </w:r>
          </w:p>
        </w:tc>
        <w:tc>
          <w:tcPr>
            <w:tcW w:type="dxa" w:w="1558"/>
          </w:tcPr>
          <w:p>
            <w:pPr>
              <w:spacing w:after="0" w:line="252" w:lineRule="auto"/>
            </w:pPr>
            <w:r>
              <w:rPr>
                <w:sz w:val="17"/>
              </w:rPr>
              <w:t>Auftragsnummer</w:t>
            </w:r>
          </w:p>
        </w:tc>
        <w:tc>
          <w:tcPr>
            <w:tcW w:type="dxa" w:w="830"/>
          </w:tcPr>
          <w:p>
            <w:pPr>
              <w:spacing w:after="0" w:line="252" w:lineRule="auto"/>
            </w:pPr>
            <w:r>
              <w:rPr>
                <w:sz w:val="17"/>
              </w:rPr>
              <w:t>S 20</w:t>
            </w:r>
          </w:p>
        </w:tc>
        <w:tc>
          <w:tcPr>
            <w:tcW w:type="dxa" w:w="1040"/>
          </w:tcPr>
          <w:p>
            <w:pPr>
              <w:spacing w:after="0" w:line="252" w:lineRule="auto"/>
            </w:pPr>
            <w:r>
              <w:rPr>
                <w:sz w:val="17"/>
              </w:rPr>
              <w:t>Pflicht</w:t>
            </w:r>
          </w:p>
        </w:tc>
        <w:tc>
          <w:tcPr>
            <w:tcW w:type="dxa" w:w="1558"/>
          </w:tcPr>
          <w:p>
            <w:pPr>
              <w:spacing w:after="0" w:line="252" w:lineRule="auto"/>
            </w:pPr>
            <w:r>
              <w:rPr>
                <w:sz w:val="17"/>
              </w:rPr>
              <w:t>wie Kopf</w:t>
            </w:r>
          </w:p>
        </w:tc>
        <w:tc>
          <w:tcPr>
            <w:tcW w:type="dxa" w:w="1354"/>
          </w:tcPr>
          <w:p>
            <w:pPr>
              <w:spacing w:after="0" w:line="252" w:lineRule="auto"/>
            </w:pPr>
            <w:r>
              <w:rPr>
                <w:rFonts w:ascii="Consolas" w:hAnsi="Consolas" w:cs="Consolas" w:eastAsia="Consolas"/>
                <w:sz w:val="15"/>
              </w:rPr>
              <w:t>Ausl000002</w:t>
            </w:r>
          </w:p>
        </w:tc>
        <w:tc>
          <w:tcPr>
            <w:tcW w:type="dxa" w:w="1111"/>
          </w:tcPr>
          <w:p>
            <w:pPr>
              <w:spacing w:after="0" w:line="252" w:lineRule="auto"/>
            </w:pPr>
            <w:r>
              <w:rPr>
                <w:sz w:val="17"/>
              </w:rPr>
              <w:t xml:space="preserve">[belegt] </w:t>
            </w:r>
          </w:p>
          <w:p>
            <w:pPr>
              <w:spacing w:after="0"/>
            </w:pPr>
            <w:r>
              <w:rPr>
                <w:sz w:val="17"/>
              </w:rPr>
              <w:t>IM Tab. 60</w:t>
            </w:r>
          </w:p>
        </w:tc>
      </w:tr>
      <w:tr>
        <w:tc>
          <w:tcPr>
            <w:tcW w:type="dxa" w:w="516"/>
          </w:tcPr>
          <w:p>
            <w:pPr>
              <w:spacing w:after="0" w:line="252" w:lineRule="auto"/>
            </w:pPr>
            <w:r>
              <w:rPr>
                <w:sz w:val="17"/>
              </w:rPr>
              <w:t>3</w:t>
            </w:r>
          </w:p>
        </w:tc>
        <w:tc>
          <w:tcPr>
            <w:tcW w:type="dxa" w:w="1558"/>
          </w:tcPr>
          <w:p>
            <w:pPr>
              <w:spacing w:after="0" w:line="252" w:lineRule="auto"/>
            </w:pPr>
            <w:r>
              <w:rPr>
                <w:b/>
                <w:sz w:val="17"/>
              </w:rPr>
              <w:t>sysPartnerLine</w:t>
            </w:r>
          </w:p>
        </w:tc>
        <w:tc>
          <w:tcPr>
            <w:tcW w:type="dxa" w:w="1558"/>
          </w:tcPr>
          <w:p>
            <w:pPr>
              <w:spacing w:after="0" w:line="252" w:lineRule="auto"/>
            </w:pPr>
            <w:r>
              <w:rPr>
                <w:sz w:val="17"/>
              </w:rPr>
              <w:t>Zeile der Position</w:t>
            </w:r>
          </w:p>
        </w:tc>
        <w:tc>
          <w:tcPr>
            <w:tcW w:type="dxa" w:w="830"/>
          </w:tcPr>
          <w:p>
            <w:pPr>
              <w:spacing w:after="0" w:line="252" w:lineRule="auto"/>
            </w:pPr>
            <w:r>
              <w:rPr>
                <w:sz w:val="17"/>
              </w:rPr>
              <w:t>N 10</w:t>
            </w:r>
          </w:p>
        </w:tc>
        <w:tc>
          <w:tcPr>
            <w:tcW w:type="dxa" w:w="1040"/>
          </w:tcPr>
          <w:p>
            <w:pPr>
              <w:spacing w:after="0" w:line="252" w:lineRule="auto"/>
            </w:pPr>
            <w:r>
              <w:rPr>
                <w:sz w:val="17"/>
              </w:rPr>
              <w:t>Pflicht</w:t>
            </w:r>
          </w:p>
        </w:tc>
        <w:tc>
          <w:tcPr>
            <w:tcW w:type="dxa" w:w="1558"/>
          </w:tcPr>
          <w:p>
            <w:pPr>
              <w:spacing w:after="0" w:line="252" w:lineRule="auto"/>
            </w:pPr>
            <w:r>
              <w:rPr>
                <w:sz w:val="17"/>
              </w:rPr>
              <w:t>gleich sysPartnerLine der Position</w:t>
            </w:r>
          </w:p>
        </w:tc>
        <w:tc>
          <w:tcPr>
            <w:tcW w:type="dxa" w:w="1354"/>
          </w:tcPr>
          <w:p>
            <w:pPr>
              <w:spacing w:after="0" w:line="252" w:lineRule="auto"/>
            </w:pPr>
            <w:r>
              <w:rPr>
                <w:rFonts w:ascii="Consolas" w:hAnsi="Consolas" w:cs="Consolas" w:eastAsia="Consolas"/>
                <w:sz w:val="15"/>
              </w:rPr>
              <w:t>1</w:t>
            </w:r>
          </w:p>
        </w:tc>
        <w:tc>
          <w:tcPr>
            <w:tcW w:type="dxa" w:w="1111"/>
          </w:tcPr>
          <w:p>
            <w:pPr>
              <w:spacing w:after="0" w:line="252" w:lineRule="auto"/>
            </w:pPr>
            <w:r>
              <w:rPr>
                <w:sz w:val="17"/>
              </w:rPr>
              <w:t xml:space="preserve">[belegt] </w:t>
            </w:r>
          </w:p>
          <w:p>
            <w:pPr>
              <w:spacing w:after="0"/>
            </w:pPr>
            <w:r>
              <w:rPr>
                <w:sz w:val="17"/>
              </w:rPr>
              <w:t>IM Tab. 60</w:t>
            </w:r>
          </w:p>
        </w:tc>
      </w:tr>
      <w:tr>
        <w:tc>
          <w:tcPr>
            <w:tcW w:type="dxa" w:w="516"/>
          </w:tcPr>
          <w:p>
            <w:pPr>
              <w:spacing w:after="0" w:line="252" w:lineRule="auto"/>
            </w:pPr>
            <w:r>
              <w:rPr>
                <w:sz w:val="17"/>
              </w:rPr>
              <w:t>4</w:t>
            </w:r>
          </w:p>
        </w:tc>
        <w:tc>
          <w:tcPr>
            <w:tcW w:type="dxa" w:w="1558"/>
          </w:tcPr>
          <w:p>
            <w:pPr>
              <w:spacing w:after="0" w:line="252" w:lineRule="auto"/>
            </w:pPr>
            <w:r>
              <w:rPr>
                <w:b/>
                <w:sz w:val="17"/>
              </w:rPr>
              <w:t>extRefKey</w:t>
            </w:r>
          </w:p>
        </w:tc>
        <w:tc>
          <w:tcPr>
            <w:tcW w:type="dxa" w:w="1558"/>
          </w:tcPr>
          <w:p>
            <w:pPr>
              <w:spacing w:after="0" w:line="252" w:lineRule="auto"/>
            </w:pPr>
            <w:r>
              <w:rPr>
                <w:sz w:val="17"/>
              </w:rPr>
              <w:t>Schlüssel</w:t>
            </w:r>
          </w:p>
        </w:tc>
        <w:tc>
          <w:tcPr>
            <w:tcW w:type="dxa" w:w="830"/>
          </w:tcPr>
          <w:p>
            <w:pPr>
              <w:spacing w:after="0" w:line="252" w:lineRule="auto"/>
            </w:pPr>
            <w:r>
              <w:rPr>
                <w:sz w:val="17"/>
              </w:rPr>
              <w:t>S 64</w:t>
            </w:r>
          </w:p>
        </w:tc>
        <w:tc>
          <w:tcPr>
            <w:tcW w:type="dxa" w:w="1040"/>
          </w:tcPr>
          <w:p>
            <w:pPr>
              <w:spacing w:after="0" w:line="252" w:lineRule="auto"/>
            </w:pPr>
            <w:r>
              <w:rPr>
                <w:sz w:val="17"/>
              </w:rPr>
              <w:t>optional</w:t>
            </w:r>
          </w:p>
        </w:tc>
        <w:tc>
          <w:tcPr>
            <w:tcW w:type="dxa" w:w="1558"/>
          </w:tcPr>
          <w:p>
            <w:pPr>
              <w:spacing w:after="0" w:line="252" w:lineRule="auto"/>
            </w:pPr>
            <w:r>
              <w:rPr>
                <w:sz w:val="17"/>
              </w:rPr>
              <w:t>Konstante WAGE</w:t>
            </w:r>
          </w:p>
        </w:tc>
        <w:tc>
          <w:tcPr>
            <w:tcW w:type="dxa" w:w="1354"/>
          </w:tcPr>
          <w:p>
            <w:pPr>
              <w:spacing w:after="0" w:line="252" w:lineRule="auto"/>
            </w:pPr>
            <w:r>
              <w:rPr>
                <w:rFonts w:ascii="Consolas" w:hAnsi="Consolas" w:cs="Consolas" w:eastAsia="Consolas"/>
                <w:sz w:val="15"/>
              </w:rPr>
              <w:t>WAGE</w:t>
            </w:r>
          </w:p>
        </w:tc>
        <w:tc>
          <w:tcPr>
            <w:tcW w:type="dxa" w:w="1111"/>
          </w:tcPr>
          <w:p>
            <w:pPr>
              <w:spacing w:after="0" w:line="252" w:lineRule="auto"/>
            </w:pPr>
            <w:r>
              <w:rPr>
                <w:sz w:val="17"/>
              </w:rPr>
              <w:t>[belegt] Feld, [Annahme, zu prüfen] Schlüssel</w:t>
            </w:r>
          </w:p>
          <w:p>
            <w:pPr>
              <w:spacing w:after="0"/>
            </w:pPr>
            <w:r>
              <w:rPr>
                <w:sz w:val="17"/>
              </w:rPr>
              <w:t>IM Tab. 60</w:t>
            </w:r>
          </w:p>
        </w:tc>
      </w:tr>
      <w:tr>
        <w:tc>
          <w:tcPr>
            <w:tcW w:type="dxa" w:w="516"/>
          </w:tcPr>
          <w:p>
            <w:pPr>
              <w:spacing w:after="0" w:line="252" w:lineRule="auto"/>
            </w:pPr>
            <w:r>
              <w:rPr>
                <w:sz w:val="17"/>
              </w:rPr>
              <w:t>5</w:t>
            </w:r>
          </w:p>
        </w:tc>
        <w:tc>
          <w:tcPr>
            <w:tcW w:type="dxa" w:w="1558"/>
          </w:tcPr>
          <w:p>
            <w:pPr>
              <w:spacing w:after="0" w:line="252" w:lineRule="auto"/>
            </w:pPr>
            <w:r>
              <w:rPr>
                <w:b/>
                <w:sz w:val="17"/>
              </w:rPr>
              <w:t>extRefVal1</w:t>
            </w:r>
          </w:p>
        </w:tc>
        <w:tc>
          <w:tcPr>
            <w:tcW w:type="dxa" w:w="1558"/>
          </w:tcPr>
          <w:p>
            <w:pPr>
              <w:spacing w:after="0" w:line="252" w:lineRule="auto"/>
            </w:pPr>
            <w:r>
              <w:rPr>
                <w:sz w:val="17"/>
              </w:rPr>
              <w:t>Wert 1</w:t>
            </w:r>
          </w:p>
        </w:tc>
        <w:tc>
          <w:tcPr>
            <w:tcW w:type="dxa" w:w="830"/>
          </w:tcPr>
          <w:p>
            <w:pPr>
              <w:spacing w:after="0" w:line="252" w:lineRule="auto"/>
            </w:pPr>
            <w:r>
              <w:rPr>
                <w:sz w:val="17"/>
              </w:rPr>
              <w:t>S 512</w:t>
            </w:r>
          </w:p>
        </w:tc>
        <w:tc>
          <w:tcPr>
            <w:tcW w:type="dxa" w:w="1040"/>
          </w:tcPr>
          <w:p>
            <w:pPr>
              <w:spacing w:after="0" w:line="252" w:lineRule="auto"/>
            </w:pPr>
            <w:r>
              <w:rPr>
                <w:sz w:val="17"/>
              </w:rPr>
              <w:t>optional</w:t>
            </w:r>
          </w:p>
        </w:tc>
        <w:tc>
          <w:tcPr>
            <w:tcW w:type="dxa" w:w="1558"/>
          </w:tcPr>
          <w:p>
            <w:pPr>
              <w:spacing w:after="0" w:line="252" w:lineRule="auto"/>
            </w:pPr>
            <w:r>
              <w:rPr>
                <w:sz w:val="17"/>
              </w:rPr>
              <w:t>Wagennummer</w:t>
            </w:r>
          </w:p>
        </w:tc>
        <w:tc>
          <w:tcPr>
            <w:tcW w:type="dxa" w:w="1354"/>
          </w:tcPr>
          <w:p>
            <w:pPr>
              <w:spacing w:after="0" w:line="252" w:lineRule="auto"/>
            </w:pPr>
            <w:r>
              <w:rPr>
                <w:rFonts w:ascii="Consolas" w:hAnsi="Consolas" w:cs="Consolas" w:eastAsia="Consolas"/>
                <w:sz w:val="15"/>
              </w:rPr>
              <w:t>KW-1002</w:t>
            </w:r>
          </w:p>
        </w:tc>
        <w:tc>
          <w:tcPr>
            <w:tcW w:type="dxa" w:w="1111"/>
          </w:tcPr>
          <w:p>
            <w:pPr>
              <w:spacing w:after="0" w:line="252" w:lineRule="auto"/>
            </w:pPr>
            <w:r>
              <w:rPr>
                <w:sz w:val="17"/>
              </w:rPr>
              <w:t>[belegt] Feld, [Annahme, zu prüfen] Inhalt</w:t>
            </w:r>
          </w:p>
          <w:p>
            <w:pPr>
              <w:spacing w:after="0"/>
            </w:pPr>
            <w:r>
              <w:rPr>
                <w:sz w:val="17"/>
              </w:rPr>
              <w:t>IM Tab. 60</w:t>
            </w:r>
          </w:p>
        </w:tc>
      </w:tr>
      <w:tr>
        <w:tc>
          <w:tcPr>
            <w:tcW w:type="dxa" w:w="516"/>
          </w:tcPr>
          <w:p>
            <w:pPr>
              <w:spacing w:after="0" w:line="252" w:lineRule="auto"/>
            </w:pPr>
            <w:r>
              <w:rPr>
                <w:sz w:val="17"/>
              </w:rPr>
              <w:t>6</w:t>
            </w:r>
          </w:p>
        </w:tc>
        <w:tc>
          <w:tcPr>
            <w:tcW w:type="dxa" w:w="1558"/>
          </w:tcPr>
          <w:p>
            <w:pPr>
              <w:spacing w:after="0" w:line="252" w:lineRule="auto"/>
            </w:pPr>
            <w:r>
              <w:rPr>
                <w:b/>
                <w:sz w:val="17"/>
              </w:rPr>
              <w:t>extRefVal2</w:t>
            </w:r>
          </w:p>
        </w:tc>
        <w:tc>
          <w:tcPr>
            <w:tcW w:type="dxa" w:w="1558"/>
          </w:tcPr>
          <w:p>
            <w:pPr>
              <w:spacing w:after="0" w:line="252" w:lineRule="auto"/>
            </w:pPr>
            <w:r>
              <w:rPr>
                <w:sz w:val="17"/>
              </w:rPr>
              <w:t>Wert 2</w:t>
            </w:r>
          </w:p>
        </w:tc>
        <w:tc>
          <w:tcPr>
            <w:tcW w:type="dxa" w:w="830"/>
          </w:tcPr>
          <w:p>
            <w:pPr>
              <w:spacing w:after="0" w:line="252" w:lineRule="auto"/>
            </w:pPr>
            <w:r>
              <w:rPr>
                <w:sz w:val="17"/>
              </w:rPr>
              <w:t>S 512</w:t>
            </w:r>
          </w:p>
        </w:tc>
        <w:tc>
          <w:tcPr>
            <w:tcW w:type="dxa" w:w="1040"/>
          </w:tcPr>
          <w:p>
            <w:pPr>
              <w:spacing w:after="0" w:line="252" w:lineRule="auto"/>
            </w:pPr>
            <w:r>
              <w:rPr>
                <w:sz w:val="17"/>
              </w:rPr>
              <w:t>optional</w:t>
            </w:r>
          </w:p>
        </w:tc>
        <w:tc>
          <w:tcPr>
            <w:tcW w:type="dxa" w:w="1558"/>
          </w:tcPr>
          <w:p>
            <w:pPr>
              <w:spacing w:after="0" w:line="252" w:lineRule="auto"/>
            </w:pPr>
            <w:r>
              <w:rPr>
                <w:sz w:val="17"/>
              </w:rPr>
              <w:t>Zielfach auf dem Wagen</w:t>
            </w:r>
          </w:p>
        </w:tc>
        <w:tc>
          <w:tcPr>
            <w:tcW w:type="dxa" w:w="1354"/>
          </w:tcPr>
          <w:p>
            <w:pPr>
              <w:spacing w:after="0" w:line="252" w:lineRule="auto"/>
            </w:pPr>
            <w:r>
              <w:rPr>
                <w:rFonts w:ascii="Consolas" w:hAnsi="Consolas" w:cs="Consolas" w:eastAsia="Consolas"/>
                <w:sz w:val="15"/>
              </w:rPr>
              <w:t>A1</w:t>
            </w:r>
          </w:p>
        </w:tc>
        <w:tc>
          <w:tcPr>
            <w:tcW w:type="dxa" w:w="1111"/>
          </w:tcPr>
          <w:p>
            <w:pPr>
              <w:spacing w:after="0" w:line="252" w:lineRule="auto"/>
            </w:pPr>
            <w:r>
              <w:rPr>
                <w:sz w:val="17"/>
              </w:rPr>
              <w:t>[belegt] Feld, [Annahme, zu prüfen] Inhalt</w:t>
            </w:r>
          </w:p>
          <w:p>
            <w:pPr>
              <w:spacing w:after="0"/>
            </w:pPr>
            <w:r>
              <w:rPr>
                <w:sz w:val="17"/>
              </w:rPr>
              <w:t>IM Tab. 60</w:t>
            </w:r>
          </w:p>
        </w:tc>
      </w:tr>
    </w:tbl>
    <w:p>
      <w:pPr>
        <w:pStyle w:val="BeschriftungSSI"/>
      </w:pPr>
      <w:r>
        <w:t>Tab. 12: WLSPDLEXTREF001</w:t>
      </w:r>
    </w:p>
    <w:p>
      <w:pPr>
        <w:pStyle w:val="Heading2"/>
      </w:pPr>
      <w:r>
        <w:t>9.2 WAMAS an BC Dynamics (Rückmeldung)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24"/>
        <w:gridCol w:w="2204"/>
        <w:gridCol w:w="1571"/>
        <w:gridCol w:w="2327"/>
        <w:gridCol w:w="1097"/>
      </w:tblGrid>
      <w:tr>
        <w:trPr>
          <w:tblHeader w:val="true"/>
        </w:trPr>
        <w:tc>
          <w:tcPr>
            <w:tcW w:type="dxa" w:w="2324"/>
            <w:shd w:val="clear" w:color="auto" w:fill="FEEE19"/>
          </w:tcPr>
          <w:p>
            <w:pPr>
              <w:spacing w:after="0"/>
            </w:pPr>
            <w:r>
              <w:rPr>
                <w:b/>
                <w:sz w:val="17"/>
              </w:rPr>
              <w:t>Satz</w:t>
            </w:r>
          </w:p>
        </w:tc>
        <w:tc>
          <w:tcPr>
            <w:tcW w:type="dxa" w:w="2204"/>
            <w:shd w:val="clear" w:color="auto" w:fill="FEEE19"/>
          </w:tcPr>
          <w:p>
            <w:pPr>
              <w:spacing w:after="0"/>
            </w:pPr>
            <w:r>
              <w:rPr>
                <w:b/>
                <w:sz w:val="17"/>
              </w:rPr>
              <w:t>Felder</w:t>
            </w:r>
          </w:p>
        </w:tc>
        <w:tc>
          <w:tcPr>
            <w:tcW w:type="dxa" w:w="1571"/>
            <w:shd w:val="clear" w:color="auto" w:fill="FEEE19"/>
          </w:tcPr>
          <w:p>
            <w:pPr>
              <w:spacing w:after="0"/>
            </w:pPr>
            <w:r>
              <w:rPr>
                <w:b/>
                <w:sz w:val="17"/>
              </w:rPr>
              <w:t>Typ / Länge</w:t>
            </w:r>
          </w:p>
        </w:tc>
        <w:tc>
          <w:tcPr>
            <w:tcW w:type="dxa" w:w="2327"/>
            <w:shd w:val="clear" w:color="auto" w:fill="FEEE19"/>
          </w:tcPr>
          <w:p>
            <w:pPr>
              <w:spacing w:after="0"/>
            </w:pPr>
            <w:r>
              <w:rPr>
                <w:b/>
                <w:sz w:val="17"/>
              </w:rPr>
              <w:t>Verwendung in BC</w:t>
            </w:r>
          </w:p>
        </w:tc>
        <w:tc>
          <w:tcPr>
            <w:tcW w:type="dxa" w:w="1098"/>
            <w:shd w:val="clear" w:color="auto" w:fill="FEEE19"/>
          </w:tcPr>
          <w:p>
            <w:pPr>
              <w:spacing w:after="0"/>
            </w:pPr>
            <w:r>
              <w:rPr>
                <w:b/>
                <w:sz w:val="17"/>
              </w:rPr>
              <w:t>Quelle</w:t>
            </w:r>
          </w:p>
        </w:tc>
      </w:tr>
      <w:tr>
        <w:tc>
          <w:tcPr>
            <w:tcW w:type="dxa" w:w="2324"/>
          </w:tcPr>
          <w:p>
            <w:pPr>
              <w:spacing w:after="0" w:line="252" w:lineRule="auto"/>
            </w:pPr>
            <w:r>
              <w:rPr>
                <w:rFonts w:ascii="Consolas" w:hAnsi="Consolas" w:cs="Consolas" w:eastAsia="Consolas"/>
                <w:sz w:val="15"/>
              </w:rPr>
              <w:t>WLSPDACK003</w:t>
            </w:r>
          </w:p>
        </w:tc>
        <w:tc>
          <w:tcPr>
            <w:tcW w:type="dxa" w:w="2204"/>
          </w:tcPr>
          <w:p>
            <w:pPr>
              <w:spacing w:after="0" w:line="252" w:lineRule="auto"/>
            </w:pPr>
            <w:r>
              <w:rPr>
                <w:rFonts w:ascii="Consolas" w:hAnsi="Consolas" w:cs="Consolas" w:eastAsia="Consolas"/>
                <w:sz w:val="15"/>
              </w:rPr>
              <w:t>demandNo, typeId, priority, noteNo</w:t>
            </w:r>
          </w:p>
        </w:tc>
        <w:tc>
          <w:tcPr>
            <w:tcW w:type="dxa" w:w="1571"/>
          </w:tcPr>
          <w:p>
            <w:pPr>
              <w:spacing w:after="0" w:line="252" w:lineRule="auto"/>
            </w:pPr>
            <w:r>
              <w:rPr>
                <w:sz w:val="17"/>
              </w:rPr>
              <w:t>S 20, S 20, N 1, S 18</w:t>
            </w:r>
          </w:p>
        </w:tc>
        <w:tc>
          <w:tcPr>
            <w:tcW w:type="dxa" w:w="2327"/>
          </w:tcPr>
          <w:p>
            <w:pPr>
              <w:spacing w:after="0" w:line="252" w:lineRule="auto"/>
            </w:pPr>
            <w:r>
              <w:rPr>
                <w:sz w:val="17"/>
              </w:rPr>
              <w:t>Auftrag in BC wiederfinden (demandNo); noteNo zur Kontrolle</w:t>
            </w:r>
          </w:p>
        </w:tc>
        <w:tc>
          <w:tcPr>
            <w:tcW w:type="dxa" w:w="1098"/>
          </w:tcPr>
          <w:p>
            <w:pPr>
              <w:spacing w:after="0" w:line="252" w:lineRule="auto"/>
            </w:pPr>
            <w:r>
              <w:rPr>
                <w:sz w:val="17"/>
              </w:rPr>
              <w:t>IM Tab. 66, S. 109</w:t>
            </w:r>
          </w:p>
        </w:tc>
      </w:tr>
      <w:tr>
        <w:tc>
          <w:tcPr>
            <w:tcW w:type="dxa" w:w="2324"/>
          </w:tcPr>
          <w:p>
            <w:pPr>
              <w:spacing w:after="0" w:line="252" w:lineRule="auto"/>
            </w:pPr>
            <w:r>
              <w:rPr>
                <w:rFonts w:ascii="Consolas" w:hAnsi="Consolas" w:cs="Consolas" w:eastAsia="Consolas"/>
                <w:sz w:val="15"/>
              </w:rPr>
              <w:t>WLSPDACK003</w:t>
            </w:r>
          </w:p>
        </w:tc>
        <w:tc>
          <w:tcPr>
            <w:tcW w:type="dxa" w:w="2204"/>
          </w:tcPr>
          <w:p>
            <w:pPr>
              <w:spacing w:after="0" w:line="252" w:lineRule="auto"/>
            </w:pPr>
            <w:r>
              <w:rPr>
                <w:rFonts w:ascii="Consolas" w:hAnsi="Consolas" w:cs="Consolas" w:eastAsia="Consolas"/>
                <w:sz w:val="15"/>
              </w:rPr>
              <w:t>state</w:t>
            </w:r>
          </w:p>
        </w:tc>
        <w:tc>
          <w:tcPr>
            <w:tcW w:type="dxa" w:w="1571"/>
          </w:tcPr>
          <w:p>
            <w:pPr>
              <w:spacing w:after="0" w:line="252" w:lineRule="auto"/>
            </w:pPr>
            <w:r>
              <w:rPr>
                <w:sz w:val="17"/>
              </w:rPr>
              <w:t>E 8: DRAFT, NEW, ACTIVE, FINISHED, ERROR</w:t>
            </w:r>
          </w:p>
        </w:tc>
        <w:tc>
          <w:tcPr>
            <w:tcW w:type="dxa" w:w="2327"/>
          </w:tcPr>
          <w:p>
            <w:pPr>
              <w:spacing w:after="0" w:line="252" w:lineRule="auto"/>
            </w:pPr>
            <w:r>
              <w:rPr>
                <w:sz w:val="17"/>
              </w:rPr>
              <w:t>FINISHED: Auftrag abgeschlossen, buchen; ERROR: Klärung</w:t>
            </w:r>
          </w:p>
        </w:tc>
        <w:tc>
          <w:tcPr>
            <w:tcW w:type="dxa" w:w="1098"/>
          </w:tcPr>
          <w:p>
            <w:pPr>
              <w:spacing w:after="0" w:line="252" w:lineRule="auto"/>
            </w:pPr>
            <w:r>
              <w:rPr>
                <w:sz w:val="17"/>
              </w:rPr>
              <w:t>IM Tab. 66, Tab. 72, S. 121</w:t>
            </w:r>
          </w:p>
        </w:tc>
      </w:tr>
      <w:tr>
        <w:tc>
          <w:tcPr>
            <w:tcW w:type="dxa" w:w="2324"/>
          </w:tcPr>
          <w:p>
            <w:pPr>
              <w:spacing w:after="0" w:line="252" w:lineRule="auto"/>
            </w:pPr>
            <w:r>
              <w:rPr>
                <w:rFonts w:ascii="Consolas" w:hAnsi="Consolas" w:cs="Consolas" w:eastAsia="Consolas"/>
                <w:sz w:val="15"/>
              </w:rPr>
              <w:t>WLSPDACK003</w:t>
            </w:r>
          </w:p>
        </w:tc>
        <w:tc>
          <w:tcPr>
            <w:tcW w:type="dxa" w:w="2204"/>
          </w:tcPr>
          <w:p>
            <w:pPr>
              <w:spacing w:after="0" w:line="252" w:lineRule="auto"/>
            </w:pPr>
            <w:r>
              <w:rPr>
                <w:rFonts w:ascii="Consolas" w:hAnsi="Consolas" w:cs="Consolas" w:eastAsia="Consolas"/>
                <w:sz w:val="15"/>
              </w:rPr>
              <w:t>zone, split</w:t>
            </w:r>
          </w:p>
        </w:tc>
        <w:tc>
          <w:tcPr>
            <w:tcW w:type="dxa" w:w="1571"/>
          </w:tcPr>
          <w:p>
            <w:pPr>
              <w:spacing w:after="0" w:line="252" w:lineRule="auto"/>
            </w:pPr>
            <w:r>
              <w:rPr>
                <w:sz w:val="17"/>
              </w:rPr>
              <w:t>S 20, B 1 (0/1)</w:t>
            </w:r>
          </w:p>
        </w:tc>
        <w:tc>
          <w:tcPr>
            <w:tcW w:type="dxa" w:w="2327"/>
          </w:tcPr>
          <w:p>
            <w:pPr>
              <w:spacing w:after="0" w:line="252" w:lineRule="auto"/>
            </w:pPr>
            <w:r>
              <w:rPr>
                <w:sz w:val="17"/>
              </w:rPr>
              <w:t>nur Information</w:t>
            </w:r>
          </w:p>
        </w:tc>
        <w:tc>
          <w:tcPr>
            <w:tcW w:type="dxa" w:w="1098"/>
          </w:tcPr>
          <w:p>
            <w:pPr>
              <w:spacing w:after="0" w:line="252" w:lineRule="auto"/>
            </w:pPr>
            <w:r>
              <w:rPr>
                <w:sz w:val="17"/>
              </w:rPr>
              <w:t>IM Tab. 66; Tab. 6, S. 30</w:t>
            </w:r>
          </w:p>
        </w:tc>
      </w:tr>
      <w:tr>
        <w:tc>
          <w:tcPr>
            <w:tcW w:type="dxa" w:w="2324"/>
          </w:tcPr>
          <w:p>
            <w:pPr>
              <w:spacing w:after="0" w:line="252" w:lineRule="auto"/>
            </w:pPr>
            <w:r>
              <w:rPr>
                <w:rFonts w:ascii="Consolas" w:hAnsi="Consolas" w:cs="Consolas" w:eastAsia="Consolas"/>
                <w:sz w:val="15"/>
              </w:rPr>
              <w:t>WLSPDLACK001</w:t>
            </w:r>
          </w:p>
        </w:tc>
        <w:tc>
          <w:tcPr>
            <w:tcW w:type="dxa" w:w="2204"/>
          </w:tcPr>
          <w:p>
            <w:pPr>
              <w:spacing w:after="0" w:line="252" w:lineRule="auto"/>
            </w:pPr>
            <w:r>
              <w:rPr>
                <w:rFonts w:ascii="Consolas" w:hAnsi="Consolas" w:cs="Consolas" w:eastAsia="Consolas"/>
                <w:sz w:val="15"/>
              </w:rPr>
              <w:t>demandNo, sysPartnerLine, demandLineNo</w:t>
            </w:r>
          </w:p>
        </w:tc>
        <w:tc>
          <w:tcPr>
            <w:tcW w:type="dxa" w:w="1571"/>
          </w:tcPr>
          <w:p>
            <w:pPr>
              <w:spacing w:after="0" w:line="252" w:lineRule="auto"/>
            </w:pPr>
            <w:r>
              <w:rPr>
                <w:sz w:val="17"/>
              </w:rPr>
              <w:t>S 20, N 10, N 10</w:t>
            </w:r>
          </w:p>
        </w:tc>
        <w:tc>
          <w:tcPr>
            <w:tcW w:type="dxa" w:w="2327"/>
          </w:tcPr>
          <w:p>
            <w:pPr>
              <w:spacing w:after="0" w:line="252" w:lineRule="auto"/>
            </w:pPr>
            <w:r>
              <w:rPr>
                <w:sz w:val="17"/>
              </w:rPr>
              <w:t>Zeile in BC über sysPartnerLine zuordnen</w:t>
            </w:r>
          </w:p>
        </w:tc>
        <w:tc>
          <w:tcPr>
            <w:tcW w:type="dxa" w:w="1098"/>
          </w:tcPr>
          <w:p>
            <w:pPr>
              <w:spacing w:after="0" w:line="252" w:lineRule="auto"/>
            </w:pPr>
            <w:r>
              <w:rPr>
                <w:sz w:val="17"/>
              </w:rPr>
              <w:t>IM Tab. 67, S. 109/110</w:t>
            </w:r>
          </w:p>
        </w:tc>
      </w:tr>
      <w:tr>
        <w:tc>
          <w:tcPr>
            <w:tcW w:type="dxa" w:w="2324"/>
          </w:tcPr>
          <w:p>
            <w:pPr>
              <w:spacing w:after="0" w:line="252" w:lineRule="auto"/>
            </w:pPr>
            <w:r>
              <w:rPr>
                <w:rFonts w:ascii="Consolas" w:hAnsi="Consolas" w:cs="Consolas" w:eastAsia="Consolas"/>
                <w:sz w:val="15"/>
              </w:rPr>
              <w:t>WLSPDLACK001</w:t>
            </w:r>
          </w:p>
        </w:tc>
        <w:tc>
          <w:tcPr>
            <w:tcW w:type="dxa" w:w="2204"/>
          </w:tcPr>
          <w:p>
            <w:pPr>
              <w:spacing w:after="0" w:line="252" w:lineRule="auto"/>
            </w:pPr>
            <w:r>
              <w:rPr>
                <w:rFonts w:ascii="Consolas" w:hAnsi="Consolas" w:cs="Consolas" w:eastAsia="Consolas"/>
                <w:sz w:val="15"/>
              </w:rPr>
              <w:t>clientId, itemNo, variant</w:t>
            </w:r>
          </w:p>
        </w:tc>
        <w:tc>
          <w:tcPr>
            <w:tcW w:type="dxa" w:w="1571"/>
          </w:tcPr>
          <w:p>
            <w:pPr>
              <w:spacing w:after="0" w:line="252" w:lineRule="auto"/>
            </w:pPr>
            <w:r>
              <w:rPr>
                <w:sz w:val="17"/>
              </w:rPr>
              <w:t>S 10, S 40, S 10</w:t>
            </w:r>
          </w:p>
        </w:tc>
        <w:tc>
          <w:tcPr>
            <w:tcW w:type="dxa" w:w="2327"/>
          </w:tcPr>
          <w:p>
            <w:pPr>
              <w:spacing w:after="0" w:line="252" w:lineRule="auto"/>
            </w:pPr>
            <w:r>
              <w:rPr>
                <w:sz w:val="17"/>
              </w:rPr>
              <w:t>Kontrolle Artikel</w:t>
            </w:r>
          </w:p>
        </w:tc>
        <w:tc>
          <w:tcPr>
            <w:tcW w:type="dxa" w:w="1098"/>
          </w:tcPr>
          <w:p>
            <w:pPr>
              <w:spacing w:after="0" w:line="252" w:lineRule="auto"/>
            </w:pPr>
            <w:r>
              <w:rPr>
                <w:sz w:val="17"/>
              </w:rPr>
              <w:t>IM Tab. 67, S. 110</w:t>
            </w:r>
          </w:p>
        </w:tc>
      </w:tr>
      <w:tr>
        <w:tc>
          <w:tcPr>
            <w:tcW w:type="dxa" w:w="2324"/>
          </w:tcPr>
          <w:p>
            <w:pPr>
              <w:spacing w:after="0" w:line="252" w:lineRule="auto"/>
            </w:pPr>
            <w:r>
              <w:rPr>
                <w:rFonts w:ascii="Consolas" w:hAnsi="Consolas" w:cs="Consolas" w:eastAsia="Consolas"/>
                <w:sz w:val="15"/>
              </w:rPr>
              <w:t>WLSPDLACK001</w:t>
            </w:r>
          </w:p>
        </w:tc>
        <w:tc>
          <w:tcPr>
            <w:tcW w:type="dxa" w:w="2204"/>
          </w:tcPr>
          <w:p>
            <w:pPr>
              <w:spacing w:after="0" w:line="252" w:lineRule="auto"/>
            </w:pPr>
            <w:r>
              <w:rPr>
                <w:rFonts w:ascii="Consolas" w:hAnsi="Consolas" w:cs="Consolas" w:eastAsia="Consolas"/>
                <w:sz w:val="15"/>
              </w:rPr>
              <w:t>batch, bbDate, prodDate, csia1 bis csia20</w:t>
            </w:r>
          </w:p>
        </w:tc>
        <w:tc>
          <w:tcPr>
            <w:tcW w:type="dxa" w:w="1571"/>
          </w:tcPr>
          <w:p>
            <w:pPr>
              <w:spacing w:after="0" w:line="252" w:lineRule="auto"/>
            </w:pPr>
            <w:r>
              <w:rPr>
                <w:sz w:val="17"/>
              </w:rPr>
              <w:t>S 20, DA 8, DA 8, je S 50</w:t>
            </w:r>
          </w:p>
        </w:tc>
        <w:tc>
          <w:tcPr>
            <w:tcW w:type="dxa" w:w="2327"/>
          </w:tcPr>
          <w:p>
            <w:pPr>
              <w:spacing w:after="0" w:line="252" w:lineRule="auto"/>
            </w:pPr>
            <w:r>
              <w:rPr>
                <w:sz w:val="17"/>
              </w:rPr>
              <w:t>verlangte Werte (sqa) wie gesendet, nicht die gelieferten</w:t>
            </w:r>
          </w:p>
        </w:tc>
        <w:tc>
          <w:tcPr>
            <w:tcW w:type="dxa" w:w="1098"/>
          </w:tcPr>
          <w:p>
            <w:pPr>
              <w:spacing w:after="0" w:line="252" w:lineRule="auto"/>
            </w:pPr>
            <w:r>
              <w:rPr>
                <w:sz w:val="17"/>
              </w:rPr>
              <w:t>IM Tab. 67, S. 110 bis 113</w:t>
            </w:r>
          </w:p>
        </w:tc>
      </w:tr>
      <w:tr>
        <w:tc>
          <w:tcPr>
            <w:tcW w:type="dxa" w:w="2324"/>
          </w:tcPr>
          <w:p>
            <w:pPr>
              <w:spacing w:after="0" w:line="252" w:lineRule="auto"/>
            </w:pPr>
            <w:r>
              <w:rPr>
                <w:rFonts w:ascii="Consolas" w:hAnsi="Consolas" w:cs="Consolas" w:eastAsia="Consolas"/>
                <w:sz w:val="15"/>
              </w:rPr>
              <w:t>WLSPDLACK001</w:t>
            </w:r>
          </w:p>
        </w:tc>
        <w:tc>
          <w:tcPr>
            <w:tcW w:type="dxa" w:w="2204"/>
          </w:tcPr>
          <w:p>
            <w:pPr>
              <w:spacing w:after="0" w:line="252" w:lineRule="auto"/>
            </w:pPr>
            <w:r>
              <w:rPr>
                <w:rFonts w:ascii="Consolas" w:hAnsi="Consolas" w:cs="Consolas" w:eastAsia="Consolas"/>
                <w:sz w:val="15"/>
              </w:rPr>
              <w:t>diffReason</w:t>
            </w:r>
          </w:p>
        </w:tc>
        <w:tc>
          <w:tcPr>
            <w:tcW w:type="dxa" w:w="1571"/>
          </w:tcPr>
          <w:p>
            <w:pPr>
              <w:spacing w:after="0" w:line="252" w:lineRule="auto"/>
            </w:pPr>
            <w:r>
              <w:rPr>
                <w:sz w:val="17"/>
              </w:rPr>
              <w:t>S 20</w:t>
            </w:r>
          </w:p>
        </w:tc>
        <w:tc>
          <w:tcPr>
            <w:tcW w:type="dxa" w:w="2327"/>
          </w:tcPr>
          <w:p>
            <w:pPr>
              <w:spacing w:after="0" w:line="252" w:lineRule="auto"/>
            </w:pPr>
            <w:r>
              <w:rPr>
                <w:sz w:val="17"/>
              </w:rPr>
              <w:t>Differenzgrund bei Fehlmenge</w:t>
            </w:r>
          </w:p>
        </w:tc>
        <w:tc>
          <w:tcPr>
            <w:tcW w:type="dxa" w:w="1098"/>
          </w:tcPr>
          <w:p>
            <w:pPr>
              <w:spacing w:after="0" w:line="252" w:lineRule="auto"/>
            </w:pPr>
            <w:r>
              <w:rPr>
                <w:sz w:val="17"/>
              </w:rPr>
              <w:t>IM Tab. 67, S. 111; S. 122</w:t>
            </w:r>
          </w:p>
        </w:tc>
      </w:tr>
      <w:tr>
        <w:tc>
          <w:tcPr>
            <w:tcW w:type="dxa" w:w="2324"/>
          </w:tcPr>
          <w:p>
            <w:pPr>
              <w:spacing w:after="0" w:line="252" w:lineRule="auto"/>
            </w:pPr>
            <w:r>
              <w:rPr>
                <w:rFonts w:ascii="Consolas" w:hAnsi="Consolas" w:cs="Consolas" w:eastAsia="Consolas"/>
                <w:sz w:val="15"/>
              </w:rPr>
              <w:t>WLSPDLACK001</w:t>
            </w:r>
          </w:p>
        </w:tc>
        <w:tc>
          <w:tcPr>
            <w:tcW w:type="dxa" w:w="2204"/>
          </w:tcPr>
          <w:p>
            <w:pPr>
              <w:spacing w:after="0" w:line="252" w:lineRule="auto"/>
            </w:pPr>
            <w:r>
              <w:rPr>
                <w:rFonts w:ascii="Consolas" w:hAnsi="Consolas" w:cs="Consolas" w:eastAsia="Consolas"/>
                <w:sz w:val="15"/>
              </w:rPr>
              <w:t>orderedAmount, releasedAmount, deliveredAmount</w:t>
            </w:r>
          </w:p>
        </w:tc>
        <w:tc>
          <w:tcPr>
            <w:tcW w:type="dxa" w:w="1571"/>
          </w:tcPr>
          <w:p>
            <w:pPr>
              <w:spacing w:after="0" w:line="252" w:lineRule="auto"/>
            </w:pPr>
            <w:r>
              <w:rPr>
                <w:sz w:val="17"/>
              </w:rPr>
              <w:t>je D 12,3</w:t>
            </w:r>
          </w:p>
        </w:tc>
        <w:tc>
          <w:tcPr>
            <w:tcW w:type="dxa" w:w="2327"/>
          </w:tcPr>
          <w:p>
            <w:pPr>
              <w:spacing w:after="0" w:line="252" w:lineRule="auto"/>
            </w:pPr>
            <w:r>
              <w:rPr>
                <w:sz w:val="17"/>
              </w:rPr>
              <w:t>deliveredAmount = kommissionierte Menge der Zeile; Rest = Fehlmenge</w:t>
            </w:r>
          </w:p>
        </w:tc>
        <w:tc>
          <w:tcPr>
            <w:tcW w:type="dxa" w:w="1098"/>
          </w:tcPr>
          <w:p>
            <w:pPr>
              <w:spacing w:after="0" w:line="252" w:lineRule="auto"/>
            </w:pPr>
            <w:r>
              <w:rPr>
                <w:sz w:val="17"/>
              </w:rPr>
              <w:t>IM Tab. 67, S. 111</w:t>
            </w:r>
          </w:p>
        </w:tc>
      </w:tr>
      <w:tr>
        <w:tc>
          <w:tcPr>
            <w:tcW w:type="dxa" w:w="2324"/>
          </w:tcPr>
          <w:p>
            <w:pPr>
              <w:spacing w:after="0" w:line="252" w:lineRule="auto"/>
            </w:pPr>
            <w:r>
              <w:rPr>
                <w:rFonts w:ascii="Consolas" w:hAnsi="Consolas" w:cs="Consolas" w:eastAsia="Consolas"/>
                <w:sz w:val="15"/>
              </w:rPr>
              <w:t>WLSPDLACTIVITYACK001</w:t>
            </w:r>
          </w:p>
        </w:tc>
        <w:tc>
          <w:tcPr>
            <w:tcW w:type="dxa" w:w="2204"/>
          </w:tcPr>
          <w:p>
            <w:pPr>
              <w:spacing w:after="0" w:line="252" w:lineRule="auto"/>
            </w:pPr>
            <w:r>
              <w:rPr>
                <w:rFonts w:ascii="Consolas" w:hAnsi="Consolas" w:cs="Consolas" w:eastAsia="Consolas"/>
                <w:sz w:val="15"/>
              </w:rPr>
              <w:t>logimatId, openingNo</w:t>
            </w:r>
          </w:p>
        </w:tc>
        <w:tc>
          <w:tcPr>
            <w:tcW w:type="dxa" w:w="1571"/>
          </w:tcPr>
          <w:p>
            <w:pPr>
              <w:spacing w:after="0" w:line="252" w:lineRule="auto"/>
            </w:pPr>
            <w:r>
              <w:rPr>
                <w:sz w:val="17"/>
              </w:rPr>
              <w:t>S 20, N 1</w:t>
            </w:r>
          </w:p>
        </w:tc>
        <w:tc>
          <w:tcPr>
            <w:tcW w:type="dxa" w:w="2327"/>
          </w:tcPr>
          <w:p>
            <w:pPr>
              <w:spacing w:after="0" w:line="252" w:lineRule="auto"/>
            </w:pPr>
            <w:r>
              <w:rPr>
                <w:sz w:val="17"/>
              </w:rPr>
              <w:t>welcher Lift, welche Öffnung</w:t>
            </w:r>
          </w:p>
        </w:tc>
        <w:tc>
          <w:tcPr>
            <w:tcW w:type="dxa" w:w="1098"/>
          </w:tcPr>
          <w:p>
            <w:pPr>
              <w:spacing w:after="0" w:line="252" w:lineRule="auto"/>
            </w:pPr>
            <w:r>
              <w:rPr>
                <w:sz w:val="17"/>
              </w:rPr>
              <w:t>IM Tab. 69, S. 114</w:t>
            </w:r>
          </w:p>
        </w:tc>
      </w:tr>
      <w:tr>
        <w:tc>
          <w:tcPr>
            <w:tcW w:type="dxa" w:w="2324"/>
          </w:tcPr>
          <w:p>
            <w:pPr>
              <w:spacing w:after="0" w:line="252" w:lineRule="auto"/>
            </w:pPr>
            <w:r>
              <w:rPr>
                <w:rFonts w:ascii="Consolas" w:hAnsi="Consolas" w:cs="Consolas" w:eastAsia="Consolas"/>
                <w:sz w:val="15"/>
              </w:rPr>
              <w:t>WLSPDLACTIVITYACK001</w:t>
            </w:r>
          </w:p>
        </w:tc>
        <w:tc>
          <w:tcPr>
            <w:tcW w:type="dxa" w:w="2204"/>
          </w:tcPr>
          <w:p>
            <w:pPr>
              <w:spacing w:after="0" w:line="252" w:lineRule="auto"/>
            </w:pPr>
            <w:r>
              <w:rPr>
                <w:rFonts w:ascii="Consolas" w:hAnsi="Consolas" w:cs="Consolas" w:eastAsia="Consolas"/>
                <w:sz w:val="15"/>
              </w:rPr>
              <w:t>sourceTrayId, sourceTrayNo, sourceLuId, sourceLocation</w:t>
            </w:r>
          </w:p>
        </w:tc>
        <w:tc>
          <w:tcPr>
            <w:tcW w:type="dxa" w:w="1571"/>
          </w:tcPr>
          <w:p>
            <w:pPr>
              <w:spacing w:after="0" w:line="252" w:lineRule="auto"/>
            </w:pPr>
            <w:r>
              <w:rPr>
                <w:sz w:val="17"/>
              </w:rPr>
              <w:t>S 20, N 4, S 20, S 20</w:t>
            </w:r>
          </w:p>
        </w:tc>
        <w:tc>
          <w:tcPr>
            <w:tcW w:type="dxa" w:w="2327"/>
          </w:tcPr>
          <w:p>
            <w:pPr>
              <w:spacing w:after="0" w:line="252" w:lineRule="auto"/>
            </w:pPr>
            <w:r>
              <w:rPr>
                <w:sz w:val="17"/>
              </w:rPr>
              <w:t>aus welchem Tray, Behälter und Platz entnommen</w:t>
            </w:r>
          </w:p>
        </w:tc>
        <w:tc>
          <w:tcPr>
            <w:tcW w:type="dxa" w:w="1098"/>
          </w:tcPr>
          <w:p>
            <w:pPr>
              <w:spacing w:after="0" w:line="252" w:lineRule="auto"/>
            </w:pPr>
            <w:r>
              <w:rPr>
                <w:sz w:val="17"/>
              </w:rPr>
              <w:t>IM Tab. 69, S. 114/115</w:t>
            </w:r>
          </w:p>
        </w:tc>
      </w:tr>
      <w:tr>
        <w:tc>
          <w:tcPr>
            <w:tcW w:type="dxa" w:w="2324"/>
          </w:tcPr>
          <w:p>
            <w:pPr>
              <w:spacing w:after="0" w:line="252" w:lineRule="auto"/>
            </w:pPr>
            <w:r>
              <w:rPr>
                <w:rFonts w:ascii="Consolas" w:hAnsi="Consolas" w:cs="Consolas" w:eastAsia="Consolas"/>
                <w:sz w:val="15"/>
              </w:rPr>
              <w:t>WLSPDLACTIVITYACK001</w:t>
            </w:r>
          </w:p>
        </w:tc>
        <w:tc>
          <w:tcPr>
            <w:tcW w:type="dxa" w:w="2204"/>
          </w:tcPr>
          <w:p>
            <w:pPr>
              <w:spacing w:after="0" w:line="252" w:lineRule="auto"/>
            </w:pPr>
            <w:r>
              <w:rPr>
                <w:rFonts w:ascii="Consolas" w:hAnsi="Consolas" w:cs="Consolas" w:eastAsia="Consolas"/>
                <w:sz w:val="15"/>
              </w:rPr>
              <w:t>destLuId, destStoLoc</w:t>
            </w:r>
          </w:p>
        </w:tc>
        <w:tc>
          <w:tcPr>
            <w:tcW w:type="dxa" w:w="1571"/>
          </w:tcPr>
          <w:p>
            <w:pPr>
              <w:spacing w:after="0" w:line="252" w:lineRule="auto"/>
            </w:pPr>
            <w:r>
              <w:rPr>
                <w:sz w:val="17"/>
              </w:rPr>
              <w:t>je S 20</w:t>
            </w:r>
          </w:p>
        </w:tc>
        <w:tc>
          <w:tcPr>
            <w:tcW w:type="dxa" w:w="2327"/>
          </w:tcPr>
          <w:p>
            <w:pPr>
              <w:spacing w:after="0" w:line="252" w:lineRule="auto"/>
            </w:pPr>
            <w:r>
              <w:rPr>
                <w:sz w:val="17"/>
              </w:rPr>
              <w:t>Ziel (z. B. Put-to-Light, Kommissionierwagen-Platz in WAMAS); hier leer</w:t>
            </w:r>
          </w:p>
        </w:tc>
        <w:tc>
          <w:tcPr>
            <w:tcW w:type="dxa" w:w="1098"/>
          </w:tcPr>
          <w:p>
            <w:pPr>
              <w:spacing w:after="0" w:line="252" w:lineRule="auto"/>
            </w:pPr>
            <w:r>
              <w:rPr>
                <w:sz w:val="17"/>
              </w:rPr>
              <w:t>IM Tab. 69, S. 115</w:t>
            </w:r>
          </w:p>
        </w:tc>
      </w:tr>
      <w:tr>
        <w:tc>
          <w:tcPr>
            <w:tcW w:type="dxa" w:w="2324"/>
          </w:tcPr>
          <w:p>
            <w:pPr>
              <w:spacing w:after="0" w:line="252" w:lineRule="auto"/>
            </w:pPr>
            <w:r>
              <w:rPr>
                <w:rFonts w:ascii="Consolas" w:hAnsi="Consolas" w:cs="Consolas" w:eastAsia="Consolas"/>
                <w:sz w:val="15"/>
              </w:rPr>
              <w:t>WLSPDLACTIVITYACK001</w:t>
            </w:r>
          </w:p>
        </w:tc>
        <w:tc>
          <w:tcPr>
            <w:tcW w:type="dxa" w:w="2204"/>
          </w:tcPr>
          <w:p>
            <w:pPr>
              <w:spacing w:after="0" w:line="252" w:lineRule="auto"/>
            </w:pPr>
            <w:r>
              <w:rPr>
                <w:rFonts w:ascii="Consolas" w:hAnsi="Consolas" w:cs="Consolas" w:eastAsia="Consolas"/>
                <w:sz w:val="15"/>
              </w:rPr>
              <w:t>user, registrationTime</w:t>
            </w:r>
          </w:p>
        </w:tc>
        <w:tc>
          <w:tcPr>
            <w:tcW w:type="dxa" w:w="1571"/>
          </w:tcPr>
          <w:p>
            <w:pPr>
              <w:spacing w:after="0" w:line="252" w:lineRule="auto"/>
            </w:pPr>
            <w:r>
              <w:rPr>
                <w:sz w:val="17"/>
              </w:rPr>
              <w:t>S 20, DT 14</w:t>
            </w:r>
          </w:p>
        </w:tc>
        <w:tc>
          <w:tcPr>
            <w:tcW w:type="dxa" w:w="2327"/>
          </w:tcPr>
          <w:p>
            <w:pPr>
              <w:spacing w:after="0" w:line="252" w:lineRule="auto"/>
            </w:pPr>
            <w:r>
              <w:rPr>
                <w:sz w:val="17"/>
              </w:rPr>
              <w:t>wer, wann (Rückverfolgung)</w:t>
            </w:r>
          </w:p>
        </w:tc>
        <w:tc>
          <w:tcPr>
            <w:tcW w:type="dxa" w:w="1098"/>
          </w:tcPr>
          <w:p>
            <w:pPr>
              <w:spacing w:after="0" w:line="252" w:lineRule="auto"/>
            </w:pPr>
            <w:r>
              <w:rPr>
                <w:sz w:val="17"/>
              </w:rPr>
              <w:t>IM Tab. 69, S. 115</w:t>
            </w:r>
          </w:p>
        </w:tc>
      </w:tr>
      <w:tr>
        <w:tc>
          <w:tcPr>
            <w:tcW w:type="dxa" w:w="2324"/>
          </w:tcPr>
          <w:p>
            <w:pPr>
              <w:spacing w:after="0" w:line="252" w:lineRule="auto"/>
            </w:pPr>
            <w:r>
              <w:rPr>
                <w:rFonts w:ascii="Consolas" w:hAnsi="Consolas" w:cs="Consolas" w:eastAsia="Consolas"/>
                <w:sz w:val="15"/>
              </w:rPr>
              <w:t>WLSPDLACTIVITYACK001</w:t>
            </w:r>
          </w:p>
        </w:tc>
        <w:tc>
          <w:tcPr>
            <w:tcW w:type="dxa" w:w="2204"/>
          </w:tcPr>
          <w:p>
            <w:pPr>
              <w:spacing w:after="0" w:line="252" w:lineRule="auto"/>
            </w:pPr>
            <w:r>
              <w:rPr>
                <w:rFonts w:ascii="Consolas" w:hAnsi="Consolas" w:cs="Consolas" w:eastAsia="Consolas"/>
                <w:sz w:val="15"/>
              </w:rPr>
              <w:t>pickedAmount, reservedAmount</w:t>
            </w:r>
          </w:p>
        </w:tc>
        <w:tc>
          <w:tcPr>
            <w:tcW w:type="dxa" w:w="1571"/>
          </w:tcPr>
          <w:p>
            <w:pPr>
              <w:spacing w:after="0" w:line="252" w:lineRule="auto"/>
            </w:pPr>
            <w:r>
              <w:rPr>
                <w:sz w:val="17"/>
              </w:rPr>
              <w:t>je D 12,3</w:t>
            </w:r>
          </w:p>
        </w:tc>
        <w:tc>
          <w:tcPr>
            <w:tcW w:type="dxa" w:w="2327"/>
          </w:tcPr>
          <w:p>
            <w:pPr>
              <w:spacing w:after="0" w:line="252" w:lineRule="auto"/>
            </w:pPr>
            <w:r>
              <w:rPr>
                <w:sz w:val="17"/>
              </w:rPr>
              <w:t>entnommene und reservierte Menge je Behälter</w:t>
            </w:r>
          </w:p>
        </w:tc>
        <w:tc>
          <w:tcPr>
            <w:tcW w:type="dxa" w:w="1098"/>
          </w:tcPr>
          <w:p>
            <w:pPr>
              <w:spacing w:after="0" w:line="252" w:lineRule="auto"/>
            </w:pPr>
            <w:r>
              <w:rPr>
                <w:sz w:val="17"/>
              </w:rPr>
              <w:t>IM Tab. 69, S. 115</w:t>
            </w:r>
          </w:p>
        </w:tc>
      </w:tr>
      <w:tr>
        <w:tc>
          <w:tcPr>
            <w:tcW w:type="dxa" w:w="2324"/>
          </w:tcPr>
          <w:p>
            <w:pPr>
              <w:spacing w:after="0" w:line="252" w:lineRule="auto"/>
            </w:pPr>
            <w:r>
              <w:rPr>
                <w:rFonts w:ascii="Consolas" w:hAnsi="Consolas" w:cs="Consolas" w:eastAsia="Consolas"/>
                <w:sz w:val="15"/>
              </w:rPr>
              <w:t>WLSPDLACTIVITYACK001</w:t>
            </w:r>
          </w:p>
        </w:tc>
        <w:tc>
          <w:tcPr>
            <w:tcW w:type="dxa" w:w="2204"/>
          </w:tcPr>
          <w:p>
            <w:pPr>
              <w:spacing w:after="0" w:line="252" w:lineRule="auto"/>
            </w:pPr>
            <w:r>
              <w:rPr>
                <w:rFonts w:ascii="Consolas" w:hAnsi="Consolas" w:cs="Consolas" w:eastAsia="Consolas"/>
                <w:sz w:val="15"/>
              </w:rPr>
              <w:t>batch, bbDate, prodDate, csia1 bis csia20</w:t>
            </w:r>
          </w:p>
        </w:tc>
        <w:tc>
          <w:tcPr>
            <w:tcW w:type="dxa" w:w="1571"/>
          </w:tcPr>
          <w:p>
            <w:pPr>
              <w:spacing w:after="0" w:line="252" w:lineRule="auto"/>
            </w:pPr>
            <w:r>
              <w:rPr>
                <w:sz w:val="17"/>
              </w:rPr>
              <w:t>S 20, DA 8, DA 8, je S 50</w:t>
            </w:r>
          </w:p>
        </w:tc>
        <w:tc>
          <w:tcPr>
            <w:tcW w:type="dxa" w:w="2327"/>
          </w:tcPr>
          <w:p>
            <w:pPr>
              <w:spacing w:after="0" w:line="252" w:lineRule="auto"/>
            </w:pPr>
            <w:r>
              <w:rPr>
                <w:sz w:val="17"/>
              </w:rPr>
              <w:t>tatsächlich entnommene Charge, MHD, Seriennummer (sia) → Artikelverfolgung in BC</w:t>
            </w:r>
          </w:p>
        </w:tc>
        <w:tc>
          <w:tcPr>
            <w:tcW w:type="dxa" w:w="1098"/>
          </w:tcPr>
          <w:p>
            <w:pPr>
              <w:spacing w:after="0" w:line="252" w:lineRule="auto"/>
            </w:pPr>
            <w:r>
              <w:rPr>
                <w:sz w:val="17"/>
              </w:rPr>
              <w:t>IM Tab. 69, S. 116 bis 118</w:t>
            </w:r>
          </w:p>
        </w:tc>
      </w:tr>
      <w:tr>
        <w:tc>
          <w:tcPr>
            <w:tcW w:type="dxa" w:w="2324"/>
          </w:tcPr>
          <w:p>
            <w:pPr>
              <w:spacing w:after="0" w:line="252" w:lineRule="auto"/>
            </w:pPr>
            <w:r>
              <w:rPr>
                <w:rFonts w:ascii="Consolas" w:hAnsi="Consolas" w:cs="Consolas" w:eastAsia="Consolas"/>
                <w:sz w:val="15"/>
              </w:rPr>
              <w:t>WLSPDEXTREFACK001</w:t>
            </w:r>
          </w:p>
        </w:tc>
        <w:tc>
          <w:tcPr>
            <w:tcW w:type="dxa" w:w="2204"/>
          </w:tcPr>
          <w:p>
            <w:pPr>
              <w:spacing w:after="0" w:line="252" w:lineRule="auto"/>
            </w:pPr>
            <w:r>
              <w:rPr>
                <w:rFonts w:ascii="Consolas" w:hAnsi="Consolas" w:cs="Consolas" w:eastAsia="Consolas"/>
                <w:sz w:val="15"/>
              </w:rPr>
              <w:t>clientId, demandNo, systemPartner, extRefKey, extRefVal1, extRefVal2</w:t>
            </w:r>
          </w:p>
        </w:tc>
        <w:tc>
          <w:tcPr>
            <w:tcW w:type="dxa" w:w="1571"/>
          </w:tcPr>
          <w:p>
            <w:pPr>
              <w:spacing w:after="0" w:line="252" w:lineRule="auto"/>
            </w:pPr>
            <w:r>
              <w:rPr>
                <w:sz w:val="17"/>
              </w:rPr>
              <w:t>S 10, S 20, S 10, S 64, S 512, S 512</w:t>
            </w:r>
          </w:p>
        </w:tc>
        <w:tc>
          <w:tcPr>
            <w:tcW w:type="dxa" w:w="2327"/>
          </w:tcPr>
          <w:p>
            <w:pPr>
              <w:spacing w:after="0" w:line="252" w:lineRule="auto"/>
            </w:pPr>
            <w:r>
              <w:rPr>
                <w:sz w:val="17"/>
              </w:rPr>
              <w:t>Wagen zurück (WAGE, KW-1002)</w:t>
            </w:r>
          </w:p>
        </w:tc>
        <w:tc>
          <w:tcPr>
            <w:tcW w:type="dxa" w:w="1098"/>
          </w:tcPr>
          <w:p>
            <w:pPr>
              <w:spacing w:after="0" w:line="252" w:lineRule="auto"/>
            </w:pPr>
            <w:r>
              <w:rPr>
                <w:sz w:val="17"/>
              </w:rPr>
              <w:t>IM Tab. 70, S. 119</w:t>
            </w:r>
          </w:p>
        </w:tc>
      </w:tr>
      <w:tr>
        <w:tc>
          <w:tcPr>
            <w:tcW w:type="dxa" w:w="2324"/>
          </w:tcPr>
          <w:p>
            <w:pPr>
              <w:spacing w:after="0" w:line="252" w:lineRule="auto"/>
            </w:pPr>
            <w:r>
              <w:rPr>
                <w:rFonts w:ascii="Consolas" w:hAnsi="Consolas" w:cs="Consolas" w:eastAsia="Consolas"/>
                <w:sz w:val="15"/>
              </w:rPr>
              <w:t>WLSPDLEXTREFACK001</w:t>
            </w:r>
          </w:p>
        </w:tc>
        <w:tc>
          <w:tcPr>
            <w:tcW w:type="dxa" w:w="2204"/>
          </w:tcPr>
          <w:p>
            <w:pPr>
              <w:spacing w:after="0" w:line="252" w:lineRule="auto"/>
            </w:pPr>
            <w:r>
              <w:rPr>
                <w:rFonts w:ascii="Consolas" w:hAnsi="Consolas" w:cs="Consolas" w:eastAsia="Consolas"/>
                <w:sz w:val="15"/>
              </w:rPr>
              <w:t>clientId, demandNo, systemPartner, sysPartnerLine, demandLineNo, extRefKey, extRefVal1, extRefVal2</w:t>
            </w:r>
          </w:p>
        </w:tc>
        <w:tc>
          <w:tcPr>
            <w:tcW w:type="dxa" w:w="1571"/>
          </w:tcPr>
          <w:p>
            <w:pPr>
              <w:spacing w:after="0" w:line="252" w:lineRule="auto"/>
            </w:pPr>
            <w:r>
              <w:rPr>
                <w:sz w:val="17"/>
              </w:rPr>
              <w:t>S 10, S 20, S 10, N 10, N 10, S 64, S 512, S 512</w:t>
            </w:r>
          </w:p>
        </w:tc>
        <w:tc>
          <w:tcPr>
            <w:tcW w:type="dxa" w:w="2327"/>
          </w:tcPr>
          <w:p>
            <w:pPr>
              <w:spacing w:after="0" w:line="252" w:lineRule="auto"/>
            </w:pPr>
            <w:r>
              <w:rPr>
                <w:sz w:val="17"/>
              </w:rPr>
              <w:t>Wagen und Zielfach je Zeile zurück</w:t>
            </w:r>
          </w:p>
        </w:tc>
        <w:tc>
          <w:tcPr>
            <w:tcW w:type="dxa" w:w="1098"/>
          </w:tcPr>
          <w:p>
            <w:pPr>
              <w:spacing w:after="0" w:line="252" w:lineRule="auto"/>
            </w:pPr>
            <w:r>
              <w:rPr>
                <w:sz w:val="17"/>
              </w:rPr>
              <w:t>IM Tab. 71, S. 119/120</w:t>
            </w:r>
          </w:p>
        </w:tc>
      </w:tr>
    </w:tbl>
    <w:p>
      <w:pPr>
        <w:pStyle w:val="BeschriftungSSI"/>
      </w:pPr>
      <w:r>
        <w:t>Tab. 13: WAMAS an BC Dynamics (Rückmeldung)</w:t>
      </w:r>
    </w:p>
    <w:p>
      <w:pPr>
        <w:pStyle w:val="Heading2"/>
      </w:pPr>
      <w:r>
        <w:t>9.3 Prüfungen in BC vor dem Senden</w:t>
      </w:r>
    </w:p>
    <w:p>
      <w:pPr>
        <w:pStyle w:val="ListBullet"/>
      </w:pPr>
      <w:r>
        <w:t>demandNo max. 20 und eindeutig, noteNo max. 18, info/info2 max. 256, itemNo max. 40. [belegt]</w:t>
      </w:r>
    </w:p>
    <w:p>
      <w:pPr>
        <w:pStyle w:val="ListBullet"/>
      </w:pPr>
      <w:r>
        <w:t>batch max. 20 (die Referenz-App erlaubt bei der Einlagerung bisher 50), bbDate genau 8 Ziffern JJJJMMTT, csia1 max. 50. [belegt]</w:t>
      </w:r>
    </w:p>
    <w:p>
      <w:pPr>
        <w:pStyle w:val="ListBullet"/>
      </w:pPr>
      <w:r>
        <w:t>Bei Vorgabe einer Seriennummer: eine Position je Stück, baseQty 1. [Annahme, zu prüfen]</w:t>
      </w:r>
    </w:p>
    <w:p>
      <w:pPr>
        <w:pStyle w:val="ListBullet"/>
      </w:pPr>
      <w:r>
        <w:t>Je Position genau ein WLSPDLEXTREF001 WAGE mit Wagen und Fach, sysPartnerLine gleich der Position; kein Fach doppelt, ausser gewollt. [Annahme, zu prüfen]</w:t>
      </w:r>
    </w:p>
    <w:p>
      <w:pPr>
        <w:pStyle w:val="Quelle"/>
      </w:pPr>
      <w:r>
        <w:rPr>
          <w:b/>
        </w:rPr>
        <w:t xml:space="preserve">Quelle: </w:t>
      </w:r>
      <w:r>
        <w:rPr>
          <w:sz w:val="17"/>
        </w:rPr>
        <w:t>Vorgängerdokument v1.0, Kap. „Feldmapping“; Belege je Aussage siehe Kennzeichnung und Quellenverzeichnis</w:t>
      </w:r>
    </w:p>
    <w:p>
      <w:pPr>
        <w:pStyle w:val="Heading1"/>
      </w:pPr>
      <w:r>
        <w:t>10 Anleitung für das Lager: Kommissionieren mit Wagen</w:t>
      </w:r>
    </w:p>
    <w:p>
      <w:r>
        <w:t>So holst du Ware für einen Warenausgang aus dem Lift in den Kommissionierwagen. Was am Touch genau angezeigt wird, prüfen wir im Test [Annahme, zu prüfen] .</w:t>
      </w:r>
    </w:p>
    <w:p>
      <w:pPr>
        <w:pStyle w:val="Heading2"/>
      </w:pPr>
      <w:r>
        <w:t>10.1 Schritt 1: Auftrag und Wagen holen</w:t>
      </w:r>
    </w:p>
    <w:p>
      <w:pPr>
        <w:pStyle w:val="ListBullet"/>
      </w:pPr>
      <w:r>
        <w:rPr>
          <w:b/>
        </w:rPr>
        <w:t>Du machst:</w:t>
      </w:r>
      <w:r>
        <w:t xml:space="preserve"> Kommissionierbeleg nehmen. Darauf stehen Auftrag, Wagen und für jede Position das Fach.</w:t>
      </w:r>
    </w:p>
    <w:p>
      <w:pPr>
        <w:pStyle w:val="ListBullet"/>
      </w:pPr>
      <w:r>
        <w:rPr>
          <w:b/>
        </w:rPr>
        <w:t>Das passiert:</w:t>
      </w:r>
      <w:r>
        <w:t xml:space="preserve"> Du weisst, welcher Wagen und welche Fächer.</w:t>
      </w:r>
    </w:p>
    <w:p>
      <w:r>
        <w:rPr>
          <w:b/>
        </w:rPr>
        <w:t>Beispiel Ausl000002:</w:t>
      </w:r>
      <w:r>
        <w:t xml:space="preserve"> Auftrag </w:t>
      </w:r>
      <w:r>
        <w:rPr>
          <w:b/>
        </w:rPr>
        <w:t>Ausl000002</w:t>
      </w:r>
      <w:r>
        <w:t xml:space="preserve">, Wagen </w:t>
      </w:r>
      <w:r>
        <w:rPr>
          <w:b/>
        </w:rPr>
        <w:t>KW-1002</w:t>
      </w:r>
      <w:r>
        <w:t>, Fächer A1, A2, A3, B1.</w:t>
      </w:r>
    </w:p>
    <w:p>
      <w:pPr>
        <w:pStyle w:val="Heading2"/>
      </w:pPr>
      <w:r>
        <w:t>10.2 Schritt 2: Wagen an den Lift stellen</w:t>
      </w:r>
    </w:p>
    <w:p>
      <w:pPr>
        <w:pStyle w:val="ListBullet"/>
      </w:pPr>
      <w:r>
        <w:rPr>
          <w:b/>
        </w:rPr>
        <w:t>Du machst:</w:t>
      </w:r>
      <w:r>
        <w:t xml:space="preserve"> Leeren Wagen holen und Deichsel-Schild prüfen.</w:t>
      </w:r>
    </w:p>
    <w:p>
      <w:pPr>
        <w:pStyle w:val="ListBullet"/>
      </w:pPr>
      <w:r>
        <w:rPr>
          <w:b/>
        </w:rPr>
        <w:t>Das passiert:</w:t>
      </w:r>
      <w:r>
        <w:t xml:space="preserve"> Der richtige Wagen steht am Lift.</w:t>
      </w:r>
    </w:p>
    <w:p>
      <w:r>
        <w:rPr>
          <w:b/>
        </w:rPr>
        <w:t>Beispiel Ausl000002:</w:t>
      </w:r>
      <w:r>
        <w:t xml:space="preserve"> Schild </w:t>
      </w:r>
      <w:r>
        <w:rPr>
          <w:b/>
        </w:rPr>
        <w:t>KW-1002</w:t>
      </w:r>
      <w:r>
        <w:t>.</w:t>
      </w:r>
    </w:p>
    <w:p>
      <w:pPr>
        <w:pStyle w:val="Heading2"/>
      </w:pPr>
      <w:r>
        <w:t>10.3 Schritt 3: Auftrag am Touch starten</w:t>
      </w:r>
    </w:p>
    <w:p>
      <w:pPr>
        <w:pStyle w:val="ListBullet"/>
      </w:pPr>
      <w:r>
        <w:rPr>
          <w:b/>
        </w:rPr>
        <w:t>Du machst:</w:t>
      </w:r>
      <w:r>
        <w:t xml:space="preserve"> Am Touch den Auftrag wählen und „Release“ tippen oder die LU-ID scannen.</w:t>
      </w:r>
    </w:p>
    <w:p>
      <w:pPr>
        <w:pStyle w:val="ListBullet"/>
      </w:pPr>
      <w:r>
        <w:rPr>
          <w:b/>
        </w:rPr>
        <w:t>Das passiert:</w:t>
      </w:r>
      <w:r>
        <w:t xml:space="preserve"> Der Lift bringt den ersten Tray.</w:t>
      </w:r>
    </w:p>
    <w:p>
      <w:r>
        <w:rPr>
          <w:b/>
        </w:rPr>
        <w:t>Beispiel Ausl000002:</w:t>
      </w:r>
      <w:r>
        <w:t xml:space="preserve"> Auftrag Ausl000002 in der Liste.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WAMAS Touch: Auftragsliste mit Ausl000002</w:t>
            </w:r>
          </w:p>
        </w:tc>
      </w:tr>
    </w:tbl>
    <w:p>
      <w:pPr>
        <w:spacing w:after="40"/>
      </w:pPr>
    </w:p>
    <w:p>
      <w:pPr>
        <w:pStyle w:val="Heading2"/>
      </w:pPr>
      <w:r>
        <w:t>10.4 Schritt 4: Behälter wählen</w:t>
      </w:r>
    </w:p>
    <w:p>
      <w:pPr>
        <w:pStyle w:val="ListBullet"/>
      </w:pPr>
      <w:r>
        <w:rPr>
          <w:b/>
        </w:rPr>
        <w:t>Du machst:</w:t>
      </w:r>
      <w:r>
        <w:t xml:space="preserve"> Den markierten Behälter auf dem Tray antippen.</w:t>
      </w:r>
    </w:p>
    <w:p>
      <w:pPr>
        <w:pStyle w:val="ListBullet"/>
      </w:pPr>
      <w:r>
        <w:rPr>
          <w:b/>
        </w:rPr>
        <w:t>Das passiert:</w:t>
      </w:r>
      <w:r>
        <w:t xml:space="preserve"> Die Menge steht im Feld.</w:t>
      </w:r>
    </w:p>
    <w:p>
      <w:r>
        <w:rPr>
          <w:b/>
        </w:rPr>
        <w:t>Beispiel Ausl000002:</w:t>
      </w:r>
      <w:r>
        <w:t xml:space="preserve"> Tray 15, Behälter LU000201, Menge 126.</w:t>
      </w:r>
    </w:p>
    <w:p>
      <w:pPr>
        <w:pStyle w:val="Heading2"/>
      </w:pPr>
      <w:r>
        <w:t>10.5 Schritt 5: Menge entnehmen und bestätigen</w:t>
      </w:r>
    </w:p>
    <w:p>
      <w:pPr>
        <w:pStyle w:val="ListBullet"/>
      </w:pPr>
      <w:r>
        <w:rPr>
          <w:b/>
        </w:rPr>
        <w:t>Du machst:</w:t>
      </w:r>
      <w:r>
        <w:t xml:space="preserve"> Genau die angezeigte Menge entnehmen und zählen. Stimmt sie, bestätigen.</w:t>
      </w:r>
    </w:p>
    <w:p>
      <w:pPr>
        <w:pStyle w:val="ListBullet"/>
      </w:pPr>
      <w:r>
        <w:rPr>
          <w:b/>
        </w:rPr>
        <w:t>Das passiert:</w:t>
      </w:r>
      <w:r>
        <w:t xml:space="preserve"> Die Menge ist gebucht.</w:t>
      </w:r>
    </w:p>
    <w:p>
      <w:r>
        <w:rPr>
          <w:b/>
        </w:rPr>
        <w:t>Beispiel Ausl000002:</w:t>
      </w:r>
      <w:r>
        <w:t xml:space="preserve"> 126 Stück JB-3030.</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Ist weniger da? Nur die Ist-Menge eingeben, OK, dann den Grund wählen (siehe Kapitel Stolperfallen, „Was tun wenn ...“).</w:t>
            </w:r>
          </w:p>
        </w:tc>
      </w:tr>
    </w:tbl>
    <w:p>
      <w:pPr>
        <w:spacing w:after="40"/>
      </w:pPr>
    </w:p>
    <w:p>
      <w:pPr>
        <w:pStyle w:val="Heading2"/>
      </w:pPr>
      <w:r>
        <w:t>10.6 Schritt 6: Charge, MHD oder Seriennummer</w:t>
      </w:r>
    </w:p>
    <w:p>
      <w:pPr>
        <w:pStyle w:val="ListBullet"/>
      </w:pPr>
      <w:r>
        <w:rPr>
          <w:b/>
        </w:rPr>
        <w:t>Du machst:</w:t>
      </w:r>
      <w:r>
        <w:t xml:space="preserve"> Fragt der Touch danach: vom Etikett der Ware scannen oder abtippen. MHD als Tag, Monat, Jahr.</w:t>
      </w:r>
    </w:p>
    <w:p>
      <w:pPr>
        <w:pStyle w:val="ListBullet"/>
      </w:pPr>
      <w:r>
        <w:rPr>
          <w:b/>
        </w:rPr>
        <w:t>Das passiert:</w:t>
      </w:r>
      <w:r>
        <w:t xml:space="preserve"> WAMAS speichert, welche Charge bzw. Seriennummer du genommen hast.</w:t>
      </w:r>
    </w:p>
    <w:p>
      <w:r>
        <w:rPr>
          <w:b/>
        </w:rPr>
        <w:t>Beispiel Ausl000002:</w:t>
      </w:r>
      <w:r>
        <w:t xml:space="preserve"> Charge </w:t>
      </w:r>
      <w:r>
        <w:rPr>
          <w:b/>
        </w:rPr>
        <w:t>S2403A</w:t>
      </w:r>
      <w:r>
        <w:t xml:space="preserve">, MHD </w:t>
      </w:r>
      <w:r>
        <w:rPr>
          <w:b/>
        </w:rPr>
        <w:t>31.03.2028</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Nie aus einem anderen Behälter nehmen als angezeigt: sonst stimmt die Charge in BC nicht.</w:t>
            </w:r>
          </w:p>
        </w:tc>
      </w:tr>
    </w:tbl>
    <w:p>
      <w:pPr>
        <w:spacing w:after="40"/>
      </w:pPr>
    </w:p>
    <w:p>
      <w:pPr>
        <w:pStyle w:val="Heading2"/>
      </w:pPr>
      <w:r>
        <w:t>10.7 Schritt 7: Ware ins Fach legen</w:t>
      </w:r>
    </w:p>
    <w:p>
      <w:pPr>
        <w:pStyle w:val="ListBullet"/>
      </w:pPr>
      <w:r>
        <w:rPr>
          <w:b/>
        </w:rPr>
        <w:t>Du machst:</w:t>
      </w:r>
      <w:r>
        <w:t xml:space="preserve"> Ware in das Fach legen, das auf dem Beleg steht. Bei zwei Behältern für eine Position: beide in dasselbe Fach.</w:t>
      </w:r>
    </w:p>
    <w:p>
      <w:pPr>
        <w:pStyle w:val="ListBullet"/>
      </w:pPr>
      <w:r>
        <w:rPr>
          <w:b/>
        </w:rPr>
        <w:t>Das passiert:</w:t>
      </w:r>
      <w:r>
        <w:t xml:space="preserve"> Das Fach ist befüllt.</w:t>
      </w:r>
    </w:p>
    <w:p>
      <w:r>
        <w:rPr>
          <w:b/>
        </w:rPr>
        <w:t>Beispiel Ausl000002:</w:t>
      </w:r>
      <w:r>
        <w:t xml:space="preserve"> A1: 126 + 24 Stück JB-3030.</w:t>
      </w:r>
    </w:p>
    <w:p>
      <w:pPr>
        <w:pStyle w:val="Heading2"/>
      </w:pPr>
      <w:r>
        <w:t>10.8 Schritt 8: Nächste Position</w:t>
      </w:r>
    </w:p>
    <w:p>
      <w:pPr>
        <w:pStyle w:val="ListBullet"/>
      </w:pPr>
      <w:r>
        <w:rPr>
          <w:b/>
        </w:rPr>
        <w:t>Du machst:</w:t>
      </w:r>
      <w:r>
        <w:t xml:space="preserve"> Der Lift bringt den nächsten Tray. Schritte 4 bis 7 wiederholen.</w:t>
      </w:r>
    </w:p>
    <w:p>
      <w:pPr>
        <w:pStyle w:val="ListBullet"/>
      </w:pPr>
      <w:r>
        <w:rPr>
          <w:b/>
        </w:rPr>
        <w:t>Das passiert:</w:t>
      </w:r>
      <w:r>
        <w:t xml:space="preserve"> Alle Positionen erledigt.</w:t>
      </w:r>
    </w:p>
    <w:p>
      <w:pPr>
        <w:pStyle w:val="Heading2"/>
      </w:pPr>
      <w:r>
        <w:t>10.9 Schritt 9: Auftrag abschliessen</w:t>
      </w:r>
    </w:p>
    <w:p>
      <w:pPr>
        <w:pStyle w:val="ListBullet"/>
      </w:pPr>
      <w:r>
        <w:rPr>
          <w:b/>
        </w:rPr>
        <w:t>Du machst:</w:t>
      </w:r>
      <w:r>
        <w:t xml:space="preserve"> Nach der letzten Position „Finalize Order“ tippen.</w:t>
      </w:r>
    </w:p>
    <w:p>
      <w:pPr>
        <w:pStyle w:val="ListBullet"/>
      </w:pPr>
      <w:r>
        <w:rPr>
          <w:b/>
        </w:rPr>
        <w:t>Das passiert:</w:t>
      </w:r>
      <w:r>
        <w:t xml:space="preserve"> Der Auftrag ist fertig, BC bekommt die Rückmeldung.</w:t>
      </w:r>
    </w:p>
    <w:p>
      <w:r>
        <w:rPr>
          <w:b/>
        </w:rPr>
        <w:t>Beispiel Ausl000002:</w:t>
      </w:r>
      <w:r>
        <w:t xml:space="preserve"> Ausl000002 fertig, Wagen KW-1002 zum Versand.</w:t>
      </w:r>
    </w:p>
    <w:p>
      <w:pPr>
        <w:pStyle w:val="Heading2"/>
      </w:pPr>
      <w:r>
        <w:t>10.10 Merkzettel</w:t>
      </w:r>
    </w:p>
    <w:p>
      <w:pPr>
        <w:pStyle w:val="ListBullet"/>
      </w:pPr>
      <w:r>
        <w:t xml:space="preserve">Immer nur aus dem </w:t>
      </w:r>
      <w:r>
        <w:rPr>
          <w:b/>
        </w:rPr>
        <w:t>markierten Behälter</w:t>
      </w:r>
      <w:r>
        <w:t xml:space="preserve"> nehmen.</w:t>
      </w:r>
    </w:p>
    <w:p>
      <w:pPr>
        <w:pStyle w:val="ListBullet"/>
      </w:pPr>
      <w:r>
        <w:t xml:space="preserve">Menge </w:t>
      </w:r>
      <w:r>
        <w:rPr>
          <w:b/>
        </w:rPr>
        <w:t>zählen</w:t>
      </w:r>
      <w:r>
        <w:t>, dann bestätigen.</w:t>
      </w:r>
    </w:p>
    <w:p>
      <w:pPr>
        <w:pStyle w:val="ListBullet"/>
      </w:pPr>
      <w:r>
        <w:t xml:space="preserve">Charge, MHD, Seriennummer </w:t>
      </w:r>
      <w:r>
        <w:rPr>
          <w:b/>
        </w:rPr>
        <w:t>vom Etikett</w:t>
      </w:r>
      <w:r>
        <w:t>, nie schätzen.</w:t>
      </w:r>
    </w:p>
    <w:p>
      <w:pPr>
        <w:pStyle w:val="ListBullet"/>
      </w:pPr>
      <w:r>
        <w:t xml:space="preserve">Weniger da: </w:t>
      </w:r>
      <w:r>
        <w:rPr>
          <w:b/>
        </w:rPr>
        <w:t>Ist-Menge</w:t>
      </w:r>
      <w:r>
        <w:t xml:space="preserve"> und </w:t>
      </w:r>
      <w:r>
        <w:rPr>
          <w:b/>
        </w:rPr>
        <w:t>Grund</w:t>
      </w:r>
      <w:r>
        <w:t>.</w:t>
      </w:r>
    </w:p>
    <w:p>
      <w:pPr>
        <w:pStyle w:val="ListBullet"/>
      </w:pPr>
      <w:r>
        <w:t xml:space="preserve">Ware ins </w:t>
      </w:r>
      <w:r>
        <w:rPr>
          <w:b/>
        </w:rPr>
        <w:t>Fach vom Beleg</w:t>
      </w:r>
      <w:r>
        <w:t>.</w:t>
      </w:r>
    </w:p>
    <w:p>
      <w:pPr>
        <w:pStyle w:val="ListBullet"/>
      </w:pPr>
      <w:r>
        <w:t xml:space="preserve">Am Ende </w:t>
      </w:r>
      <w:r>
        <w:rPr>
          <w:b/>
        </w:rPr>
        <w:t>Finalize Order</w:t>
      </w:r>
      <w:r>
        <w:t>.</w:t>
      </w:r>
    </w:p>
    <w:p>
      <w:pPr>
        <w:pStyle w:val="Quelle"/>
      </w:pPr>
      <w:r>
        <w:rPr>
          <w:b/>
        </w:rPr>
        <w:t xml:space="preserve">Quelle: </w:t>
      </w:r>
      <w:r>
        <w:rPr>
          <w:sz w:val="17"/>
        </w:rPr>
        <w:t>Vorgängerdokument v1.0, Kap. „Anleitung für das Lager: Kommissionieren mit Wagen“; Belege je Aussage siehe Kennzeichnung und Quellenverzeichnis</w:t>
      </w:r>
    </w:p>
    <w:p>
      <w:pPr>
        <w:pStyle w:val="Heading1"/>
      </w:pPr>
      <w:r>
        <w:t>11 Stolperfallen</w:t>
      </w:r>
    </w:p>
    <w:p>
      <w:r>
        <w:t>Die wichtigsten Fehlerquellen, danach die Fehlerfälle und die Hilfen für das Lager („Was tun wenn ...“).</w:t>
      </w:r>
    </w:p>
    <w:p>
      <w:pPr>
        <w:pStyle w:val="ListBullet"/>
      </w:pPr>
      <w:r>
        <w:rPr>
          <w:rFonts w:ascii="Consolas" w:hAnsi="Consolas" w:cs="Consolas" w:eastAsia="Consolas"/>
          <w:sz w:val="18"/>
        </w:rPr>
        <w:t>batch</w:t>
      </w:r>
      <w:r>
        <w:t xml:space="preserve">, </w:t>
      </w:r>
      <w:r>
        <w:rPr>
          <w:rFonts w:ascii="Consolas" w:hAnsi="Consolas" w:cs="Consolas" w:eastAsia="Consolas"/>
          <w:sz w:val="18"/>
        </w:rPr>
        <w:t>bbDate</w:t>
      </w:r>
      <w:r>
        <w:t xml:space="preserve"> und </w:t>
      </w:r>
      <w:r>
        <w:rPr>
          <w:rFonts w:ascii="Consolas" w:hAnsi="Consolas" w:cs="Consolas" w:eastAsia="Consolas"/>
          <w:sz w:val="18"/>
        </w:rPr>
        <w:t>csia1</w:t>
      </w:r>
      <w:r>
        <w:t xml:space="preserve"> in </w:t>
      </w:r>
      <w:r>
        <w:rPr>
          <w:rFonts w:ascii="Consolas" w:hAnsi="Consolas" w:cs="Consolas" w:eastAsia="Consolas"/>
          <w:sz w:val="18"/>
        </w:rPr>
        <w:t>WLSPDLACK001</w:t>
      </w:r>
      <w:r>
        <w:t xml:space="preserve"> sind die </w:t>
      </w:r>
      <w:r>
        <w:rPr>
          <w:b/>
        </w:rPr>
        <w:t>verlangten</w:t>
      </w:r>
      <w:r>
        <w:t xml:space="preserve"> Werte (sqa, wie gesendet; oft leer). Die </w:t>
      </w:r>
      <w:r>
        <w:rPr>
          <w:b/>
        </w:rPr>
        <w:t>tatsächlich</w:t>
      </w:r>
      <w:r>
        <w:t xml:space="preserve"> entnommenen Werte stehen nur in </w:t>
      </w:r>
      <w:r>
        <w:rPr>
          <w:rFonts w:ascii="Consolas" w:hAnsi="Consolas" w:cs="Consolas" w:eastAsia="Consolas"/>
          <w:sz w:val="18"/>
        </w:rPr>
        <w:t>WLSPDLACTIVITYACK001</w:t>
      </w:r>
      <w:r>
        <w:t xml:space="preserve"> (sia). BC muss die Artikelverfolgung daher aus den Entnahmen buchen, eine Zeile kann mehrere Chargen haben. [belegt] Feldnamen sqa/sia, [Annahme, zu prüfen] Auslegung</w:t>
      </w:r>
    </w:p>
    <w:p>
      <w:pPr>
        <w:pStyle w:val="ListBullet"/>
      </w:pPr>
      <w:r>
        <w:t>Ist weniger da? Nur die Ist-Menge eingeben, OK, dann den Grund wählen (siehe Kapitel Stolperfallen, „Was tun wenn ...“).</w:t>
      </w:r>
    </w:p>
    <w:p>
      <w:pPr>
        <w:pStyle w:val="ListBullet"/>
      </w:pPr>
      <w:r>
        <w:t>Nie aus einem anderen Behälter nehmen als angezeigt: sonst stimmt die Charge in BC nicht.</w:t>
      </w:r>
    </w:p>
    <w:p>
      <w:pPr>
        <w:pStyle w:val="Heading2"/>
      </w:pPr>
      <w:r>
        <w:t>11.1 Fehlerfälle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41"/>
        <w:gridCol w:w="3048"/>
        <w:gridCol w:w="3265"/>
        <w:gridCol w:w="1469"/>
      </w:tblGrid>
      <w:tr>
        <w:trPr>
          <w:tblHeader w:val="true"/>
        </w:trPr>
        <w:tc>
          <w:tcPr>
            <w:tcW w:type="dxa" w:w="1742"/>
            <w:shd w:val="clear" w:color="auto" w:fill="FEEE19"/>
          </w:tcPr>
          <w:p>
            <w:pPr>
              <w:spacing w:after="0"/>
            </w:pPr>
            <w:r>
              <w:rPr>
                <w:b/>
                <w:sz w:val="17"/>
              </w:rPr>
              <w:t>Fall</w:t>
            </w:r>
          </w:p>
        </w:tc>
        <w:tc>
          <w:tcPr>
            <w:tcW w:type="dxa" w:w="3048"/>
            <w:shd w:val="clear" w:color="auto" w:fill="FEEE19"/>
          </w:tcPr>
          <w:p>
            <w:pPr>
              <w:spacing w:after="0"/>
            </w:pPr>
            <w:r>
              <w:rPr>
                <w:b/>
                <w:sz w:val="17"/>
              </w:rPr>
              <w:t>Ursache</w:t>
            </w:r>
          </w:p>
        </w:tc>
        <w:tc>
          <w:tcPr>
            <w:tcW w:type="dxa" w:w="3266"/>
            <w:shd w:val="clear" w:color="auto" w:fill="FEEE19"/>
          </w:tcPr>
          <w:p>
            <w:pPr>
              <w:spacing w:after="0"/>
            </w:pPr>
            <w:r>
              <w:rPr>
                <w:b/>
                <w:sz w:val="17"/>
              </w:rPr>
              <w:t>Was tun</w:t>
            </w:r>
          </w:p>
        </w:tc>
        <w:tc>
          <w:tcPr>
            <w:tcW w:type="dxa" w:w="1469"/>
            <w:shd w:val="clear" w:color="auto" w:fill="FEEE19"/>
          </w:tcPr>
          <w:p>
            <w:pPr>
              <w:spacing w:after="0"/>
            </w:pPr>
            <w:r>
              <w:rPr>
                <w:b/>
                <w:sz w:val="17"/>
              </w:rPr>
              <w:t>Status</w:t>
            </w:r>
          </w:p>
        </w:tc>
      </w:tr>
      <w:tr>
        <w:tc>
          <w:tcPr>
            <w:tcW w:type="dxa" w:w="1742"/>
          </w:tcPr>
          <w:p>
            <w:pPr>
              <w:spacing w:after="0" w:line="252" w:lineRule="auto"/>
            </w:pPr>
            <w:r>
              <w:rPr>
                <w:sz w:val="17"/>
              </w:rPr>
              <w:t>Telegramm abgelehnt (Error)</w:t>
            </w:r>
          </w:p>
        </w:tc>
        <w:tc>
          <w:tcPr>
            <w:tcW w:type="dxa" w:w="3048"/>
          </w:tcPr>
          <w:p>
            <w:pPr>
              <w:spacing w:after="0" w:line="252" w:lineRule="auto"/>
            </w:pPr>
            <w:r>
              <w:rPr>
                <w:sz w:val="17"/>
              </w:rPr>
              <w:t>Feldlänge überschritten, Datum falsch, Artikel unbekannt</w:t>
            </w:r>
          </w:p>
        </w:tc>
        <w:tc>
          <w:tcPr>
            <w:tcW w:type="dxa" w:w="3266"/>
          </w:tcPr>
          <w:p>
            <w:pPr>
              <w:spacing w:after="0" w:line="252" w:lineRule="auto"/>
            </w:pPr>
            <w:r>
              <w:rPr>
                <w:sz w:val="17"/>
              </w:rPr>
              <w:t>Telegramm in WAMAS (Fehlerliste) prüfen, in BC korrigieren, neu senden</w:t>
            </w:r>
          </w:p>
        </w:tc>
        <w:tc>
          <w:tcPr>
            <w:tcW w:type="dxa" w:w="1469"/>
          </w:tcPr>
          <w:p>
            <w:pPr>
              <w:spacing w:after="0" w:line="252" w:lineRule="auto"/>
            </w:pPr>
            <w:r>
              <w:rPr>
                <w:sz w:val="17"/>
              </w:rPr>
              <w:t>[belegt] (IM Tab. 6, 2.1.5)</w:t>
            </w:r>
          </w:p>
        </w:tc>
      </w:tr>
      <w:tr>
        <w:tc>
          <w:tcPr>
            <w:tcW w:type="dxa" w:w="1742"/>
          </w:tcPr>
          <w:p>
            <w:pPr>
              <w:spacing w:after="0" w:line="252" w:lineRule="auto"/>
            </w:pPr>
            <w:r>
              <w:rPr>
                <w:sz w:val="17"/>
              </w:rPr>
              <w:t>Artikel ohne Bestand</w:t>
            </w:r>
          </w:p>
        </w:tc>
        <w:tc>
          <w:tcPr>
            <w:tcW w:type="dxa" w:w="3048"/>
          </w:tcPr>
          <w:p>
            <w:pPr>
              <w:spacing w:after="0" w:line="252" w:lineRule="auto"/>
            </w:pPr>
            <w:r>
              <w:rPr>
                <w:sz w:val="17"/>
              </w:rPr>
              <w:t>kein passender Bestand (Charge, MHD, Seriennummer)</w:t>
            </w:r>
          </w:p>
        </w:tc>
        <w:tc>
          <w:tcPr>
            <w:tcW w:type="dxa" w:w="3266"/>
          </w:tcPr>
          <w:p>
            <w:pPr>
              <w:spacing w:after="0" w:line="252" w:lineRule="auto"/>
            </w:pPr>
            <w:r>
              <w:rPr>
                <w:sz w:val="17"/>
              </w:rPr>
              <w:t>Auftrag bleibt offen; Leitstelle schliesst ab, Rückstand in BC</w:t>
            </w:r>
          </w:p>
        </w:tc>
        <w:tc>
          <w:tcPr>
            <w:tcW w:type="dxa" w:w="1469"/>
          </w:tcPr>
          <w:p>
            <w:pPr>
              <w:spacing w:after="0" w:line="252" w:lineRule="auto"/>
            </w:pPr>
            <w:r>
              <w:rPr>
                <w:sz w:val="17"/>
              </w:rPr>
              <w:t>[Annahme, zu prüfen]</w:t>
            </w:r>
          </w:p>
        </w:tc>
      </w:tr>
      <w:tr>
        <w:tc>
          <w:tcPr>
            <w:tcW w:type="dxa" w:w="1742"/>
          </w:tcPr>
          <w:p>
            <w:pPr>
              <w:spacing w:after="0" w:line="252" w:lineRule="auto"/>
            </w:pPr>
            <w:r>
              <w:rPr>
                <w:sz w:val="17"/>
              </w:rPr>
              <w:t>Verlangte Charge nicht vorhanden</w:t>
            </w:r>
          </w:p>
        </w:tc>
        <w:tc>
          <w:tcPr>
            <w:tcW w:type="dxa" w:w="3048"/>
          </w:tcPr>
          <w:p>
            <w:pPr>
              <w:spacing w:after="0" w:line="252" w:lineRule="auto"/>
            </w:pPr>
            <w:r>
              <w:rPr>
                <w:sz w:val="17"/>
              </w:rPr>
              <w:t>Charge im Lift nicht oder gesperrt</w:t>
            </w:r>
          </w:p>
        </w:tc>
        <w:tc>
          <w:tcPr>
            <w:tcW w:type="dxa" w:w="3266"/>
          </w:tcPr>
          <w:p>
            <w:pPr>
              <w:spacing w:after="0" w:line="252" w:lineRule="auto"/>
            </w:pPr>
            <w:r>
              <w:rPr>
                <w:sz w:val="17"/>
              </w:rPr>
              <w:t>wie oben; Verkauf informieren</w:t>
            </w:r>
          </w:p>
        </w:tc>
        <w:tc>
          <w:tcPr>
            <w:tcW w:type="dxa" w:w="1469"/>
          </w:tcPr>
          <w:p>
            <w:pPr>
              <w:spacing w:after="0" w:line="252" w:lineRule="auto"/>
            </w:pPr>
            <w:r>
              <w:rPr>
                <w:sz w:val="17"/>
              </w:rPr>
              <w:t>[Annahme, zu prüfen]</w:t>
            </w:r>
          </w:p>
        </w:tc>
      </w:tr>
      <w:tr>
        <w:tc>
          <w:tcPr>
            <w:tcW w:type="dxa" w:w="1742"/>
          </w:tcPr>
          <w:p>
            <w:pPr>
              <w:spacing w:after="0" w:line="252" w:lineRule="auto"/>
            </w:pPr>
            <w:r>
              <w:rPr>
                <w:sz w:val="17"/>
              </w:rPr>
              <w:t>MHD zu kurz</w:t>
            </w:r>
          </w:p>
        </w:tc>
        <w:tc>
          <w:tcPr>
            <w:tcW w:type="dxa" w:w="3048"/>
          </w:tcPr>
          <w:p>
            <w:pPr>
              <w:spacing w:after="0" w:line="252" w:lineRule="auto"/>
            </w:pPr>
            <w:r>
              <w:rPr>
                <w:sz w:val="17"/>
              </w:rPr>
              <w:t>kein Bestand erfüllt die MHD-Regel</w:t>
            </w:r>
          </w:p>
        </w:tc>
        <w:tc>
          <w:tcPr>
            <w:tcW w:type="dxa" w:w="3266"/>
          </w:tcPr>
          <w:p>
            <w:pPr>
              <w:spacing w:after="0" w:line="252" w:lineRule="auto"/>
            </w:pPr>
            <w:r>
              <w:rPr>
                <w:sz w:val="17"/>
              </w:rPr>
              <w:t>wie oben; Regel LM053 prüfen</w:t>
            </w:r>
          </w:p>
        </w:tc>
        <w:tc>
          <w:tcPr>
            <w:tcW w:type="dxa" w:w="1469"/>
          </w:tcPr>
          <w:p>
            <w:pPr>
              <w:spacing w:after="0" w:line="252" w:lineRule="auto"/>
            </w:pPr>
            <w:r>
              <w:rPr>
                <w:sz w:val="17"/>
              </w:rPr>
              <w:t>[Annahme, zu prüfen]</w:t>
            </w:r>
          </w:p>
        </w:tc>
      </w:tr>
      <w:tr>
        <w:tc>
          <w:tcPr>
            <w:tcW w:type="dxa" w:w="1742"/>
          </w:tcPr>
          <w:p>
            <w:pPr>
              <w:spacing w:after="0" w:line="252" w:lineRule="auto"/>
            </w:pPr>
            <w:r>
              <w:rPr>
                <w:sz w:val="17"/>
              </w:rPr>
              <w:t>Fehlmenge</w:t>
            </w:r>
          </w:p>
        </w:tc>
        <w:tc>
          <w:tcPr>
            <w:tcW w:type="dxa" w:w="3048"/>
          </w:tcPr>
          <w:p>
            <w:pPr>
              <w:spacing w:after="0" w:line="252" w:lineRule="auto"/>
            </w:pPr>
            <w:r>
              <w:rPr>
                <w:sz w:val="17"/>
              </w:rPr>
              <w:t>Ist-Menge kleiner</w:t>
            </w:r>
          </w:p>
        </w:tc>
        <w:tc>
          <w:tcPr>
            <w:tcW w:type="dxa" w:w="3266"/>
          </w:tcPr>
          <w:p>
            <w:pPr>
              <w:spacing w:after="0" w:line="252" w:lineRule="auto"/>
            </w:pPr>
            <w:r>
              <w:rPr>
                <w:sz w:val="17"/>
              </w:rPr>
              <w:t>Grund am Touch, Rückmeldung mit diffReason</w:t>
            </w:r>
          </w:p>
        </w:tc>
        <w:tc>
          <w:tcPr>
            <w:tcW w:type="dxa" w:w="1469"/>
          </w:tcPr>
          <w:p>
            <w:pPr>
              <w:spacing w:after="0" w:line="252" w:lineRule="auto"/>
            </w:pPr>
            <w:r>
              <w:rPr>
                <w:sz w:val="17"/>
              </w:rPr>
              <w:t>[belegt]</w:t>
            </w:r>
          </w:p>
        </w:tc>
      </w:tr>
      <w:tr>
        <w:tc>
          <w:tcPr>
            <w:tcW w:type="dxa" w:w="1742"/>
          </w:tcPr>
          <w:p>
            <w:pPr>
              <w:spacing w:after="0" w:line="252" w:lineRule="auto"/>
            </w:pPr>
            <w:r>
              <w:rPr>
                <w:sz w:val="17"/>
              </w:rPr>
              <w:t>Falsche Charge entnommen</w:t>
            </w:r>
          </w:p>
        </w:tc>
        <w:tc>
          <w:tcPr>
            <w:tcW w:type="dxa" w:w="3048"/>
          </w:tcPr>
          <w:p>
            <w:pPr>
              <w:spacing w:after="0" w:line="252" w:lineRule="auto"/>
            </w:pPr>
            <w:r>
              <w:rPr>
                <w:sz w:val="17"/>
              </w:rPr>
              <w:t>Kommissionierer nimmt anderen Behälter</w:t>
            </w:r>
          </w:p>
        </w:tc>
        <w:tc>
          <w:tcPr>
            <w:tcW w:type="dxa" w:w="3266"/>
          </w:tcPr>
          <w:p>
            <w:pPr>
              <w:spacing w:after="0" w:line="252" w:lineRule="auto"/>
            </w:pPr>
            <w:r>
              <w:rPr>
                <w:sz w:val="17"/>
              </w:rPr>
              <w:t>Korrektur in WAMAS und BC, Artikelverfolgung prüfen</w:t>
            </w:r>
          </w:p>
        </w:tc>
        <w:tc>
          <w:tcPr>
            <w:tcW w:type="dxa" w:w="1469"/>
          </w:tcPr>
          <w:p>
            <w:pPr>
              <w:spacing w:after="0" w:line="252" w:lineRule="auto"/>
            </w:pPr>
            <w:r>
              <w:rPr>
                <w:sz w:val="17"/>
              </w:rPr>
              <w:t>[Annahme, zu prüfen]</w:t>
            </w:r>
          </w:p>
        </w:tc>
      </w:tr>
      <w:tr>
        <w:tc>
          <w:tcPr>
            <w:tcW w:type="dxa" w:w="1742"/>
          </w:tcPr>
          <w:p>
            <w:pPr>
              <w:spacing w:after="0" w:line="252" w:lineRule="auto"/>
            </w:pPr>
            <w:r>
              <w:rPr>
                <w:sz w:val="17"/>
              </w:rPr>
              <w:t>Doppelte demandNo</w:t>
            </w:r>
          </w:p>
        </w:tc>
        <w:tc>
          <w:tcPr>
            <w:tcW w:type="dxa" w:w="3048"/>
          </w:tcPr>
          <w:p>
            <w:pPr>
              <w:spacing w:after="0" w:line="252" w:lineRule="auto"/>
            </w:pPr>
            <w:r>
              <w:rPr>
                <w:sz w:val="17"/>
              </w:rPr>
              <w:t>Nummer schon vergeben</w:t>
            </w:r>
          </w:p>
        </w:tc>
        <w:tc>
          <w:tcPr>
            <w:tcW w:type="dxa" w:w="3266"/>
          </w:tcPr>
          <w:p>
            <w:pPr>
              <w:spacing w:after="0" w:line="252" w:lineRule="auto"/>
            </w:pPr>
            <w:r>
              <w:rPr>
                <w:sz w:val="17"/>
              </w:rPr>
              <w:t>neue Nummer; demandNo ist systemweit eindeutig</w:t>
            </w:r>
          </w:p>
        </w:tc>
        <w:tc>
          <w:tcPr>
            <w:tcW w:type="dxa" w:w="1469"/>
          </w:tcPr>
          <w:p>
            <w:pPr>
              <w:spacing w:after="0" w:line="252" w:lineRule="auto"/>
            </w:pPr>
            <w:r>
              <w:rPr>
                <w:sz w:val="17"/>
              </w:rPr>
              <w:t>[belegt] (S. 104)</w:t>
            </w:r>
          </w:p>
        </w:tc>
      </w:tr>
      <w:tr>
        <w:tc>
          <w:tcPr>
            <w:tcW w:type="dxa" w:w="1742"/>
          </w:tcPr>
          <w:p>
            <w:pPr>
              <w:spacing w:after="0" w:line="252" w:lineRule="auto"/>
            </w:pPr>
            <w:r>
              <w:rPr>
                <w:sz w:val="17"/>
              </w:rPr>
              <w:t>Storno nach Start</w:t>
            </w:r>
          </w:p>
        </w:tc>
        <w:tc>
          <w:tcPr>
            <w:tcW w:type="dxa" w:w="3048"/>
          </w:tcPr>
          <w:p>
            <w:pPr>
              <w:spacing w:after="0" w:line="252" w:lineRule="auto"/>
            </w:pPr>
            <w:r>
              <w:rPr>
                <w:sz w:val="17"/>
              </w:rPr>
              <w:t>CANCEL bei aktivem Auftrag</w:t>
            </w:r>
          </w:p>
        </w:tc>
        <w:tc>
          <w:tcPr>
            <w:tcW w:type="dxa" w:w="3266"/>
          </w:tcPr>
          <w:p>
            <w:pPr>
              <w:spacing w:after="0" w:line="252" w:lineRule="auto"/>
            </w:pPr>
            <w:r>
              <w:rPr>
                <w:sz w:val="17"/>
              </w:rPr>
              <w:t>Verhalten testen, ggf. organisatorisch abschliessen</w:t>
            </w:r>
          </w:p>
        </w:tc>
        <w:tc>
          <w:tcPr>
            <w:tcW w:type="dxa" w:w="1469"/>
          </w:tcPr>
          <w:p>
            <w:pPr>
              <w:spacing w:after="0" w:line="252" w:lineRule="auto"/>
            </w:pPr>
            <w:r>
              <w:rPr>
                <w:sz w:val="17"/>
              </w:rPr>
              <w:t>[Annahme, zu prüfen]</w:t>
            </w:r>
          </w:p>
        </w:tc>
      </w:tr>
      <w:tr>
        <w:tc>
          <w:tcPr>
            <w:tcW w:type="dxa" w:w="1742"/>
          </w:tcPr>
          <w:p>
            <w:pPr>
              <w:spacing w:after="0" w:line="252" w:lineRule="auto"/>
            </w:pPr>
            <w:r>
              <w:rPr>
                <w:sz w:val="17"/>
              </w:rPr>
              <w:t>Rückmeldung fehlt in BC</w:t>
            </w:r>
          </w:p>
        </w:tc>
        <w:tc>
          <w:tcPr>
            <w:tcW w:type="dxa" w:w="3048"/>
          </w:tcPr>
          <w:p>
            <w:pPr>
              <w:spacing w:after="0" w:line="252" w:lineRule="auto"/>
            </w:pPr>
            <w:r>
              <w:rPr>
                <w:sz w:val="17"/>
              </w:rPr>
              <w:t>Partner/​Rückmeldemodus nicht eingestellt, Verbindung</w:t>
            </w:r>
          </w:p>
        </w:tc>
        <w:tc>
          <w:tcPr>
            <w:tcW w:type="dxa" w:w="3266"/>
          </w:tcPr>
          <w:p>
            <w:pPr>
              <w:spacing w:after="0" w:line="252" w:lineRule="auto"/>
            </w:pPr>
            <w:r>
              <w:rPr>
                <w:sz w:val="17"/>
              </w:rPr>
              <w:t>AM 3.5.1.6.1 prüfen, Rückmeldung erneut senden</w:t>
            </w:r>
          </w:p>
        </w:tc>
        <w:tc>
          <w:tcPr>
            <w:tcW w:type="dxa" w:w="1469"/>
          </w:tcPr>
          <w:p>
            <w:pPr>
              <w:spacing w:after="0" w:line="252" w:lineRule="auto"/>
            </w:pPr>
            <w:r>
              <w:rPr>
                <w:sz w:val="17"/>
              </w:rPr>
              <w:t>[Annahme, zu prüfen]</w:t>
            </w:r>
          </w:p>
        </w:tc>
      </w:tr>
    </w:tbl>
    <w:p>
      <w:pPr>
        <w:pStyle w:val="BeschriftungSSI"/>
      </w:pPr>
      <w:r>
        <w:t>Tab. 14: Fehlerfälle</w:t>
      </w:r>
    </w:p>
    <w:p>
      <w:pPr>
        <w:pStyle w:val="Heading2"/>
      </w:pPr>
      <w:r>
        <w:t>11.2 Was tun wenn ... (Lager)</w:t>
      </w:r>
    </w:p>
    <w:p>
      <w:pPr>
        <w:pStyle w:val="Heading3"/>
      </w:pPr>
      <w:r>
        <w:t>11.2.1 ... weniger im Behälter ist?</w:t>
      </w:r>
    </w:p>
    <w:p>
      <w:pPr>
        <w:pStyle w:val="ListBullet"/>
      </w:pPr>
      <w:r>
        <w:t>Nur die Menge eingeben, die wirklich da ist, und OK tippen.</w:t>
      </w:r>
    </w:p>
    <w:p>
      <w:pPr>
        <w:pStyle w:val="ListBullet"/>
      </w:pPr>
      <w:r>
        <w:t xml:space="preserve">Grund wählen: </w:t>
      </w:r>
      <w:r>
        <w:rPr>
          <w:b/>
        </w:rPr>
        <w:t>Beschädigte Ware</w:t>
      </w:r>
      <w:r>
        <w:t xml:space="preserve"> (Ware kaputt), </w:t>
      </w:r>
      <w:r>
        <w:rPr>
          <w:b/>
        </w:rPr>
        <w:t>Fehlmenge</w:t>
      </w:r>
      <w:r>
        <w:t xml:space="preserve"> (zu wenig da) oder </w:t>
      </w:r>
      <w:r>
        <w:rPr>
          <w:b/>
        </w:rPr>
        <w:t>Benutzer</w:t>
      </w:r>
      <w:r>
        <w:t>.</w:t>
      </w:r>
    </w:p>
    <w:p>
      <w:pPr>
        <w:pStyle w:val="ListBullet"/>
      </w:pPr>
      <w:r>
        <w:t>Bringt der Lift einen anderen Behälter: dort den Rest nehmen. Kommt nichts mehr: Vorgesetzte oder Vorgesetzten rufen, der Auftrag wird in der Leitstelle abgeschlossen.</w:t>
      </w:r>
    </w:p>
    <w:p>
      <w:pPr>
        <w:pStyle w:val="ListBullet"/>
      </w:pPr>
      <w:r>
        <w:t>Beispiel Ausl000003: KT5G bestellt 8, da 6.</w:t>
      </w:r>
    </w:p>
    <w:p>
      <w:pPr>
        <w:pStyle w:val="Heading3"/>
      </w:pPr>
      <w:r>
        <w:t>11.2.2 ... die Charge oder das MHD auf der Ware nicht passt?</w:t>
      </w:r>
    </w:p>
    <w:p>
      <w:pPr>
        <w:pStyle w:val="ListBullet"/>
      </w:pPr>
      <w:r>
        <w:t>Nicht kommissionieren. Ware zurück in den Behälter.</w:t>
      </w:r>
    </w:p>
    <w:p>
      <w:pPr>
        <w:pStyle w:val="ListBullet"/>
      </w:pPr>
      <w:r>
        <w:t>Vorgesetzte oder Vorgesetzten rufen. Der Kunde kann eine bestimmte Charge verlangt haben (Beispiel Ausl000002 Zeile 2: S2409D).</w:t>
      </w:r>
    </w:p>
    <w:p>
      <w:pPr>
        <w:pStyle w:val="Heading3"/>
      </w:pPr>
      <w:r>
        <w:t>11.2.3 ... die Seriennummer nicht lesbar ist oder fehlt?</w:t>
      </w:r>
    </w:p>
    <w:p>
      <w:pPr>
        <w:pStyle w:val="ListBullet"/>
      </w:pPr>
      <w:r>
        <w:t>Seriennummer abtippen. Fehlt sie: Stück nicht nehmen, Vorgesetzte oder Vorgesetzten rufen.</w:t>
      </w:r>
    </w:p>
    <w:p>
      <w:pPr>
        <w:pStyle w:val="ListBullet"/>
      </w:pPr>
      <w:r>
        <w:t>Ist eine bestimmte Seriennummer verlangt, genau dieses Stück nehmen (Beispiel Ausl000003 Zeile 4: LB48-000121).</w:t>
      </w:r>
    </w:p>
    <w:p>
      <w:pPr>
        <w:pStyle w:val="Heading3"/>
      </w:pPr>
      <w:r>
        <w:t>11.2.4 ... die Ware nicht in das Fach passt?</w:t>
      </w:r>
    </w:p>
    <w:p>
      <w:pPr>
        <w:pStyle w:val="ListBullet"/>
      </w:pPr>
      <w:r>
        <w:t>Nächstes freies Fach nehmen und auf dem Beleg notieren. Vorgesetzte oder Vorgesetzten informieren, damit BC richtig bucht.</w:t>
      </w:r>
    </w:p>
    <w:p>
      <w:pPr>
        <w:pStyle w:val="Heading1"/>
      </w:pPr>
      <w:r>
        <w:t>12 Praxisbeispiele</w:t>
      </w:r>
    </w:p>
    <w:p>
      <w:r>
        <w:t>Drei Aufträge mit Akumax-Artikeln aus den Einlagerungen Einl000031 bis 33. Bestände, Chargen, MHD und Seriennummern sind Beispielwerte.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32"/>
        <w:gridCol w:w="921"/>
        <w:gridCol w:w="1735"/>
        <w:gridCol w:w="4034"/>
        <w:gridCol w:w="1502"/>
      </w:tblGrid>
      <w:tr>
        <w:trPr>
          <w:tblHeader w:val="true"/>
        </w:trPr>
        <w:tc>
          <w:tcPr>
            <w:tcW w:type="dxa" w:w="1332"/>
            <w:shd w:val="clear" w:color="auto" w:fill="FEEE19"/>
          </w:tcPr>
          <w:p>
            <w:pPr>
              <w:spacing w:after="0"/>
            </w:pPr>
            <w:r>
              <w:rPr>
                <w:b/>
                <w:sz w:val="17"/>
              </w:rPr>
              <w:t>Auftrag</w:t>
            </w:r>
          </w:p>
        </w:tc>
        <w:tc>
          <w:tcPr>
            <w:tcW w:type="dxa" w:w="921"/>
            <w:shd w:val="clear" w:color="auto" w:fill="FEEE19"/>
          </w:tcPr>
          <w:p>
            <w:pPr>
              <w:spacing w:after="0"/>
            </w:pPr>
            <w:r>
              <w:rPr>
                <w:b/>
                <w:sz w:val="17"/>
              </w:rPr>
              <w:t>Wagen</w:t>
            </w:r>
          </w:p>
        </w:tc>
        <w:tc>
          <w:tcPr>
            <w:tcW w:type="dxa" w:w="1735"/>
            <w:shd w:val="clear" w:color="auto" w:fill="FEEE19"/>
          </w:tcPr>
          <w:p>
            <w:pPr>
              <w:spacing w:after="0"/>
            </w:pPr>
            <w:r>
              <w:rPr>
                <w:b/>
                <w:sz w:val="17"/>
              </w:rPr>
              <w:t>Lieferschein</w:t>
            </w:r>
          </w:p>
        </w:tc>
        <w:tc>
          <w:tcPr>
            <w:tcW w:type="dxa" w:w="4034"/>
            <w:shd w:val="clear" w:color="auto" w:fill="FEEE19"/>
          </w:tcPr>
          <w:p>
            <w:pPr>
              <w:spacing w:after="0"/>
            </w:pPr>
            <w:r>
              <w:rPr>
                <w:b/>
                <w:sz w:val="17"/>
              </w:rPr>
              <w:t>Thema</w:t>
            </w:r>
          </w:p>
        </w:tc>
        <w:tc>
          <w:tcPr>
            <w:tcW w:type="dxa" w:w="1502"/>
            <w:shd w:val="clear" w:color="auto" w:fill="FEEE19"/>
          </w:tcPr>
          <w:p>
            <w:pPr>
              <w:spacing w:after="0"/>
            </w:pPr>
            <w:r>
              <w:rPr>
                <w:b/>
                <w:sz w:val="17"/>
              </w:rPr>
              <w:t>Positionen</w:t>
            </w:r>
          </w:p>
        </w:tc>
      </w:tr>
      <w:tr>
        <w:tc>
          <w:tcPr>
            <w:tcW w:type="dxa" w:w="1332"/>
          </w:tcPr>
          <w:p>
            <w:pPr>
              <w:spacing w:after="0" w:line="252" w:lineRule="auto"/>
            </w:pPr>
            <w:r>
              <w:rPr>
                <w:rFonts w:ascii="Consolas" w:hAnsi="Consolas" w:cs="Consolas" w:eastAsia="Consolas"/>
                <w:sz w:val="15"/>
              </w:rPr>
              <w:t>Ausl000001</w:t>
            </w:r>
          </w:p>
        </w:tc>
        <w:tc>
          <w:tcPr>
            <w:tcW w:type="dxa" w:w="921"/>
          </w:tcPr>
          <w:p>
            <w:pPr>
              <w:spacing w:after="0" w:line="252" w:lineRule="auto"/>
            </w:pPr>
            <w:r>
              <w:rPr>
                <w:rFonts w:ascii="Consolas" w:hAnsi="Consolas" w:cs="Consolas" w:eastAsia="Consolas"/>
                <w:sz w:val="15"/>
              </w:rPr>
              <w:t>KW-1001</w:t>
            </w:r>
          </w:p>
        </w:tc>
        <w:tc>
          <w:tcPr>
            <w:tcW w:type="dxa" w:w="1735"/>
          </w:tcPr>
          <w:p>
            <w:pPr>
              <w:spacing w:after="0" w:line="252" w:lineRule="auto"/>
            </w:pPr>
            <w:r>
              <w:rPr>
                <w:rFonts w:ascii="Consolas" w:hAnsi="Consolas" w:cs="Consolas" w:eastAsia="Consolas"/>
                <w:sz w:val="15"/>
              </w:rPr>
              <w:t>WA-AKU-2001</w:t>
            </w:r>
          </w:p>
        </w:tc>
        <w:tc>
          <w:tcPr>
            <w:tcW w:type="dxa" w:w="4034"/>
          </w:tcPr>
          <w:p>
            <w:pPr>
              <w:spacing w:after="0" w:line="252" w:lineRule="auto"/>
            </w:pPr>
            <w:r>
              <w:rPr>
                <w:sz w:val="17"/>
              </w:rPr>
              <w:t>Grundfall</w:t>
            </w:r>
          </w:p>
        </w:tc>
        <w:tc>
          <w:tcPr>
            <w:tcW w:type="dxa" w:w="1502"/>
          </w:tcPr>
          <w:p>
            <w:pPr>
              <w:spacing w:after="0" w:line="252" w:lineRule="auto"/>
            </w:pPr>
            <w:r>
              <w:rPr>
                <w:sz w:val="17"/>
              </w:rPr>
              <w:t>3</w:t>
            </w:r>
          </w:p>
        </w:tc>
      </w:tr>
      <w:tr>
        <w:tc>
          <w:tcPr>
            <w:tcW w:type="dxa" w:w="1332"/>
          </w:tcPr>
          <w:p>
            <w:pPr>
              <w:spacing w:after="0" w:line="252" w:lineRule="auto"/>
            </w:pPr>
            <w:r>
              <w:rPr>
                <w:rFonts w:ascii="Consolas" w:hAnsi="Consolas" w:cs="Consolas" w:eastAsia="Consolas"/>
                <w:sz w:val="15"/>
              </w:rPr>
              <w:t>Ausl000002</w:t>
            </w:r>
          </w:p>
        </w:tc>
        <w:tc>
          <w:tcPr>
            <w:tcW w:type="dxa" w:w="921"/>
          </w:tcPr>
          <w:p>
            <w:pPr>
              <w:spacing w:after="0" w:line="252" w:lineRule="auto"/>
            </w:pPr>
            <w:r>
              <w:rPr>
                <w:rFonts w:ascii="Consolas" w:hAnsi="Consolas" w:cs="Consolas" w:eastAsia="Consolas"/>
                <w:sz w:val="15"/>
              </w:rPr>
              <w:t>KW-1002</w:t>
            </w:r>
          </w:p>
        </w:tc>
        <w:tc>
          <w:tcPr>
            <w:tcW w:type="dxa" w:w="1735"/>
          </w:tcPr>
          <w:p>
            <w:pPr>
              <w:spacing w:after="0" w:line="252" w:lineRule="auto"/>
            </w:pPr>
            <w:r>
              <w:rPr>
                <w:rFonts w:ascii="Consolas" w:hAnsi="Consolas" w:cs="Consolas" w:eastAsia="Consolas"/>
                <w:sz w:val="15"/>
              </w:rPr>
              <w:t>WA-AKU-2002</w:t>
            </w:r>
          </w:p>
        </w:tc>
        <w:tc>
          <w:tcPr>
            <w:tcW w:type="dxa" w:w="4034"/>
          </w:tcPr>
          <w:p>
            <w:pPr>
              <w:spacing w:after="0" w:line="252" w:lineRule="auto"/>
            </w:pPr>
            <w:r>
              <w:rPr>
                <w:sz w:val="17"/>
              </w:rPr>
              <w:t>Charge und MHD (FEFO, Chargen- und MHD-Vorgabe)</w:t>
            </w:r>
          </w:p>
        </w:tc>
        <w:tc>
          <w:tcPr>
            <w:tcW w:type="dxa" w:w="1502"/>
          </w:tcPr>
          <w:p>
            <w:pPr>
              <w:spacing w:after="0" w:line="252" w:lineRule="auto"/>
            </w:pPr>
            <w:r>
              <w:rPr>
                <w:sz w:val="17"/>
              </w:rPr>
              <w:t>4</w:t>
            </w:r>
          </w:p>
        </w:tc>
      </w:tr>
      <w:tr>
        <w:tc>
          <w:tcPr>
            <w:tcW w:type="dxa" w:w="1332"/>
          </w:tcPr>
          <w:p>
            <w:pPr>
              <w:spacing w:after="0" w:line="252" w:lineRule="auto"/>
            </w:pPr>
            <w:r>
              <w:rPr>
                <w:rFonts w:ascii="Consolas" w:hAnsi="Consolas" w:cs="Consolas" w:eastAsia="Consolas"/>
                <w:sz w:val="15"/>
              </w:rPr>
              <w:t>Ausl000003</w:t>
            </w:r>
          </w:p>
        </w:tc>
        <w:tc>
          <w:tcPr>
            <w:tcW w:type="dxa" w:w="921"/>
          </w:tcPr>
          <w:p>
            <w:pPr>
              <w:spacing w:after="0" w:line="252" w:lineRule="auto"/>
            </w:pPr>
            <w:r>
              <w:rPr>
                <w:rFonts w:ascii="Consolas" w:hAnsi="Consolas" w:cs="Consolas" w:eastAsia="Consolas"/>
                <w:sz w:val="15"/>
              </w:rPr>
              <w:t>KW-1003</w:t>
            </w:r>
          </w:p>
        </w:tc>
        <w:tc>
          <w:tcPr>
            <w:tcW w:type="dxa" w:w="1735"/>
          </w:tcPr>
          <w:p>
            <w:pPr>
              <w:spacing w:after="0" w:line="252" w:lineRule="auto"/>
            </w:pPr>
            <w:r>
              <w:rPr>
                <w:rFonts w:ascii="Consolas" w:hAnsi="Consolas" w:cs="Consolas" w:eastAsia="Consolas"/>
                <w:sz w:val="15"/>
              </w:rPr>
              <w:t>WA-AKU-2003</w:t>
            </w:r>
          </w:p>
        </w:tc>
        <w:tc>
          <w:tcPr>
            <w:tcW w:type="dxa" w:w="4034"/>
          </w:tcPr>
          <w:p>
            <w:pPr>
              <w:spacing w:after="0" w:line="252" w:lineRule="auto"/>
            </w:pPr>
            <w:r>
              <w:rPr>
                <w:sz w:val="17"/>
              </w:rPr>
              <w:t>Seriennummer und Fehlmenge</w:t>
            </w:r>
          </w:p>
        </w:tc>
        <w:tc>
          <w:tcPr>
            <w:tcW w:type="dxa" w:w="1502"/>
          </w:tcPr>
          <w:p>
            <w:pPr>
              <w:spacing w:after="0" w:line="252" w:lineRule="auto"/>
            </w:pPr>
            <w:r>
              <w:rPr>
                <w:sz w:val="17"/>
              </w:rPr>
              <w:t>4</w:t>
            </w:r>
          </w:p>
        </w:tc>
      </w:tr>
    </w:tbl>
    <w:p>
      <w:pPr>
        <w:pStyle w:val="BeschriftungSSI"/>
      </w:pPr>
      <w:r>
        <w:t>Tab. 15: Beispielaufträge Ausl000001 bis Ausl000003</w:t>
      </w:r>
    </w:p>
    <w:p>
      <w:pPr>
        <w:pStyle w:val="Heading2"/>
      </w:pPr>
      <w:r>
        <w:t>12.1 Beispiel Ausl000001: Grundfall</w:t>
      </w:r>
    </w:p>
    <w:p>
      <w:r>
        <w:t>Drei Artikel ohne Charge und MHD, jede Menge aus einem Behälter, alles vollständig kommissioniert.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846"/>
        <w:gridCol w:w="5678"/>
      </w:tblGrid>
      <w:tr>
        <w:trPr>
          <w:tblHeader w:val="true"/>
        </w:trPr>
        <w:tc>
          <w:tcPr>
            <w:tcW w:type="dxa" w:w="3846"/>
            <w:shd w:val="clear" w:color="auto" w:fill="FEEE19"/>
          </w:tcPr>
          <w:p>
            <w:pPr>
              <w:spacing w:after="0"/>
            </w:pPr>
            <w:r>
              <w:rPr>
                <w:b/>
                <w:sz w:val="17"/>
              </w:rPr>
              <w:t>Kopf</w:t>
            </w:r>
          </w:p>
        </w:tc>
        <w:tc>
          <w:tcPr>
            <w:tcW w:type="dxa" w:w="5678"/>
            <w:shd w:val="clear" w:color="auto" w:fill="FEEE19"/>
          </w:tcPr>
          <w:p>
            <w:pPr>
              <w:spacing w:after="0"/>
            </w:pPr>
            <w:r>
              <w:rPr>
                <w:b/>
                <w:sz w:val="17"/>
              </w:rPr>
              <w:t>Wert</w:t>
            </w:r>
          </w:p>
        </w:tc>
      </w:tr>
      <w:tr>
        <w:tc>
          <w:tcPr>
            <w:tcW w:type="dxa" w:w="3846"/>
          </w:tcPr>
          <w:p>
            <w:pPr>
              <w:spacing w:after="0" w:line="252" w:lineRule="auto"/>
            </w:pPr>
            <w:r>
              <w:rPr>
                <w:sz w:val="17"/>
              </w:rPr>
              <w:t>demandNo</w:t>
            </w:r>
          </w:p>
        </w:tc>
        <w:tc>
          <w:tcPr>
            <w:tcW w:type="dxa" w:w="5678"/>
          </w:tcPr>
          <w:p>
            <w:pPr>
              <w:spacing w:after="0" w:line="252" w:lineRule="auto"/>
            </w:pPr>
            <w:r>
              <w:rPr>
                <w:rFonts w:ascii="Consolas" w:hAnsi="Consolas" w:cs="Consolas" w:eastAsia="Consolas"/>
                <w:sz w:val="15"/>
              </w:rPr>
              <w:t>Ausl000001</w:t>
            </w:r>
          </w:p>
        </w:tc>
      </w:tr>
      <w:tr>
        <w:tc>
          <w:tcPr>
            <w:tcW w:type="dxa" w:w="3846"/>
          </w:tcPr>
          <w:p>
            <w:pPr>
              <w:spacing w:after="0" w:line="252" w:lineRule="auto"/>
            </w:pPr>
            <w:r>
              <w:rPr>
                <w:sz w:val="17"/>
              </w:rPr>
              <w:t>noteNo (Lieferschein)</w:t>
            </w:r>
          </w:p>
        </w:tc>
        <w:tc>
          <w:tcPr>
            <w:tcW w:type="dxa" w:w="5678"/>
          </w:tcPr>
          <w:p>
            <w:pPr>
              <w:spacing w:after="0" w:line="252" w:lineRule="auto"/>
            </w:pPr>
            <w:r>
              <w:rPr>
                <w:rFonts w:ascii="Consolas" w:hAnsi="Consolas" w:cs="Consolas" w:eastAsia="Consolas"/>
                <w:sz w:val="15"/>
              </w:rPr>
              <w:t>WA-AKU-2001</w:t>
            </w:r>
          </w:p>
        </w:tc>
      </w:tr>
      <w:tr>
        <w:tc>
          <w:tcPr>
            <w:tcW w:type="dxa" w:w="3846"/>
          </w:tcPr>
          <w:p>
            <w:pPr>
              <w:spacing w:after="0" w:line="252" w:lineRule="auto"/>
            </w:pPr>
            <w:r>
              <w:rPr>
                <w:sz w:val="17"/>
              </w:rPr>
              <w:t>Wagen (WAGE)</w:t>
            </w:r>
          </w:p>
        </w:tc>
        <w:tc>
          <w:tcPr>
            <w:tcW w:type="dxa" w:w="5678"/>
          </w:tcPr>
          <w:p>
            <w:pPr>
              <w:spacing w:after="0" w:line="252" w:lineRule="auto"/>
            </w:pPr>
            <w:r>
              <w:rPr>
                <w:rFonts w:ascii="Consolas" w:hAnsi="Consolas" w:cs="Consolas" w:eastAsia="Consolas"/>
                <w:sz w:val="15"/>
              </w:rPr>
              <w:t>KW-1001</w:t>
            </w:r>
          </w:p>
        </w:tc>
      </w:tr>
      <w:tr>
        <w:tc>
          <w:tcPr>
            <w:tcW w:type="dxa" w:w="3846"/>
          </w:tcPr>
          <w:p>
            <w:pPr>
              <w:spacing w:after="0" w:line="252" w:lineRule="auto"/>
            </w:pPr>
            <w:r>
              <w:rPr>
                <w:sz w:val="17"/>
              </w:rPr>
              <w:t>priority</w:t>
            </w:r>
          </w:p>
        </w:tc>
        <w:tc>
          <w:tcPr>
            <w:tcW w:type="dxa" w:w="5678"/>
          </w:tcPr>
          <w:p>
            <w:pPr>
              <w:spacing w:after="0" w:line="252" w:lineRule="auto"/>
            </w:pPr>
            <w:r>
              <w:rPr>
                <w:sz w:val="17"/>
              </w:rPr>
              <w:t>5</w:t>
            </w:r>
          </w:p>
        </w:tc>
      </w:tr>
      <w:tr>
        <w:tc>
          <w:tcPr>
            <w:tcW w:type="dxa" w:w="3846"/>
          </w:tcPr>
          <w:p>
            <w:pPr>
              <w:spacing w:after="0" w:line="252" w:lineRule="auto"/>
            </w:pPr>
            <w:r>
              <w:rPr>
                <w:sz w:val="17"/>
              </w:rPr>
              <w:t>deliveryTime</w:t>
            </w:r>
          </w:p>
        </w:tc>
        <w:tc>
          <w:tcPr>
            <w:tcW w:type="dxa" w:w="5678"/>
          </w:tcPr>
          <w:p>
            <w:pPr>
              <w:spacing w:after="0" w:line="252" w:lineRule="auto"/>
            </w:pPr>
            <w:r>
              <w:rPr>
                <w:rFonts w:ascii="Consolas" w:hAnsi="Consolas" w:cs="Consolas" w:eastAsia="Consolas"/>
                <w:sz w:val="15"/>
              </w:rPr>
              <w:t>202610151000</w:t>
            </w:r>
            <w:r>
              <w:rPr>
                <w:sz w:val="17"/>
              </w:rPr>
              <w:t xml:space="preserve"> (15.10.2026 10:00)</w:t>
            </w:r>
          </w:p>
        </w:tc>
      </w:tr>
      <w:tr>
        <w:tc>
          <w:tcPr>
            <w:tcW w:type="dxa" w:w="3846"/>
          </w:tcPr>
          <w:p>
            <w:pPr>
              <w:spacing w:after="0" w:line="252" w:lineRule="auto"/>
            </w:pPr>
            <w:r>
              <w:rPr>
                <w:sz w:val="17"/>
              </w:rPr>
              <w:t>info / info2</w:t>
            </w:r>
          </w:p>
        </w:tc>
        <w:tc>
          <w:tcPr>
            <w:tcW w:type="dxa" w:w="5678"/>
          </w:tcPr>
          <w:p>
            <w:pPr>
              <w:spacing w:after="0" w:line="252" w:lineRule="auto"/>
            </w:pPr>
            <w:r>
              <w:rPr>
                <w:sz w:val="17"/>
              </w:rPr>
              <w:t>Wagen KW-1001 / (leer)</w:t>
            </w:r>
          </w:p>
        </w:tc>
      </w:tr>
    </w:tbl>
    <w:p>
      <w:pPr>
        <w:pStyle w:val="BeschriftungSSI"/>
      </w:pPr>
      <w:r>
        <w:t>Tab. 16: Beispiel Ausl000001: Grundfall</w:t>
      </w:r>
    </w:p>
    <w:p>
      <w:pPr>
        <w:pStyle w:val="Heading3"/>
      </w:pPr>
      <w:r>
        <w:t>12.1.1 Bestand im Lift vorher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70"/>
        <w:gridCol w:w="1153"/>
        <w:gridCol w:w="805"/>
        <w:gridCol w:w="926"/>
        <w:gridCol w:w="921"/>
        <w:gridCol w:w="1037"/>
        <w:gridCol w:w="689"/>
        <w:gridCol w:w="1386"/>
        <w:gridCol w:w="1335"/>
      </w:tblGrid>
      <w:tr>
        <w:trPr>
          <w:tblHeader w:val="true"/>
        </w:trPr>
        <w:tc>
          <w:tcPr>
            <w:tcW w:type="dxa" w:w="1270"/>
            <w:shd w:val="clear" w:color="auto" w:fill="FEEE19"/>
          </w:tcPr>
          <w:p>
            <w:pPr>
              <w:spacing w:after="0"/>
            </w:pPr>
            <w:r>
              <w:rPr>
                <w:b/>
                <w:sz w:val="17"/>
              </w:rPr>
              <w:t>Behälter</w:t>
            </w:r>
          </w:p>
        </w:tc>
        <w:tc>
          <w:tcPr>
            <w:tcW w:type="dxa" w:w="1154"/>
            <w:shd w:val="clear" w:color="auto" w:fill="FEEE19"/>
          </w:tcPr>
          <w:p>
            <w:pPr>
              <w:spacing w:after="0"/>
            </w:pPr>
            <w:r>
              <w:rPr>
                <w:b/>
                <w:sz w:val="17"/>
              </w:rPr>
              <w:t>Artikel</w:t>
            </w:r>
          </w:p>
        </w:tc>
        <w:tc>
          <w:tcPr>
            <w:tcW w:type="dxa" w:w="805"/>
            <w:shd w:val="clear" w:color="auto" w:fill="FEEE19"/>
          </w:tcPr>
          <w:p>
            <w:pPr>
              <w:spacing w:after="0"/>
            </w:pPr>
            <w:r>
              <w:rPr>
                <w:b/>
                <w:sz w:val="17"/>
              </w:rPr>
              <w:t>Tray</w:t>
            </w:r>
          </w:p>
        </w:tc>
        <w:tc>
          <w:tcPr>
            <w:tcW w:type="dxa" w:w="926"/>
            <w:shd w:val="clear" w:color="auto" w:fill="FEEE19"/>
          </w:tcPr>
          <w:p>
            <w:pPr>
              <w:spacing w:after="0"/>
            </w:pPr>
            <w:r>
              <w:rPr>
                <w:b/>
                <w:sz w:val="17"/>
              </w:rPr>
              <w:t>Platz</w:t>
            </w:r>
          </w:p>
        </w:tc>
        <w:tc>
          <w:tcPr>
            <w:tcW w:type="dxa" w:w="921"/>
            <w:shd w:val="clear" w:color="auto" w:fill="FEEE19"/>
          </w:tcPr>
          <w:p>
            <w:pPr>
              <w:spacing w:after="0"/>
            </w:pPr>
            <w:r>
              <w:rPr>
                <w:b/>
                <w:sz w:val="17"/>
              </w:rPr>
              <w:t>Menge</w:t>
            </w:r>
          </w:p>
        </w:tc>
        <w:tc>
          <w:tcPr>
            <w:tcW w:type="dxa" w:w="1037"/>
            <w:shd w:val="clear" w:color="auto" w:fill="FEEE19"/>
          </w:tcPr>
          <w:p>
            <w:pPr>
              <w:spacing w:after="0"/>
            </w:pPr>
            <w:r>
              <w:rPr>
                <w:b/>
                <w:sz w:val="17"/>
              </w:rPr>
              <w:t>Charge</w:t>
            </w:r>
          </w:p>
        </w:tc>
        <w:tc>
          <w:tcPr>
            <w:tcW w:type="dxa" w:w="690"/>
            <w:shd w:val="clear" w:color="auto" w:fill="FEEE19"/>
          </w:tcPr>
          <w:p>
            <w:pPr>
              <w:spacing w:after="0"/>
            </w:pPr>
            <w:r>
              <w:rPr>
                <w:b/>
                <w:sz w:val="17"/>
              </w:rPr>
              <w:t>MHD</w:t>
            </w:r>
          </w:p>
        </w:tc>
        <w:tc>
          <w:tcPr>
            <w:tcW w:type="dxa" w:w="1386"/>
            <w:shd w:val="clear" w:color="auto" w:fill="FEEE19"/>
          </w:tcPr>
          <w:p>
            <w:pPr>
              <w:spacing w:after="0"/>
            </w:pPr>
            <w:r>
              <w:rPr>
                <w:b/>
                <w:sz w:val="17"/>
              </w:rPr>
              <w:t>Seriennr.</w:t>
            </w:r>
          </w:p>
        </w:tc>
        <w:tc>
          <w:tcPr>
            <w:tcW w:type="dxa" w:w="1335"/>
            <w:shd w:val="clear" w:color="auto" w:fill="FEEE19"/>
          </w:tcPr>
          <w:p>
            <w:pPr>
              <w:spacing w:after="0"/>
            </w:pPr>
            <w:r>
              <w:rPr>
                <w:b/>
                <w:sz w:val="17"/>
              </w:rPr>
              <w:t>Herkunft</w:t>
            </w:r>
          </w:p>
        </w:tc>
      </w:tr>
      <w:tr>
        <w:tc>
          <w:tcPr>
            <w:tcW w:type="dxa" w:w="1270"/>
          </w:tcPr>
          <w:p>
            <w:pPr>
              <w:spacing w:after="0" w:line="252" w:lineRule="auto"/>
            </w:pPr>
            <w:r>
              <w:rPr>
                <w:rFonts w:ascii="Consolas" w:hAnsi="Consolas" w:cs="Consolas" w:eastAsia="Consolas"/>
                <w:sz w:val="15"/>
              </w:rPr>
              <w:t>LU000101</w:t>
            </w:r>
          </w:p>
        </w:tc>
        <w:tc>
          <w:tcPr>
            <w:tcW w:type="dxa" w:w="1154"/>
          </w:tcPr>
          <w:p>
            <w:pPr>
              <w:spacing w:after="0" w:line="252" w:lineRule="auto"/>
            </w:pPr>
            <w:r>
              <w:rPr>
                <w:sz w:val="17"/>
              </w:rPr>
              <w:t>KT3</w:t>
            </w:r>
          </w:p>
        </w:tc>
        <w:tc>
          <w:tcPr>
            <w:tcW w:type="dxa" w:w="805"/>
          </w:tcPr>
          <w:p>
            <w:pPr>
              <w:spacing w:after="0" w:line="252" w:lineRule="auto"/>
            </w:pPr>
            <w:r>
              <w:rPr>
                <w:sz w:val="17"/>
              </w:rPr>
              <w:t>12</w:t>
            </w:r>
          </w:p>
        </w:tc>
        <w:tc>
          <w:tcPr>
            <w:tcW w:type="dxa" w:w="926"/>
          </w:tcPr>
          <w:p>
            <w:pPr>
              <w:spacing w:after="0" w:line="252" w:lineRule="auto"/>
            </w:pPr>
            <w:r>
              <w:rPr>
                <w:rFonts w:ascii="Consolas" w:hAnsi="Consolas" w:cs="Consolas" w:eastAsia="Consolas"/>
                <w:sz w:val="15"/>
              </w:rPr>
              <w:t>LM01-T012-01</w:t>
            </w:r>
          </w:p>
        </w:tc>
        <w:tc>
          <w:tcPr>
            <w:tcW w:type="dxa" w:w="921"/>
          </w:tcPr>
          <w:p>
            <w:pPr>
              <w:spacing w:after="0" w:line="252" w:lineRule="auto"/>
            </w:pPr>
            <w:r>
              <w:rPr>
                <w:sz w:val="17"/>
              </w:rPr>
              <w:t>90</w:t>
            </w:r>
          </w:p>
        </w:tc>
        <w:tc>
          <w:tcPr>
            <w:tcW w:type="dxa" w:w="1037"/>
          </w:tcPr>
          <w:p>
            <w:pPr>
              <w:spacing w:after="0" w:line="252" w:lineRule="auto"/>
            </w:pPr>
            <w:r>
              <w:rPr>
                <w:sz w:val="17"/>
              </w:rPr>
              <w:t>-</w:t>
            </w:r>
          </w:p>
        </w:tc>
        <w:tc>
          <w:tcPr>
            <w:tcW w:type="dxa" w:w="690"/>
          </w:tcPr>
          <w:p>
            <w:pPr>
              <w:spacing w:after="0" w:line="252" w:lineRule="auto"/>
            </w:pPr>
            <w:r>
              <w:rPr>
                <w:sz w:val="17"/>
              </w:rPr>
              <w:t>-</w:t>
            </w:r>
          </w:p>
        </w:tc>
        <w:tc>
          <w:tcPr>
            <w:tcW w:type="dxa" w:w="1386"/>
          </w:tcPr>
          <w:p>
            <w:pPr>
              <w:spacing w:after="0" w:line="252" w:lineRule="auto"/>
            </w:pPr>
            <w:r>
              <w:rPr>
                <w:sz w:val="17"/>
              </w:rPr>
              <w:t>-</w:t>
            </w:r>
          </w:p>
        </w:tc>
        <w:tc>
          <w:tcPr>
            <w:tcW w:type="dxa" w:w="1335"/>
          </w:tcPr>
          <w:p>
            <w:pPr>
              <w:spacing w:after="0" w:line="252" w:lineRule="auto"/>
            </w:pPr>
            <w:r>
              <w:rPr>
                <w:sz w:val="17"/>
              </w:rPr>
              <w:t>Einl000031 A1</w:t>
            </w:r>
          </w:p>
        </w:tc>
      </w:tr>
      <w:tr>
        <w:tc>
          <w:tcPr>
            <w:tcW w:type="dxa" w:w="1270"/>
          </w:tcPr>
          <w:p>
            <w:pPr>
              <w:spacing w:after="0" w:line="252" w:lineRule="auto"/>
            </w:pPr>
            <w:r>
              <w:rPr>
                <w:rFonts w:ascii="Consolas" w:hAnsi="Consolas" w:cs="Consolas" w:eastAsia="Consolas"/>
                <w:sz w:val="15"/>
              </w:rPr>
              <w:t>LU000102</w:t>
            </w:r>
          </w:p>
        </w:tc>
        <w:tc>
          <w:tcPr>
            <w:tcW w:type="dxa" w:w="1154"/>
          </w:tcPr>
          <w:p>
            <w:pPr>
              <w:spacing w:after="0" w:line="252" w:lineRule="auto"/>
            </w:pPr>
            <w:r>
              <w:rPr>
                <w:sz w:val="17"/>
              </w:rPr>
              <w:t>KT2</w:t>
            </w:r>
          </w:p>
        </w:tc>
        <w:tc>
          <w:tcPr>
            <w:tcW w:type="dxa" w:w="805"/>
          </w:tcPr>
          <w:p>
            <w:pPr>
              <w:spacing w:after="0" w:line="252" w:lineRule="auto"/>
            </w:pPr>
            <w:r>
              <w:rPr>
                <w:sz w:val="17"/>
              </w:rPr>
              <w:t>12</w:t>
            </w:r>
          </w:p>
        </w:tc>
        <w:tc>
          <w:tcPr>
            <w:tcW w:type="dxa" w:w="926"/>
          </w:tcPr>
          <w:p>
            <w:pPr>
              <w:spacing w:after="0" w:line="252" w:lineRule="auto"/>
            </w:pPr>
            <w:r>
              <w:rPr>
                <w:rFonts w:ascii="Consolas" w:hAnsi="Consolas" w:cs="Consolas" w:eastAsia="Consolas"/>
                <w:sz w:val="15"/>
              </w:rPr>
              <w:t>LM01-T012-02</w:t>
            </w:r>
          </w:p>
        </w:tc>
        <w:tc>
          <w:tcPr>
            <w:tcW w:type="dxa" w:w="921"/>
          </w:tcPr>
          <w:p>
            <w:pPr>
              <w:spacing w:after="0" w:line="252" w:lineRule="auto"/>
            </w:pPr>
            <w:r>
              <w:rPr>
                <w:sz w:val="17"/>
              </w:rPr>
              <w:t>60</w:t>
            </w:r>
          </w:p>
        </w:tc>
        <w:tc>
          <w:tcPr>
            <w:tcW w:type="dxa" w:w="1037"/>
          </w:tcPr>
          <w:p>
            <w:pPr>
              <w:spacing w:after="0" w:line="252" w:lineRule="auto"/>
            </w:pPr>
            <w:r>
              <w:rPr>
                <w:sz w:val="17"/>
              </w:rPr>
              <w:t>-</w:t>
            </w:r>
          </w:p>
        </w:tc>
        <w:tc>
          <w:tcPr>
            <w:tcW w:type="dxa" w:w="690"/>
          </w:tcPr>
          <w:p>
            <w:pPr>
              <w:spacing w:after="0" w:line="252" w:lineRule="auto"/>
            </w:pPr>
            <w:r>
              <w:rPr>
                <w:sz w:val="17"/>
              </w:rPr>
              <w:t>-</w:t>
            </w:r>
          </w:p>
        </w:tc>
        <w:tc>
          <w:tcPr>
            <w:tcW w:type="dxa" w:w="1386"/>
          </w:tcPr>
          <w:p>
            <w:pPr>
              <w:spacing w:after="0" w:line="252" w:lineRule="auto"/>
            </w:pPr>
            <w:r>
              <w:rPr>
                <w:sz w:val="17"/>
              </w:rPr>
              <w:t>-</w:t>
            </w:r>
          </w:p>
        </w:tc>
        <w:tc>
          <w:tcPr>
            <w:tcW w:type="dxa" w:w="1335"/>
          </w:tcPr>
          <w:p>
            <w:pPr>
              <w:spacing w:after="0" w:line="252" w:lineRule="auto"/>
            </w:pPr>
            <w:r>
              <w:rPr>
                <w:sz w:val="17"/>
              </w:rPr>
              <w:t>Einl000031 A2</w:t>
            </w:r>
          </w:p>
        </w:tc>
      </w:tr>
      <w:tr>
        <w:tc>
          <w:tcPr>
            <w:tcW w:type="dxa" w:w="1270"/>
          </w:tcPr>
          <w:p>
            <w:pPr>
              <w:spacing w:after="0" w:line="252" w:lineRule="auto"/>
            </w:pPr>
            <w:r>
              <w:rPr>
                <w:rFonts w:ascii="Consolas" w:hAnsi="Consolas" w:cs="Consolas" w:eastAsia="Consolas"/>
                <w:sz w:val="15"/>
              </w:rPr>
              <w:t>LU000103</w:t>
            </w:r>
          </w:p>
        </w:tc>
        <w:tc>
          <w:tcPr>
            <w:tcW w:type="dxa" w:w="1154"/>
          </w:tcPr>
          <w:p>
            <w:pPr>
              <w:spacing w:after="0" w:line="252" w:lineRule="auto"/>
            </w:pPr>
            <w:r>
              <w:rPr>
                <w:sz w:val="17"/>
              </w:rPr>
              <w:t>KT5</w:t>
            </w:r>
          </w:p>
        </w:tc>
        <w:tc>
          <w:tcPr>
            <w:tcW w:type="dxa" w:w="805"/>
          </w:tcPr>
          <w:p>
            <w:pPr>
              <w:spacing w:after="0" w:line="252" w:lineRule="auto"/>
            </w:pPr>
            <w:r>
              <w:rPr>
                <w:sz w:val="17"/>
              </w:rPr>
              <w:t>12</w:t>
            </w:r>
          </w:p>
        </w:tc>
        <w:tc>
          <w:tcPr>
            <w:tcW w:type="dxa" w:w="926"/>
          </w:tcPr>
          <w:p>
            <w:pPr>
              <w:spacing w:after="0" w:line="252" w:lineRule="auto"/>
            </w:pPr>
            <w:r>
              <w:rPr>
                <w:rFonts w:ascii="Consolas" w:hAnsi="Consolas" w:cs="Consolas" w:eastAsia="Consolas"/>
                <w:sz w:val="15"/>
              </w:rPr>
              <w:t>LM01-T012-03</w:t>
            </w:r>
          </w:p>
        </w:tc>
        <w:tc>
          <w:tcPr>
            <w:tcW w:type="dxa" w:w="921"/>
          </w:tcPr>
          <w:p>
            <w:pPr>
              <w:spacing w:after="0" w:line="252" w:lineRule="auto"/>
            </w:pPr>
            <w:r>
              <w:rPr>
                <w:sz w:val="17"/>
              </w:rPr>
              <w:t>45</w:t>
            </w:r>
          </w:p>
        </w:tc>
        <w:tc>
          <w:tcPr>
            <w:tcW w:type="dxa" w:w="1037"/>
          </w:tcPr>
          <w:p>
            <w:pPr>
              <w:spacing w:after="0" w:line="252" w:lineRule="auto"/>
            </w:pPr>
            <w:r>
              <w:rPr>
                <w:sz w:val="17"/>
              </w:rPr>
              <w:t>-</w:t>
            </w:r>
          </w:p>
        </w:tc>
        <w:tc>
          <w:tcPr>
            <w:tcW w:type="dxa" w:w="690"/>
          </w:tcPr>
          <w:p>
            <w:pPr>
              <w:spacing w:after="0" w:line="252" w:lineRule="auto"/>
            </w:pPr>
            <w:r>
              <w:rPr>
                <w:sz w:val="17"/>
              </w:rPr>
              <w:t>-</w:t>
            </w:r>
          </w:p>
        </w:tc>
        <w:tc>
          <w:tcPr>
            <w:tcW w:type="dxa" w:w="1386"/>
          </w:tcPr>
          <w:p>
            <w:pPr>
              <w:spacing w:after="0" w:line="252" w:lineRule="auto"/>
            </w:pPr>
            <w:r>
              <w:rPr>
                <w:sz w:val="17"/>
              </w:rPr>
              <w:t>-</w:t>
            </w:r>
          </w:p>
        </w:tc>
        <w:tc>
          <w:tcPr>
            <w:tcW w:type="dxa" w:w="1335"/>
          </w:tcPr>
          <w:p>
            <w:pPr>
              <w:spacing w:after="0" w:line="252" w:lineRule="auto"/>
            </w:pPr>
            <w:r>
              <w:rPr>
                <w:sz w:val="17"/>
              </w:rPr>
              <w:t>Einl000031 A3</w:t>
            </w:r>
          </w:p>
        </w:tc>
      </w:tr>
    </w:tbl>
    <w:p>
      <w:pPr>
        <w:pStyle w:val="BeschriftungSSI"/>
      </w:pPr>
      <w:r>
        <w:t>Tab. 17: Bestand im Lift vorher (Beispiel)</w:t>
      </w:r>
    </w:p>
    <w:p>
      <w:pPr>
        <w:pStyle w:val="Heading3"/>
      </w:pPr>
      <w:r>
        <w:t>12.1.2 Positionen, Zuteilung und Ergebnis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72"/>
        <w:gridCol w:w="1479"/>
        <w:gridCol w:w="921"/>
        <w:gridCol w:w="805"/>
        <w:gridCol w:w="1153"/>
        <w:gridCol w:w="1630"/>
        <w:gridCol w:w="1386"/>
        <w:gridCol w:w="1576"/>
      </w:tblGrid>
      <w:tr>
        <w:trPr>
          <w:tblHeader w:val="true"/>
        </w:trPr>
        <w:tc>
          <w:tcPr>
            <w:tcW w:type="dxa" w:w="573"/>
            <w:shd w:val="clear" w:color="auto" w:fill="FEEE19"/>
          </w:tcPr>
          <w:p>
            <w:pPr>
              <w:spacing w:after="0"/>
            </w:pPr>
            <w:r>
              <w:rPr>
                <w:b/>
                <w:sz w:val="17"/>
              </w:rPr>
              <w:t>Nr</w:t>
            </w:r>
          </w:p>
        </w:tc>
        <w:tc>
          <w:tcPr>
            <w:tcW w:type="dxa" w:w="1479"/>
            <w:shd w:val="clear" w:color="auto" w:fill="FEEE19"/>
          </w:tcPr>
          <w:p>
            <w:pPr>
              <w:spacing w:after="0"/>
            </w:pPr>
            <w:r>
              <w:rPr>
                <w:b/>
                <w:sz w:val="17"/>
              </w:rPr>
              <w:t>Artikel</w:t>
            </w:r>
          </w:p>
        </w:tc>
        <w:tc>
          <w:tcPr>
            <w:tcW w:type="dxa" w:w="921"/>
            <w:shd w:val="clear" w:color="auto" w:fill="FEEE19"/>
          </w:tcPr>
          <w:p>
            <w:pPr>
              <w:spacing w:after="0"/>
            </w:pPr>
            <w:r>
              <w:rPr>
                <w:b/>
                <w:sz w:val="17"/>
              </w:rPr>
              <w:t>Menge</w:t>
            </w:r>
          </w:p>
        </w:tc>
        <w:tc>
          <w:tcPr>
            <w:tcW w:type="dxa" w:w="805"/>
            <w:shd w:val="clear" w:color="auto" w:fill="FEEE19"/>
          </w:tcPr>
          <w:p>
            <w:pPr>
              <w:spacing w:after="0"/>
            </w:pPr>
            <w:r>
              <w:rPr>
                <w:b/>
                <w:sz w:val="17"/>
              </w:rPr>
              <w:t>Fach</w:t>
            </w:r>
          </w:p>
        </w:tc>
        <w:tc>
          <w:tcPr>
            <w:tcW w:type="dxa" w:w="1154"/>
            <w:shd w:val="clear" w:color="auto" w:fill="FEEE19"/>
          </w:tcPr>
          <w:p>
            <w:pPr>
              <w:spacing w:after="0"/>
            </w:pPr>
            <w:r>
              <w:rPr>
                <w:b/>
                <w:sz w:val="17"/>
              </w:rPr>
              <w:t>Vorgabe</w:t>
            </w:r>
          </w:p>
        </w:tc>
        <w:tc>
          <w:tcPr>
            <w:tcW w:type="dxa" w:w="1630"/>
            <w:shd w:val="clear" w:color="auto" w:fill="FEEE19"/>
          </w:tcPr>
          <w:p>
            <w:pPr>
              <w:spacing w:after="0"/>
            </w:pPr>
            <w:r>
              <w:rPr>
                <w:b/>
                <w:sz w:val="17"/>
              </w:rPr>
              <w:t>Entnahme (Behälter: Menge)</w:t>
            </w:r>
          </w:p>
        </w:tc>
        <w:tc>
          <w:tcPr>
            <w:tcW w:type="dxa" w:w="1386"/>
            <w:shd w:val="clear" w:color="auto" w:fill="FEEE19"/>
          </w:tcPr>
          <w:p>
            <w:pPr>
              <w:spacing w:after="0"/>
            </w:pPr>
            <w:r>
              <w:rPr>
                <w:b/>
                <w:sz w:val="17"/>
              </w:rPr>
              <w:t>Geliefert</w:t>
            </w:r>
          </w:p>
        </w:tc>
        <w:tc>
          <w:tcPr>
            <w:tcW w:type="dxa" w:w="1577"/>
            <w:shd w:val="clear" w:color="auto" w:fill="FEEE19"/>
          </w:tcPr>
          <w:p>
            <w:pPr>
              <w:spacing w:after="0"/>
            </w:pPr>
            <w:r>
              <w:rPr>
                <w:b/>
                <w:sz w:val="17"/>
              </w:rPr>
              <w:t>Hinweis</w:t>
            </w:r>
          </w:p>
        </w:tc>
      </w:tr>
      <w:tr>
        <w:tc>
          <w:tcPr>
            <w:tcW w:type="dxa" w:w="573"/>
          </w:tcPr>
          <w:p>
            <w:pPr>
              <w:spacing w:after="0" w:line="252" w:lineRule="auto"/>
            </w:pPr>
            <w:r>
              <w:rPr>
                <w:sz w:val="17"/>
              </w:rPr>
              <w:t>1</w:t>
            </w:r>
          </w:p>
        </w:tc>
        <w:tc>
          <w:tcPr>
            <w:tcW w:type="dxa" w:w="1479"/>
          </w:tcPr>
          <w:p>
            <w:pPr>
              <w:spacing w:after="0" w:line="252" w:lineRule="auto"/>
            </w:pPr>
            <w:r>
              <w:rPr>
                <w:b/>
                <w:sz w:val="17"/>
              </w:rPr>
              <w:t>KT3</w:t>
            </w:r>
          </w:p>
          <w:p>
            <w:pPr>
              <w:spacing w:after="0"/>
            </w:pPr>
            <w:r>
              <w:rPr>
                <w:sz w:val="17"/>
              </w:rPr>
              <w:t>Nasara 5 cm x 5 m beige</w:t>
            </w:r>
          </w:p>
        </w:tc>
        <w:tc>
          <w:tcPr>
            <w:tcW w:type="dxa" w:w="921"/>
          </w:tcPr>
          <w:p>
            <w:pPr>
              <w:spacing w:after="0" w:line="252" w:lineRule="auto"/>
            </w:pPr>
            <w:r>
              <w:rPr>
                <w:sz w:val="17"/>
              </w:rPr>
              <w:t>30</w:t>
            </w:r>
          </w:p>
        </w:tc>
        <w:tc>
          <w:tcPr>
            <w:tcW w:type="dxa" w:w="805"/>
          </w:tcPr>
          <w:p>
            <w:pPr>
              <w:spacing w:after="0" w:line="252" w:lineRule="auto"/>
            </w:pPr>
            <w:r>
              <w:rPr>
                <w:b/>
                <w:sz w:val="17"/>
              </w:rPr>
              <w:t>A1</w:t>
            </w:r>
          </w:p>
        </w:tc>
        <w:tc>
          <w:tcPr>
            <w:tcW w:type="dxa" w:w="1154"/>
          </w:tcPr>
          <w:p>
            <w:pPr>
              <w:spacing w:after="0" w:line="252" w:lineRule="auto"/>
            </w:pPr>
            <w:r>
              <w:rPr>
                <w:sz w:val="17"/>
              </w:rPr>
              <w:t>keine</w:t>
            </w:r>
          </w:p>
        </w:tc>
        <w:tc>
          <w:tcPr>
            <w:tcW w:type="dxa" w:w="1630"/>
          </w:tcPr>
          <w:p>
            <w:pPr>
              <w:spacing w:after="0" w:line="252" w:lineRule="auto"/>
            </w:pPr>
            <w:r>
              <w:rPr>
                <w:rFonts w:ascii="Consolas" w:hAnsi="Consolas" w:cs="Consolas" w:eastAsia="Consolas"/>
                <w:sz w:val="15"/>
              </w:rPr>
              <w:t>LU000101</w:t>
            </w:r>
            <w:r>
              <w:rPr>
                <w:sz w:val="17"/>
              </w:rPr>
              <w:t xml:space="preserve"> Tray 12: </w:t>
            </w:r>
            <w:r>
              <w:rPr>
                <w:b/>
                <w:sz w:val="17"/>
              </w:rPr>
              <w:t>30</w:t>
            </w:r>
          </w:p>
        </w:tc>
        <w:tc>
          <w:tcPr>
            <w:tcW w:type="dxa" w:w="1386"/>
          </w:tcPr>
          <w:p>
            <w:pPr>
              <w:spacing w:after="0" w:line="252" w:lineRule="auto"/>
            </w:pPr>
            <w:r>
              <w:rPr>
                <w:b/>
                <w:sz w:val="17"/>
              </w:rPr>
              <w:t>30</w:t>
            </w:r>
          </w:p>
        </w:tc>
        <w:tc>
          <w:tcPr>
            <w:tcW w:type="dxa" w:w="1577"/>
          </w:tcPr>
          <w:p>
            <w:pPr>
              <w:spacing w:after="0" w:line="252" w:lineRule="auto"/>
            </w:pPr>
            <w:r>
              <w:rPr>
                <w:sz w:val="17"/>
              </w:rPr>
              <w:t>Bestand aus Einl000031 Fach A1</w:t>
            </w:r>
          </w:p>
        </w:tc>
      </w:tr>
      <w:tr>
        <w:tc>
          <w:tcPr>
            <w:tcW w:type="dxa" w:w="573"/>
          </w:tcPr>
          <w:p>
            <w:pPr>
              <w:spacing w:after="0" w:line="252" w:lineRule="auto"/>
            </w:pPr>
            <w:r>
              <w:rPr>
                <w:sz w:val="17"/>
              </w:rPr>
              <w:t>2</w:t>
            </w:r>
          </w:p>
        </w:tc>
        <w:tc>
          <w:tcPr>
            <w:tcW w:type="dxa" w:w="1479"/>
          </w:tcPr>
          <w:p>
            <w:pPr>
              <w:spacing w:after="0" w:line="252" w:lineRule="auto"/>
            </w:pPr>
            <w:r>
              <w:rPr>
                <w:b/>
                <w:sz w:val="17"/>
              </w:rPr>
              <w:t>KT2</w:t>
            </w:r>
          </w:p>
          <w:p>
            <w:pPr>
              <w:spacing w:after="0"/>
            </w:pPr>
            <w:r>
              <w:rPr>
                <w:sz w:val="17"/>
              </w:rPr>
              <w:t>Nasara 5 cm x 5 m blau</w:t>
            </w:r>
          </w:p>
        </w:tc>
        <w:tc>
          <w:tcPr>
            <w:tcW w:type="dxa" w:w="921"/>
          </w:tcPr>
          <w:p>
            <w:pPr>
              <w:spacing w:after="0" w:line="252" w:lineRule="auto"/>
            </w:pPr>
            <w:r>
              <w:rPr>
                <w:sz w:val="17"/>
              </w:rPr>
              <w:t>20</w:t>
            </w:r>
          </w:p>
        </w:tc>
        <w:tc>
          <w:tcPr>
            <w:tcW w:type="dxa" w:w="805"/>
          </w:tcPr>
          <w:p>
            <w:pPr>
              <w:spacing w:after="0" w:line="252" w:lineRule="auto"/>
            </w:pPr>
            <w:r>
              <w:rPr>
                <w:b/>
                <w:sz w:val="17"/>
              </w:rPr>
              <w:t>A2</w:t>
            </w:r>
          </w:p>
        </w:tc>
        <w:tc>
          <w:tcPr>
            <w:tcW w:type="dxa" w:w="1154"/>
          </w:tcPr>
          <w:p>
            <w:pPr>
              <w:spacing w:after="0" w:line="252" w:lineRule="auto"/>
            </w:pPr>
            <w:r>
              <w:rPr>
                <w:sz w:val="17"/>
              </w:rPr>
              <w:t>keine</w:t>
            </w:r>
          </w:p>
        </w:tc>
        <w:tc>
          <w:tcPr>
            <w:tcW w:type="dxa" w:w="1630"/>
          </w:tcPr>
          <w:p>
            <w:pPr>
              <w:spacing w:after="0" w:line="252" w:lineRule="auto"/>
            </w:pPr>
            <w:r>
              <w:rPr>
                <w:rFonts w:ascii="Consolas" w:hAnsi="Consolas" w:cs="Consolas" w:eastAsia="Consolas"/>
                <w:sz w:val="15"/>
              </w:rPr>
              <w:t>LU000102</w:t>
            </w:r>
            <w:r>
              <w:rPr>
                <w:sz w:val="17"/>
              </w:rPr>
              <w:t xml:space="preserve"> Tray 12: </w:t>
            </w:r>
            <w:r>
              <w:rPr>
                <w:b/>
                <w:sz w:val="17"/>
              </w:rPr>
              <w:t>20</w:t>
            </w:r>
          </w:p>
        </w:tc>
        <w:tc>
          <w:tcPr>
            <w:tcW w:type="dxa" w:w="1386"/>
          </w:tcPr>
          <w:p>
            <w:pPr>
              <w:spacing w:after="0" w:line="252" w:lineRule="auto"/>
            </w:pPr>
            <w:r>
              <w:rPr>
                <w:b/>
                <w:sz w:val="17"/>
              </w:rPr>
              <w:t>20</w:t>
            </w:r>
          </w:p>
        </w:tc>
        <w:tc>
          <w:tcPr>
            <w:tcW w:type="dxa" w:w="1577"/>
          </w:tcPr>
          <w:p>
            <w:pPr>
              <w:spacing w:after="0" w:line="252" w:lineRule="auto"/>
            </w:pPr>
            <w:r>
              <w:rPr>
                <w:sz w:val="17"/>
              </w:rPr>
              <w:t>Bestand aus Einl000031 Fach A2</w:t>
            </w:r>
          </w:p>
        </w:tc>
      </w:tr>
      <w:tr>
        <w:tc>
          <w:tcPr>
            <w:tcW w:type="dxa" w:w="573"/>
          </w:tcPr>
          <w:p>
            <w:pPr>
              <w:spacing w:after="0" w:line="252" w:lineRule="auto"/>
            </w:pPr>
            <w:r>
              <w:rPr>
                <w:sz w:val="17"/>
              </w:rPr>
              <w:t>3</w:t>
            </w:r>
          </w:p>
        </w:tc>
        <w:tc>
          <w:tcPr>
            <w:tcW w:type="dxa" w:w="1479"/>
          </w:tcPr>
          <w:p>
            <w:pPr>
              <w:spacing w:after="0" w:line="252" w:lineRule="auto"/>
            </w:pPr>
            <w:r>
              <w:rPr>
                <w:b/>
                <w:sz w:val="17"/>
              </w:rPr>
              <w:t>KT5</w:t>
            </w:r>
          </w:p>
          <w:p>
            <w:pPr>
              <w:spacing w:after="0"/>
            </w:pPr>
            <w:r>
              <w:rPr>
                <w:sz w:val="17"/>
              </w:rPr>
              <w:t>Nasara 5 cm x 5 m schwarz</w:t>
            </w:r>
          </w:p>
        </w:tc>
        <w:tc>
          <w:tcPr>
            <w:tcW w:type="dxa" w:w="921"/>
          </w:tcPr>
          <w:p>
            <w:pPr>
              <w:spacing w:after="0" w:line="252" w:lineRule="auto"/>
            </w:pPr>
            <w:r>
              <w:rPr>
                <w:sz w:val="17"/>
              </w:rPr>
              <w:t>15</w:t>
            </w:r>
          </w:p>
        </w:tc>
        <w:tc>
          <w:tcPr>
            <w:tcW w:type="dxa" w:w="805"/>
          </w:tcPr>
          <w:p>
            <w:pPr>
              <w:spacing w:after="0" w:line="252" w:lineRule="auto"/>
            </w:pPr>
            <w:r>
              <w:rPr>
                <w:b/>
                <w:sz w:val="17"/>
              </w:rPr>
              <w:t>A3</w:t>
            </w:r>
          </w:p>
        </w:tc>
        <w:tc>
          <w:tcPr>
            <w:tcW w:type="dxa" w:w="1154"/>
          </w:tcPr>
          <w:p>
            <w:pPr>
              <w:spacing w:after="0" w:line="252" w:lineRule="auto"/>
            </w:pPr>
            <w:r>
              <w:rPr>
                <w:sz w:val="17"/>
              </w:rPr>
              <w:t>keine</w:t>
            </w:r>
          </w:p>
        </w:tc>
        <w:tc>
          <w:tcPr>
            <w:tcW w:type="dxa" w:w="1630"/>
          </w:tcPr>
          <w:p>
            <w:pPr>
              <w:spacing w:after="0" w:line="252" w:lineRule="auto"/>
            </w:pPr>
            <w:r>
              <w:rPr>
                <w:rFonts w:ascii="Consolas" w:hAnsi="Consolas" w:cs="Consolas" w:eastAsia="Consolas"/>
                <w:sz w:val="15"/>
              </w:rPr>
              <w:t>LU000103</w:t>
            </w:r>
            <w:r>
              <w:rPr>
                <w:sz w:val="17"/>
              </w:rPr>
              <w:t xml:space="preserve"> Tray 12: </w:t>
            </w:r>
            <w:r>
              <w:rPr>
                <w:b/>
                <w:sz w:val="17"/>
              </w:rPr>
              <w:t>15</w:t>
            </w:r>
          </w:p>
        </w:tc>
        <w:tc>
          <w:tcPr>
            <w:tcW w:type="dxa" w:w="1386"/>
          </w:tcPr>
          <w:p>
            <w:pPr>
              <w:spacing w:after="0" w:line="252" w:lineRule="auto"/>
            </w:pPr>
            <w:r>
              <w:rPr>
                <w:b/>
                <w:sz w:val="17"/>
              </w:rPr>
              <w:t>15</w:t>
            </w:r>
          </w:p>
        </w:tc>
        <w:tc>
          <w:tcPr>
            <w:tcW w:type="dxa" w:w="1577"/>
          </w:tcPr>
          <w:p>
            <w:pPr>
              <w:spacing w:after="0" w:line="252" w:lineRule="auto"/>
            </w:pPr>
            <w:r>
              <w:rPr>
                <w:sz w:val="17"/>
              </w:rPr>
              <w:t>Bestand aus Einl000031 Fach A3</w:t>
            </w:r>
          </w:p>
        </w:tc>
      </w:tr>
    </w:tbl>
    <w:p>
      <w:pPr>
        <w:pStyle w:val="BeschriftungSSI"/>
      </w:pPr>
      <w:r>
        <w:t>Tab. 18: Positionen, Zuteilung und Ergebnis</w:t>
      </w:r>
    </w:p>
    <w:p>
      <w:r>
        <w:t>Alle drei Artikel ohne Charge und MHD, je ein Behälter. WAMAS wählt nach REG_TIME (FIFO); jede Zeile wird voll geliefert, die Rückmeldung hat je Zeile eine Entnahme. Zuteilung [Annahme, zu prüfen] .</w:t>
      </w:r>
    </w:p>
    <w:p>
      <w:pPr>
        <w:keepNext/>
      </w:pPr>
      <w:r>
        <w:drawing>
          <wp:inline xmlns:a="http://schemas.openxmlformats.org/drawingml/2006/main" xmlns:pic="http://schemas.openxmlformats.org/drawingml/2006/picture">
            <wp:extent cx="2556000" cy="3237736"/>
            <wp:docPr id="106" name="Picture 106"/>
            <wp:cNvGraphicFramePr>
              <a:graphicFrameLocks noChangeAspect="1"/>
            </wp:cNvGraphicFramePr>
            <a:graphic>
              <a:graphicData uri="http://schemas.openxmlformats.org/drawingml/2006/picture">
                <pic:pic>
                  <pic:nvPicPr>
                    <pic:cNvPr id="0" name="ausl_wagen_KW-1001_Ausl000001.png"/>
                    <pic:cNvPicPr/>
                  </pic:nvPicPr>
                  <pic:blipFill>
                    <a:blip r:embed="rId16"/>
                    <a:stretch>
                      <a:fillRect/>
                    </a:stretch>
                  </pic:blipFill>
                  <pic:spPr>
                    <a:xfrm>
                      <a:off x="0" y="0"/>
                      <a:ext cx="2556000" cy="3237736"/>
                    </a:xfrm>
                    <a:prstGeom prst="rect"/>
                  </pic:spPr>
                </pic:pic>
              </a:graphicData>
            </a:graphic>
          </wp:inline>
        </w:drawing>
      </w:r>
    </w:p>
    <w:p>
      <w:pPr>
        <w:pStyle w:val="BeschriftungSSI"/>
      </w:pPr>
      <w:r>
        <w:t>Abb. 4: Zielfächer auf Wagen KW-1001 nach dem Kommissionieren</w:t>
      </w:r>
    </w:p>
    <w:p>
      <w:pPr>
        <w:pStyle w:val="Heading3"/>
      </w:pPr>
      <w:r>
        <w:t>12.1.3 Telegramm BC an WAMAS (WLSPD003)</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["Auto Generated"],</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"20261015083000", "HEADER_RECORDTYPENAME": "WLSPD003"</w:t>
            </w:r>
          </w:p>
          <w:p>
            <w:pPr>
              <w:pStyle w:val="Code"/>
            </w:pPr>
            <w:r>
              <w:t xml:space="preserve">          }</w:t>
            </w:r>
          </w:p>
          <w:p>
            <w:pPr>
              <w:pStyle w:val="Code"/>
            </w:pPr>
            <w:r>
              <w:t xml:space="preserve">        },</w:t>
            </w:r>
          </w:p>
          <w:p>
            <w:pPr>
              <w:pStyle w:val="Code"/>
            </w:pPr>
            <w:r>
              <w:t xml:space="preserve">        "body": {</w:t>
            </w:r>
          </w:p>
          <w:p>
            <w:pPr>
              <w:pStyle w:val="Code"/>
            </w:pPr>
            <w:r>
              <w:t xml:space="preserve">          "WLSPD003": {</w:t>
            </w:r>
          </w:p>
          <w:p>
            <w:pPr>
              <w:pStyle w:val="Code"/>
            </w:pPr>
            <w:r>
              <w:t xml:space="preserve">            "clientId": "DEFAULT", "demandNo": "Ausl000001", "recordState": "CREATE",</w:t>
            </w:r>
          </w:p>
          <w:p>
            <w:pPr>
              <w:pStyle w:val="Code"/>
            </w:pPr>
            <w:r>
              <w:t xml:space="preserve">            "extLuId": "", "priority": 5, "noteNo": "WA-AKU-2001",</w:t>
            </w:r>
          </w:p>
          <w:p>
            <w:pPr>
              <w:pStyle w:val="Code"/>
            </w:pPr>
            <w:r>
              <w:t xml:space="preserve">            "deliveryTime": "202610151000", "typeId": "SHPG", "info": "Wagen KW-1001",</w:t>
            </w:r>
          </w:p>
          <w:p>
            <w:pPr>
              <w:pStyle w:val="Code"/>
            </w:pPr>
            <w:r>
              <w:t xml:space="preserve">            "info2": "", "zone": "ZONEA",</w:t>
            </w:r>
          </w:p>
          <w:p>
            <w:pPr>
              <w:pStyle w:val="Code"/>
            </w:pPr>
            <w:r>
              <w:t xml:space="preserve">            "WLSPDL002": [</w:t>
            </w:r>
          </w:p>
          <w:p>
            <w:pPr>
              <w:pStyle w:val="Code"/>
            </w:pPr>
            <w:r>
              <w:t xml:space="preserve">              {</w:t>
            </w:r>
          </w:p>
          <w:p>
            <w:pPr>
              <w:pStyle w:val="Code"/>
            </w:pPr>
            <w:r>
              <w:t xml:space="preserve">                "demandNo": "Ausl000001", "sysPartnerLine": 1, "recordState": "CREATE",</w:t>
            </w:r>
          </w:p>
          <w:p>
            <w:pPr>
              <w:pStyle w:val="Code"/>
            </w:pPr>
            <w:r>
              <w:t xml:space="preserve">                "itemNo": "KT3", "variant": "00000", "numBquWqu": 1, "batch": "", "bbDate": "",</w:t>
            </w:r>
          </w:p>
          <w:p>
            <w:pPr>
              <w:pStyle w:val="Code"/>
            </w:pPr>
            <w:r>
              <w:t xml:space="preserve">                "prodDate": "", "baseQty": 30.0, "gow": "pDEFAULT", "stockRating": "100",</w:t>
            </w:r>
          </w:p>
          <w:p>
            <w:pPr>
              <w:pStyle w:val="Code"/>
            </w:pPr>
            <w:r>
              <w:t xml:space="preserve">                "WLSPDLEXTREF001": [</w:t>
            </w:r>
          </w:p>
          <w:p>
            <w:pPr>
              <w:pStyle w:val="Code"/>
            </w:pPr>
            <w:r>
              <w:t xml:space="preserve">                  {</w:t>
            </w:r>
          </w:p>
          <w:p>
            <w:pPr>
              <w:pStyle w:val="Code"/>
            </w:pPr>
            <w:r>
              <w:t xml:space="preserve">                    "clientId": "DEFAULT", "demandNo": "Ausl000001", "extRefKey": "WAGE",</w:t>
            </w:r>
          </w:p>
          <w:p>
            <w:pPr>
              <w:pStyle w:val="Code"/>
            </w:pPr>
            <w:r>
              <w:t xml:space="preserve">                    "extRefVal1": "KW-1001", "extRefVal2": "A1", "sysPartnerLine":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"Ausl000001", "sysPartnerLine": 2, "recordState": "CREATE",</w:t>
            </w:r>
          </w:p>
          <w:p>
            <w:pPr>
              <w:pStyle w:val="Code"/>
            </w:pPr>
            <w:r>
              <w:t xml:space="preserve">                "itemNo": "KT2", "variant": "00000", "numBquWqu": 1, "batch": "", "bbDate": "",</w:t>
            </w:r>
          </w:p>
          <w:p>
            <w:pPr>
              <w:pStyle w:val="Code"/>
            </w:pPr>
            <w:r>
              <w:t xml:space="preserve">                "prodDate": "", "baseQty": 20.0, "gow": "pDEFAULT", "stockRating": "100",</w:t>
            </w:r>
          </w:p>
          <w:p>
            <w:pPr>
              <w:pStyle w:val="Code"/>
            </w:pPr>
            <w:r>
              <w:t xml:space="preserve">                "WLSPDLEXTREF001": [</w:t>
            </w:r>
          </w:p>
          <w:p>
            <w:pPr>
              <w:pStyle w:val="Code"/>
            </w:pPr>
            <w:r>
              <w:t xml:space="preserve">                  {</w:t>
            </w:r>
          </w:p>
          <w:p>
            <w:pPr>
              <w:pStyle w:val="Code"/>
            </w:pPr>
            <w:r>
              <w:t xml:space="preserve">                    "clientId": "DEFAULT", "demandNo": "Ausl000001", "extRefKey": "WAGE",</w:t>
            </w:r>
          </w:p>
          <w:p>
            <w:pPr>
              <w:pStyle w:val="Code"/>
            </w:pPr>
            <w:r>
              <w:t xml:space="preserve">                    "extRefVal1": "KW-1001", "extRefVal2": "A2", "sysPartnerLine": 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"Ausl000001", "sysPartnerLine": 3, "recordState": "CREATE",</w:t>
            </w:r>
          </w:p>
          <w:p>
            <w:pPr>
              <w:pStyle w:val="Code"/>
            </w:pPr>
            <w:r>
              <w:t xml:space="preserve">                "itemNo": "KT5", "variant": "00000", "numBquWqu": 1, "batch": "", "bbDate": "",</w:t>
            </w:r>
          </w:p>
          <w:p>
            <w:pPr>
              <w:pStyle w:val="Code"/>
            </w:pPr>
            <w:r>
              <w:t xml:space="preserve">                "prodDate": "", "baseQty": 15.0, "gow": "pDEFAULT", "stockRating": "100",</w:t>
            </w:r>
          </w:p>
          <w:p>
            <w:pPr>
              <w:pStyle w:val="Code"/>
            </w:pPr>
            <w:r>
              <w:t xml:space="preserve">                "WLSPDLEXTREF001": [</w:t>
            </w:r>
          </w:p>
          <w:p>
            <w:pPr>
              <w:pStyle w:val="Code"/>
            </w:pPr>
            <w:r>
              <w:t xml:space="preserve">                  {</w:t>
            </w:r>
          </w:p>
          <w:p>
            <w:pPr>
              <w:pStyle w:val="Code"/>
            </w:pPr>
            <w:r>
              <w:t xml:space="preserve">                    "clientId": "DEFAULT", "demandNo": "Ausl000001", "extRefKey": "WAGE",</w:t>
            </w:r>
          </w:p>
          <w:p>
            <w:pPr>
              <w:pStyle w:val="Code"/>
            </w:pPr>
            <w:r>
              <w:t xml:space="preserve">                    "extRefVal1": "KW-1001", "extRefVal2": "A3", "sysPartnerLine": 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"WLSPDEXTREF001": [</w:t>
            </w:r>
          </w:p>
          <w:p>
            <w:pPr>
              <w:pStyle w:val="Code"/>
            </w:pPr>
            <w:r>
              <w:t xml:space="preserve">              {</w:t>
            </w:r>
          </w:p>
          <w:p>
            <w:pPr>
              <w:pStyle w:val="Code"/>
            </w:pPr>
            <w:r>
              <w:t xml:space="preserve">                "clientId": "DEFAULT", "demandNo": "Ausl000001", "extRefKey": "WAGE",</w:t>
            </w:r>
          </w:p>
          <w:p>
            <w:pPr>
              <w:pStyle w:val="Code"/>
            </w:pPr>
            <w:r>
              <w:t xml:space="preserve">                "extRefVal1": "KW-1001",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5: Beispiel: Telegramm BC an WAMAS (WLSPD003)</w:t>
      </w:r>
    </w:p>
    <w:p>
      <w:pPr>
        <w:pStyle w:val="Heading3"/>
      </w:pPr>
      <w:r>
        <w:t>12.1.4 Rückmeldung WAMAS an BC (WLSPDACK003) (Annahme, zu prüfen)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["Beispiel Rückmeldung,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"20261015100000", "HEADER_RECORDTYPENAME": "WLSPDACK003"</w:t>
            </w:r>
          </w:p>
          <w:p>
            <w:pPr>
              <w:pStyle w:val="Code"/>
            </w:pPr>
            <w:r>
              <w:t xml:space="preserve">          }</w:t>
            </w:r>
          </w:p>
          <w:p>
            <w:pPr>
              <w:pStyle w:val="Code"/>
            </w:pPr>
            <w:r>
              <w:t xml:space="preserve">        },</w:t>
            </w:r>
          </w:p>
          <w:p>
            <w:pPr>
              <w:pStyle w:val="Code"/>
            </w:pPr>
            <w:r>
              <w:t xml:space="preserve">        "body": {</w:t>
            </w:r>
          </w:p>
          <w:p>
            <w:pPr>
              <w:pStyle w:val="Code"/>
            </w:pPr>
            <w:r>
              <w:t xml:space="preserve">          "WLSPDACK003": {</w:t>
            </w:r>
          </w:p>
          <w:p>
            <w:pPr>
              <w:pStyle w:val="Code"/>
            </w:pPr>
            <w:r>
              <w:t xml:space="preserve">            "demandNo": "Ausl000001", "typeId": "SHPG", "priority": 5, "noteNo": "WA-AKU-2001",</w:t>
            </w:r>
          </w:p>
          <w:p>
            <w:pPr>
              <w:pStyle w:val="Code"/>
            </w:pPr>
            <w:r>
              <w:t xml:space="preserve">            "state": "FINISHED", "zone": "ZONEA", "split": 0,</w:t>
            </w:r>
          </w:p>
          <w:p>
            <w:pPr>
              <w:pStyle w:val="Code"/>
            </w:pPr>
            <w:r>
              <w:t xml:space="preserve">            "WLSPDLACK001": [</w:t>
            </w:r>
          </w:p>
          <w:p>
            <w:pPr>
              <w:pStyle w:val="Code"/>
            </w:pPr>
            <w:r>
              <w:t xml:space="preserve">              {</w:t>
            </w:r>
          </w:p>
          <w:p>
            <w:pPr>
              <w:pStyle w:val="Code"/>
            </w:pPr>
            <w:r>
              <w:t xml:space="preserve">                "demandNo": "Ausl000001", "sysPartnerLine": 1, "demandLineNo": 1,</w:t>
            </w:r>
          </w:p>
          <w:p>
            <w:pPr>
              <w:pStyle w:val="Code"/>
            </w:pPr>
            <w:r>
              <w:t xml:space="preserve">                "clientId": "DEFAULT", "itemNo": "KT3", "variant": "00000", "batch": "",</w:t>
            </w:r>
          </w:p>
          <w:p>
            <w:pPr>
              <w:pStyle w:val="Code"/>
            </w:pPr>
            <w:r>
              <w:t xml:space="preserve">                "bbDate": "", "prodDate": "", "diffReason": "", "orderedAmount": 30.0,</w:t>
            </w:r>
          </w:p>
          <w:p>
            <w:pPr>
              <w:pStyle w:val="Code"/>
            </w:pPr>
            <w:r>
              <w:t xml:space="preserve">                "releasedAmount": 30.0, "deliveredAmount": 30.0,</w:t>
            </w:r>
          </w:p>
          <w:p>
            <w:pPr>
              <w:pStyle w:val="Code"/>
            </w:pPr>
            <w:r>
              <w:t xml:space="preserve">                "WLSPDLACTIVITYACK001": [</w:t>
            </w:r>
          </w:p>
          <w:p>
            <w:pPr>
              <w:pStyle w:val="Code"/>
            </w:pPr>
            <w:r>
              <w:t xml:space="preserve">                  {</w:t>
            </w:r>
          </w:p>
          <w:p>
            <w:pPr>
              <w:pStyle w:val="Code"/>
            </w:pPr>
            <w:r>
              <w:t xml:space="preserve">                    "logimatId": "LM01", "openingNo": 1, "sourceTrayId": "TRAY0012",</w:t>
            </w:r>
          </w:p>
          <w:p>
            <w:pPr>
              <w:pStyle w:val="Code"/>
            </w:pPr>
            <w:r>
              <w:t xml:space="preserve">                    "sourceTrayNo": 12, "sourceLuId": "LU000101",</w:t>
            </w:r>
          </w:p>
          <w:p>
            <w:pPr>
              <w:pStyle w:val="Code"/>
            </w:pPr>
            <w:r>
              <w:t xml:space="preserve">                    "sourceLocation": "LM01-T012-01", "destLuId": "", "destStoLoc": "",</w:t>
            </w:r>
          </w:p>
          <w:p>
            <w:pPr>
              <w:pStyle w:val="Code"/>
            </w:pPr>
            <w:r>
              <w:t xml:space="preserve">                    "user": "bediener1", "registrationTime": "20261015100200",</w:t>
            </w:r>
          </w:p>
          <w:p>
            <w:pPr>
              <w:pStyle w:val="Code"/>
            </w:pPr>
            <w:r>
              <w:t xml:space="preserve">                    "pickedAmount": 30.0, "reservedAmount": 30.0,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"Ausl000001", "systemPartner": "HOST",</w:t>
            </w:r>
          </w:p>
          <w:p>
            <w:pPr>
              <w:pStyle w:val="Code"/>
            </w:pPr>
            <w:r>
              <w:t xml:space="preserve">                    "sysPartnerLine": 1, "demandLineNo": 1, "extRefKey": "WAGE",</w:t>
            </w:r>
          </w:p>
          <w:p>
            <w:pPr>
              <w:pStyle w:val="Code"/>
            </w:pPr>
            <w:r>
              <w:t xml:space="preserve">                    "extRefVal1": "KW-1001", "extRefVal2": "A1"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"Ausl000001", "sysPartnerLine": 2, "demandLineNo": 2,</w:t>
            </w:r>
          </w:p>
          <w:p>
            <w:pPr>
              <w:pStyle w:val="Code"/>
            </w:pPr>
            <w:r>
              <w:t xml:space="preserve">                "clientId": "DEFAULT", "itemNo": "KT2", "variant": "00000", "batch": "",</w:t>
            </w:r>
          </w:p>
          <w:p>
            <w:pPr>
              <w:pStyle w:val="Code"/>
            </w:pPr>
            <w:r>
              <w:t xml:space="preserve">                "bbDate": "", "prodDate": "", "diffReason": "", "orderedAmount": 20.0,</w:t>
            </w:r>
          </w:p>
          <w:p>
            <w:pPr>
              <w:pStyle w:val="Code"/>
            </w:pPr>
            <w:r>
              <w:t xml:space="preserve">                "releasedAmount": 20.0, "deliveredAmount": 20.0,</w:t>
            </w:r>
          </w:p>
          <w:p>
            <w:pPr>
              <w:pStyle w:val="Code"/>
            </w:pPr>
            <w:r>
              <w:t xml:space="preserve">                "WLSPDLACTIVITYACK001": [</w:t>
            </w:r>
          </w:p>
          <w:p>
            <w:pPr>
              <w:pStyle w:val="Code"/>
            </w:pPr>
            <w:r>
              <w:t xml:space="preserve">                  {</w:t>
            </w:r>
          </w:p>
          <w:p>
            <w:pPr>
              <w:pStyle w:val="Code"/>
            </w:pPr>
            <w:r>
              <w:t xml:space="preserve">                    "logimatId": "LM01", "openingNo": 1, "sourceTrayId": "TRAY0012",</w:t>
            </w:r>
          </w:p>
          <w:p>
            <w:pPr>
              <w:pStyle w:val="Code"/>
            </w:pPr>
            <w:r>
              <w:t xml:space="preserve">                    "sourceTrayNo": 12, "sourceLuId": "LU000102",</w:t>
            </w:r>
          </w:p>
          <w:p>
            <w:pPr>
              <w:pStyle w:val="Code"/>
            </w:pPr>
            <w:r>
              <w:t xml:space="preserve">                    "sourceLocation": "LM01-T012-02", "destLuId": "", "destStoLoc": "",</w:t>
            </w:r>
          </w:p>
          <w:p>
            <w:pPr>
              <w:pStyle w:val="Code"/>
            </w:pPr>
            <w:r>
              <w:t xml:space="preserve">                    "user": "bediener1", "registrationTime": "20261015100400",</w:t>
            </w:r>
          </w:p>
          <w:p>
            <w:pPr>
              <w:pStyle w:val="Code"/>
            </w:pPr>
            <w:r>
              <w:t xml:space="preserve">                    "pickedAmount": 20.0, "reservedAmount": 20.0,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"Ausl000001", "systemPartner": "HOST",</w:t>
            </w:r>
          </w:p>
          <w:p>
            <w:pPr>
              <w:pStyle w:val="Code"/>
            </w:pPr>
            <w:r>
              <w:t xml:space="preserve">                    "sysPartnerLine": 2, "demandLineNo": 2, "extRefKey": "WAGE",</w:t>
            </w:r>
          </w:p>
          <w:p>
            <w:pPr>
              <w:pStyle w:val="Code"/>
            </w:pPr>
            <w:r>
              <w:t xml:space="preserve">                    "extRefVal1": "KW-1001", "extRefVal2": "A2"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"Ausl000001", "sysPartnerLine": 3, "demandLineNo": 3,</w:t>
            </w:r>
          </w:p>
          <w:p>
            <w:pPr>
              <w:pStyle w:val="Code"/>
            </w:pPr>
            <w:r>
              <w:t xml:space="preserve">                "clientId": "DEFAULT", "itemNo": "KT5", "variant": "00000", "batch": "",</w:t>
            </w:r>
          </w:p>
          <w:p>
            <w:pPr>
              <w:pStyle w:val="Code"/>
            </w:pPr>
            <w:r>
              <w:t xml:space="preserve">                "bbDate": "", "prodDate": "", "diffReason": "", "orderedAmount": 15.0,</w:t>
            </w:r>
          </w:p>
          <w:p>
            <w:pPr>
              <w:pStyle w:val="Code"/>
            </w:pPr>
            <w:r>
              <w:t xml:space="preserve">                "releasedAmount": 15.0, "deliveredAmount": 15.0,</w:t>
            </w:r>
          </w:p>
          <w:p>
            <w:pPr>
              <w:pStyle w:val="Code"/>
            </w:pPr>
            <w:r>
              <w:t xml:space="preserve">                "WLSPDLACTIVITYACK001": [</w:t>
            </w:r>
          </w:p>
          <w:p>
            <w:pPr>
              <w:pStyle w:val="Code"/>
            </w:pPr>
            <w:r>
              <w:t xml:space="preserve">                  {</w:t>
            </w:r>
          </w:p>
          <w:p>
            <w:pPr>
              <w:pStyle w:val="Code"/>
            </w:pPr>
            <w:r>
              <w:t xml:space="preserve">                    "logimatId": "LM01", "openingNo": 1, "sourceTrayId": "TRAY0012",</w:t>
            </w:r>
          </w:p>
          <w:p>
            <w:pPr>
              <w:pStyle w:val="Code"/>
            </w:pPr>
            <w:r>
              <w:t xml:space="preserve">                    "sourceTrayNo": 12, "sourceLuId": "LU000103",</w:t>
            </w:r>
          </w:p>
          <w:p>
            <w:pPr>
              <w:pStyle w:val="Code"/>
            </w:pPr>
            <w:r>
              <w:t xml:space="preserve">                    "sourceLocation": "LM01-T012-03", "destLuId": "", "destStoLoc": "",</w:t>
            </w:r>
          </w:p>
          <w:p>
            <w:pPr>
              <w:pStyle w:val="Code"/>
            </w:pPr>
            <w:r>
              <w:t xml:space="preserve">                    "user": "bediener1", "registrationTime": "20261015100600",</w:t>
            </w:r>
          </w:p>
          <w:p>
            <w:pPr>
              <w:pStyle w:val="Code"/>
            </w:pPr>
            <w:r>
              <w:t xml:space="preserve">                    "pickedAmount": 15.0, "reservedAmount": 15.0,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"Ausl000001", "systemPartner": "HOST",</w:t>
            </w:r>
          </w:p>
          <w:p>
            <w:pPr>
              <w:pStyle w:val="Code"/>
            </w:pPr>
            <w:r>
              <w:t xml:space="preserve">                    "sysPartnerLine": 3, "demandLineNo": 3, "extRefKey": "WAGE",</w:t>
            </w:r>
          </w:p>
          <w:p>
            <w:pPr>
              <w:pStyle w:val="Code"/>
            </w:pPr>
            <w:r>
              <w:t xml:space="preserve">                    "extRefVal1": "KW-1001", "extRefVal2": "A3"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"WLSPDEXTREFACK001": [</w:t>
            </w:r>
          </w:p>
          <w:p>
            <w:pPr>
              <w:pStyle w:val="Code"/>
            </w:pPr>
            <w:r>
              <w:t xml:space="preserve">              {</w:t>
            </w:r>
          </w:p>
          <w:p>
            <w:pPr>
              <w:pStyle w:val="Code"/>
            </w:pPr>
            <w:r>
              <w:t xml:space="preserve">                "clientId": "DEFAULT", "demandNo": "Ausl000001", "systemPartner": "HOST",</w:t>
            </w:r>
          </w:p>
          <w:p>
            <w:pPr>
              <w:pStyle w:val="Code"/>
            </w:pPr>
            <w:r>
              <w:t xml:space="preserve">                "extRefKey": "WAGE", "extRefVal1": "KW-1001",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6: Beispiel: Rückmeldung WAMAS an BC (WLSPDACK003) (Annahme, zu prüfen)</w:t>
      </w:r>
    </w:p>
    <w:p>
      <w:r>
        <w:t xml:space="preserve">Dateien: </w:t>
      </w:r>
      <w:r>
        <w:rPr>
          <w:rFonts w:ascii="Consolas" w:hAnsi="Consolas" w:cs="Consolas" w:eastAsia="Consolas"/>
          <w:sz w:val="18"/>
        </w:rPr>
        <w:t>telegramme/WLSPD_Ausl000001_KW-1001.json</w:t>
      </w:r>
      <w:r>
        <w:t xml:space="preserve">, </w:t>
      </w:r>
      <w:r>
        <w:rPr>
          <w:rFonts w:ascii="Consolas" w:hAnsi="Consolas" w:cs="Consolas" w:eastAsia="Consolas"/>
          <w:sz w:val="18"/>
        </w:rPr>
        <w:t>telegramme/WLSPDACK_Ausl000001_KW-1001_Beispiel.json</w:t>
      </w:r>
    </w:p>
    <w:p>
      <w:pPr>
        <w:pStyle w:val="Heading2"/>
      </w:pPr>
      <w:r>
        <w:t>12.2 Beispiel Ausl000002: Charge und MHD (FEFO, Chargen- und MHD-Vorgabe)</w:t>
      </w:r>
    </w:p>
    <w:p>
      <w:r>
        <w:t>JB-3030 ohne Vorgabe: WAMAS nimmt zuerst das kürzeste MHD (FEFO) und braucht zwei Behälter mit zwei Chargen. JB-2015 einmal mit vorgegebener Charge, einmal mit Mindest-MHD. CT8 ohne Charge.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077"/>
        <w:gridCol w:w="6448"/>
      </w:tblGrid>
      <w:tr>
        <w:trPr>
          <w:tblHeader w:val="true"/>
        </w:trPr>
        <w:tc>
          <w:tcPr>
            <w:tcW w:type="dxa" w:w="3077"/>
            <w:shd w:val="clear" w:color="auto" w:fill="FEEE19"/>
          </w:tcPr>
          <w:p>
            <w:pPr>
              <w:spacing w:after="0"/>
            </w:pPr>
            <w:r>
              <w:rPr>
                <w:b/>
                <w:sz w:val="17"/>
              </w:rPr>
              <w:t>Kopf</w:t>
            </w:r>
          </w:p>
        </w:tc>
        <w:tc>
          <w:tcPr>
            <w:tcW w:type="dxa" w:w="6447"/>
            <w:shd w:val="clear" w:color="auto" w:fill="FEEE19"/>
          </w:tcPr>
          <w:p>
            <w:pPr>
              <w:spacing w:after="0"/>
            </w:pPr>
            <w:r>
              <w:rPr>
                <w:b/>
                <w:sz w:val="17"/>
              </w:rPr>
              <w:t>Wert</w:t>
            </w:r>
          </w:p>
        </w:tc>
      </w:tr>
      <w:tr>
        <w:tc>
          <w:tcPr>
            <w:tcW w:type="dxa" w:w="3077"/>
          </w:tcPr>
          <w:p>
            <w:pPr>
              <w:spacing w:after="0" w:line="252" w:lineRule="auto"/>
            </w:pPr>
            <w:r>
              <w:rPr>
                <w:sz w:val="17"/>
              </w:rPr>
              <w:t>demandNo</w:t>
            </w:r>
          </w:p>
        </w:tc>
        <w:tc>
          <w:tcPr>
            <w:tcW w:type="dxa" w:w="6447"/>
          </w:tcPr>
          <w:p>
            <w:pPr>
              <w:spacing w:after="0" w:line="252" w:lineRule="auto"/>
            </w:pPr>
            <w:r>
              <w:rPr>
                <w:rFonts w:ascii="Consolas" w:hAnsi="Consolas" w:cs="Consolas" w:eastAsia="Consolas"/>
                <w:sz w:val="15"/>
              </w:rPr>
              <w:t>Ausl000002</w:t>
            </w:r>
          </w:p>
        </w:tc>
      </w:tr>
      <w:tr>
        <w:tc>
          <w:tcPr>
            <w:tcW w:type="dxa" w:w="3077"/>
          </w:tcPr>
          <w:p>
            <w:pPr>
              <w:spacing w:after="0" w:line="252" w:lineRule="auto"/>
            </w:pPr>
            <w:r>
              <w:rPr>
                <w:sz w:val="17"/>
              </w:rPr>
              <w:t>noteNo (Lieferschein)</w:t>
            </w:r>
          </w:p>
        </w:tc>
        <w:tc>
          <w:tcPr>
            <w:tcW w:type="dxa" w:w="6447"/>
          </w:tcPr>
          <w:p>
            <w:pPr>
              <w:spacing w:after="0" w:line="252" w:lineRule="auto"/>
            </w:pPr>
            <w:r>
              <w:rPr>
                <w:rFonts w:ascii="Consolas" w:hAnsi="Consolas" w:cs="Consolas" w:eastAsia="Consolas"/>
                <w:sz w:val="15"/>
              </w:rPr>
              <w:t>WA-AKU-2002</w:t>
            </w:r>
          </w:p>
        </w:tc>
      </w:tr>
      <w:tr>
        <w:tc>
          <w:tcPr>
            <w:tcW w:type="dxa" w:w="3077"/>
          </w:tcPr>
          <w:p>
            <w:pPr>
              <w:spacing w:after="0" w:line="252" w:lineRule="auto"/>
            </w:pPr>
            <w:r>
              <w:rPr>
                <w:sz w:val="17"/>
              </w:rPr>
              <w:t>Wagen (WAGE)</w:t>
            </w:r>
          </w:p>
        </w:tc>
        <w:tc>
          <w:tcPr>
            <w:tcW w:type="dxa" w:w="6447"/>
          </w:tcPr>
          <w:p>
            <w:pPr>
              <w:spacing w:after="0" w:line="252" w:lineRule="auto"/>
            </w:pPr>
            <w:r>
              <w:rPr>
                <w:rFonts w:ascii="Consolas" w:hAnsi="Consolas" w:cs="Consolas" w:eastAsia="Consolas"/>
                <w:sz w:val="15"/>
              </w:rPr>
              <w:t>KW-1002</w:t>
            </w:r>
          </w:p>
        </w:tc>
      </w:tr>
      <w:tr>
        <w:tc>
          <w:tcPr>
            <w:tcW w:type="dxa" w:w="3077"/>
          </w:tcPr>
          <w:p>
            <w:pPr>
              <w:spacing w:after="0" w:line="252" w:lineRule="auto"/>
            </w:pPr>
            <w:r>
              <w:rPr>
                <w:sz w:val="17"/>
              </w:rPr>
              <w:t>priority</w:t>
            </w:r>
          </w:p>
        </w:tc>
        <w:tc>
          <w:tcPr>
            <w:tcW w:type="dxa" w:w="6447"/>
          </w:tcPr>
          <w:p>
            <w:pPr>
              <w:spacing w:after="0" w:line="252" w:lineRule="auto"/>
            </w:pPr>
            <w:r>
              <w:rPr>
                <w:sz w:val="17"/>
              </w:rPr>
              <w:t>5</w:t>
            </w:r>
          </w:p>
        </w:tc>
      </w:tr>
      <w:tr>
        <w:tc>
          <w:tcPr>
            <w:tcW w:type="dxa" w:w="3077"/>
          </w:tcPr>
          <w:p>
            <w:pPr>
              <w:spacing w:after="0" w:line="252" w:lineRule="auto"/>
            </w:pPr>
            <w:r>
              <w:rPr>
                <w:sz w:val="17"/>
              </w:rPr>
              <w:t>deliveryTime</w:t>
            </w:r>
          </w:p>
        </w:tc>
        <w:tc>
          <w:tcPr>
            <w:tcW w:type="dxa" w:w="6447"/>
          </w:tcPr>
          <w:p>
            <w:pPr>
              <w:spacing w:after="0" w:line="252" w:lineRule="auto"/>
            </w:pPr>
            <w:r>
              <w:rPr>
                <w:rFonts w:ascii="Consolas" w:hAnsi="Consolas" w:cs="Consolas" w:eastAsia="Consolas"/>
                <w:sz w:val="15"/>
              </w:rPr>
              <w:t>202610151300</w:t>
            </w:r>
            <w:r>
              <w:rPr>
                <w:sz w:val="17"/>
              </w:rPr>
              <w:t xml:space="preserve"> (15.10.2026 13:00)</w:t>
            </w:r>
          </w:p>
        </w:tc>
      </w:tr>
      <w:tr>
        <w:tc>
          <w:tcPr>
            <w:tcW w:type="dxa" w:w="3077"/>
          </w:tcPr>
          <w:p>
            <w:pPr>
              <w:spacing w:after="0" w:line="252" w:lineRule="auto"/>
            </w:pPr>
            <w:r>
              <w:rPr>
                <w:sz w:val="17"/>
              </w:rPr>
              <w:t>info / info2</w:t>
            </w:r>
          </w:p>
        </w:tc>
        <w:tc>
          <w:tcPr>
            <w:tcW w:type="dxa" w:w="6447"/>
          </w:tcPr>
          <w:p>
            <w:pPr>
              <w:spacing w:after="0" w:line="252" w:lineRule="auto"/>
            </w:pPr>
            <w:r>
              <w:rPr>
                <w:sz w:val="17"/>
              </w:rPr>
              <w:t>Wagen KW-1002 / Kunde verlangt Charge S2409D</w:t>
            </w:r>
          </w:p>
        </w:tc>
      </w:tr>
    </w:tbl>
    <w:p>
      <w:pPr>
        <w:pStyle w:val="BeschriftungSSI"/>
      </w:pPr>
      <w:r>
        <w:t>Tab. 19: Beispiel Ausl000002: Charge und MHD (FEFO, Chargen- und MHD-Vorgabe)</w:t>
      </w:r>
    </w:p>
    <w:p>
      <w:pPr>
        <w:pStyle w:val="Heading3"/>
      </w:pPr>
      <w:r>
        <w:t>12.2.1 Bestand im Lift vorher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90"/>
        <w:gridCol w:w="1081"/>
        <w:gridCol w:w="754"/>
        <w:gridCol w:w="863"/>
        <w:gridCol w:w="863"/>
        <w:gridCol w:w="972"/>
        <w:gridCol w:w="1249"/>
        <w:gridCol w:w="1299"/>
        <w:gridCol w:w="1249"/>
      </w:tblGrid>
      <w:tr>
        <w:trPr>
          <w:tblHeader w:val="true"/>
        </w:trPr>
        <w:tc>
          <w:tcPr>
            <w:tcW w:type="dxa" w:w="1191"/>
            <w:shd w:val="clear" w:color="auto" w:fill="FEEE19"/>
          </w:tcPr>
          <w:p>
            <w:pPr>
              <w:spacing w:after="0"/>
            </w:pPr>
            <w:r>
              <w:rPr>
                <w:b/>
                <w:sz w:val="17"/>
              </w:rPr>
              <w:t>Behälter</w:t>
            </w:r>
          </w:p>
        </w:tc>
        <w:tc>
          <w:tcPr>
            <w:tcW w:type="dxa" w:w="1082"/>
            <w:shd w:val="clear" w:color="auto" w:fill="FEEE19"/>
          </w:tcPr>
          <w:p>
            <w:pPr>
              <w:spacing w:after="0"/>
            </w:pPr>
            <w:r>
              <w:rPr>
                <w:b/>
                <w:sz w:val="17"/>
              </w:rPr>
              <w:t>Artikel</w:t>
            </w:r>
          </w:p>
        </w:tc>
        <w:tc>
          <w:tcPr>
            <w:tcW w:type="dxa" w:w="755"/>
            <w:shd w:val="clear" w:color="auto" w:fill="FEEE19"/>
          </w:tcPr>
          <w:p>
            <w:pPr>
              <w:spacing w:after="0"/>
            </w:pPr>
            <w:r>
              <w:rPr>
                <w:b/>
                <w:sz w:val="17"/>
              </w:rPr>
              <w:t>Tray</w:t>
            </w:r>
          </w:p>
        </w:tc>
        <w:tc>
          <w:tcPr>
            <w:tcW w:type="dxa" w:w="864"/>
            <w:shd w:val="clear" w:color="auto" w:fill="FEEE19"/>
          </w:tcPr>
          <w:p>
            <w:pPr>
              <w:spacing w:after="0"/>
            </w:pPr>
            <w:r>
              <w:rPr>
                <w:b/>
                <w:sz w:val="17"/>
              </w:rPr>
              <w:t>Platz</w:t>
            </w:r>
          </w:p>
        </w:tc>
        <w:tc>
          <w:tcPr>
            <w:tcW w:type="dxa" w:w="864"/>
            <w:shd w:val="clear" w:color="auto" w:fill="FEEE19"/>
          </w:tcPr>
          <w:p>
            <w:pPr>
              <w:spacing w:after="0"/>
            </w:pPr>
            <w:r>
              <w:rPr>
                <w:b/>
                <w:sz w:val="17"/>
              </w:rPr>
              <w:t>Menge</w:t>
            </w:r>
          </w:p>
        </w:tc>
        <w:tc>
          <w:tcPr>
            <w:tcW w:type="dxa" w:w="973"/>
            <w:shd w:val="clear" w:color="auto" w:fill="FEEE19"/>
          </w:tcPr>
          <w:p>
            <w:pPr>
              <w:spacing w:after="0"/>
            </w:pPr>
            <w:r>
              <w:rPr>
                <w:b/>
                <w:sz w:val="17"/>
              </w:rPr>
              <w:t>Charge</w:t>
            </w:r>
          </w:p>
        </w:tc>
        <w:tc>
          <w:tcPr>
            <w:tcW w:type="dxa" w:w="1249"/>
            <w:shd w:val="clear" w:color="auto" w:fill="FEEE19"/>
          </w:tcPr>
          <w:p>
            <w:pPr>
              <w:spacing w:after="0"/>
            </w:pPr>
            <w:r>
              <w:rPr>
                <w:b/>
                <w:sz w:val="17"/>
              </w:rPr>
              <w:t>MHD</w:t>
            </w:r>
          </w:p>
        </w:tc>
        <w:tc>
          <w:tcPr>
            <w:tcW w:type="dxa" w:w="1300"/>
            <w:shd w:val="clear" w:color="auto" w:fill="FEEE19"/>
          </w:tcPr>
          <w:p>
            <w:pPr>
              <w:spacing w:after="0"/>
            </w:pPr>
            <w:r>
              <w:rPr>
                <w:b/>
                <w:sz w:val="17"/>
              </w:rPr>
              <w:t>Seriennr.</w:t>
            </w:r>
          </w:p>
        </w:tc>
        <w:tc>
          <w:tcPr>
            <w:tcW w:type="dxa" w:w="1249"/>
            <w:shd w:val="clear" w:color="auto" w:fill="FEEE19"/>
          </w:tcPr>
          <w:p>
            <w:pPr>
              <w:spacing w:after="0"/>
            </w:pPr>
            <w:r>
              <w:rPr>
                <w:b/>
                <w:sz w:val="17"/>
              </w:rPr>
              <w:t>Herkunft</w:t>
            </w:r>
          </w:p>
        </w:tc>
      </w:tr>
      <w:tr>
        <w:tc>
          <w:tcPr>
            <w:tcW w:type="dxa" w:w="1191"/>
          </w:tcPr>
          <w:p>
            <w:pPr>
              <w:spacing w:after="0" w:line="252" w:lineRule="auto"/>
            </w:pPr>
            <w:r>
              <w:rPr>
                <w:rFonts w:ascii="Consolas" w:hAnsi="Consolas" w:cs="Consolas" w:eastAsia="Consolas"/>
                <w:sz w:val="15"/>
              </w:rPr>
              <w:t>LU000201</w:t>
            </w:r>
          </w:p>
        </w:tc>
        <w:tc>
          <w:tcPr>
            <w:tcW w:type="dxa" w:w="1082"/>
          </w:tcPr>
          <w:p>
            <w:pPr>
              <w:spacing w:after="0" w:line="252" w:lineRule="auto"/>
            </w:pPr>
            <w:r>
              <w:rPr>
                <w:sz w:val="17"/>
              </w:rPr>
              <w:t>JB-3030</w:t>
            </w:r>
          </w:p>
        </w:tc>
        <w:tc>
          <w:tcPr>
            <w:tcW w:type="dxa" w:w="755"/>
          </w:tcPr>
          <w:p>
            <w:pPr>
              <w:spacing w:after="0" w:line="252" w:lineRule="auto"/>
            </w:pPr>
            <w:r>
              <w:rPr>
                <w:sz w:val="17"/>
              </w:rPr>
              <w:t>15</w:t>
            </w:r>
          </w:p>
        </w:tc>
        <w:tc>
          <w:tcPr>
            <w:tcW w:type="dxa" w:w="864"/>
          </w:tcPr>
          <w:p>
            <w:pPr>
              <w:spacing w:after="0" w:line="252" w:lineRule="auto"/>
            </w:pPr>
            <w:r>
              <w:rPr>
                <w:rFonts w:ascii="Consolas" w:hAnsi="Consolas" w:cs="Consolas" w:eastAsia="Consolas"/>
                <w:sz w:val="15"/>
              </w:rPr>
              <w:t>LM01-T015-01</w:t>
            </w:r>
          </w:p>
        </w:tc>
        <w:tc>
          <w:tcPr>
            <w:tcW w:type="dxa" w:w="864"/>
          </w:tcPr>
          <w:p>
            <w:pPr>
              <w:spacing w:after="0" w:line="252" w:lineRule="auto"/>
            </w:pPr>
            <w:r>
              <w:rPr>
                <w:sz w:val="17"/>
              </w:rPr>
              <w:t>126</w:t>
            </w:r>
          </w:p>
        </w:tc>
        <w:tc>
          <w:tcPr>
            <w:tcW w:type="dxa" w:w="973"/>
          </w:tcPr>
          <w:p>
            <w:pPr>
              <w:spacing w:after="0" w:line="252" w:lineRule="auto"/>
            </w:pPr>
            <w:r>
              <w:rPr>
                <w:sz w:val="17"/>
              </w:rPr>
              <w:t>S2403A</w:t>
            </w:r>
          </w:p>
        </w:tc>
        <w:tc>
          <w:tcPr>
            <w:tcW w:type="dxa" w:w="1249"/>
          </w:tcPr>
          <w:p>
            <w:pPr>
              <w:spacing w:after="0" w:line="252" w:lineRule="auto"/>
            </w:pPr>
            <w:r>
              <w:rPr>
                <w:sz w:val="17"/>
              </w:rPr>
              <w:t>31.03.2028</w:t>
            </w:r>
          </w:p>
        </w:tc>
        <w:tc>
          <w:tcPr>
            <w:tcW w:type="dxa" w:w="1300"/>
          </w:tcPr>
          <w:p>
            <w:pPr>
              <w:spacing w:after="0" w:line="252" w:lineRule="auto"/>
            </w:pPr>
            <w:r>
              <w:rPr>
                <w:sz w:val="17"/>
              </w:rPr>
              <w:t>-</w:t>
            </w:r>
          </w:p>
        </w:tc>
        <w:tc>
          <w:tcPr>
            <w:tcW w:type="dxa" w:w="1249"/>
          </w:tcPr>
          <w:p>
            <w:pPr>
              <w:spacing w:after="0" w:line="252" w:lineRule="auto"/>
            </w:pPr>
            <w:r>
              <w:rPr>
                <w:sz w:val="17"/>
              </w:rPr>
              <w:t>Einl000032 A1 (Charge/MHD Beispiel)</w:t>
            </w:r>
          </w:p>
        </w:tc>
      </w:tr>
      <w:tr>
        <w:tc>
          <w:tcPr>
            <w:tcW w:type="dxa" w:w="1191"/>
          </w:tcPr>
          <w:p>
            <w:pPr>
              <w:spacing w:after="0" w:line="252" w:lineRule="auto"/>
            </w:pPr>
            <w:r>
              <w:rPr>
                <w:rFonts w:ascii="Consolas" w:hAnsi="Consolas" w:cs="Consolas" w:eastAsia="Consolas"/>
                <w:sz w:val="15"/>
              </w:rPr>
              <w:t>LU000202</w:t>
            </w:r>
          </w:p>
        </w:tc>
        <w:tc>
          <w:tcPr>
            <w:tcW w:type="dxa" w:w="1082"/>
          </w:tcPr>
          <w:p>
            <w:pPr>
              <w:spacing w:after="0" w:line="252" w:lineRule="auto"/>
            </w:pPr>
            <w:r>
              <w:rPr>
                <w:sz w:val="17"/>
              </w:rPr>
              <w:t>JB-3030</w:t>
            </w:r>
          </w:p>
        </w:tc>
        <w:tc>
          <w:tcPr>
            <w:tcW w:type="dxa" w:w="755"/>
          </w:tcPr>
          <w:p>
            <w:pPr>
              <w:spacing w:after="0" w:line="252" w:lineRule="auto"/>
            </w:pPr>
            <w:r>
              <w:rPr>
                <w:sz w:val="17"/>
              </w:rPr>
              <w:t>15</w:t>
            </w:r>
          </w:p>
        </w:tc>
        <w:tc>
          <w:tcPr>
            <w:tcW w:type="dxa" w:w="864"/>
          </w:tcPr>
          <w:p>
            <w:pPr>
              <w:spacing w:after="0" w:line="252" w:lineRule="auto"/>
            </w:pPr>
            <w:r>
              <w:rPr>
                <w:rFonts w:ascii="Consolas" w:hAnsi="Consolas" w:cs="Consolas" w:eastAsia="Consolas"/>
                <w:sz w:val="15"/>
              </w:rPr>
              <w:t>LM01-T015-02</w:t>
            </w:r>
          </w:p>
        </w:tc>
        <w:tc>
          <w:tcPr>
            <w:tcW w:type="dxa" w:w="864"/>
          </w:tcPr>
          <w:p>
            <w:pPr>
              <w:spacing w:after="0" w:line="252" w:lineRule="auto"/>
            </w:pPr>
            <w:r>
              <w:rPr>
                <w:sz w:val="17"/>
              </w:rPr>
              <w:t>90</w:t>
            </w:r>
          </w:p>
        </w:tc>
        <w:tc>
          <w:tcPr>
            <w:tcW w:type="dxa" w:w="973"/>
          </w:tcPr>
          <w:p>
            <w:pPr>
              <w:spacing w:after="0" w:line="252" w:lineRule="auto"/>
            </w:pPr>
            <w:r>
              <w:rPr>
                <w:sz w:val="17"/>
              </w:rPr>
              <w:t>S2410B</w:t>
            </w:r>
          </w:p>
        </w:tc>
        <w:tc>
          <w:tcPr>
            <w:tcW w:type="dxa" w:w="1249"/>
          </w:tcPr>
          <w:p>
            <w:pPr>
              <w:spacing w:after="0" w:line="252" w:lineRule="auto"/>
            </w:pPr>
            <w:r>
              <w:rPr>
                <w:sz w:val="17"/>
              </w:rPr>
              <w:t>30.09.2029</w:t>
            </w:r>
          </w:p>
        </w:tc>
        <w:tc>
          <w:tcPr>
            <w:tcW w:type="dxa" w:w="1300"/>
          </w:tcPr>
          <w:p>
            <w:pPr>
              <w:spacing w:after="0" w:line="252" w:lineRule="auto"/>
            </w:pPr>
            <w:r>
              <w:rPr>
                <w:sz w:val="17"/>
              </w:rPr>
              <w:t>-</w:t>
            </w:r>
          </w:p>
        </w:tc>
        <w:tc>
          <w:tcPr>
            <w:tcW w:type="dxa" w:w="1249"/>
          </w:tcPr>
          <w:p>
            <w:pPr>
              <w:spacing w:after="0" w:line="252" w:lineRule="auto"/>
            </w:pPr>
            <w:r>
              <w:rPr>
                <w:sz w:val="17"/>
              </w:rPr>
              <w:t>Einl000032 A2 (Charge/MHD Beispiel)</w:t>
            </w:r>
          </w:p>
        </w:tc>
      </w:tr>
      <w:tr>
        <w:tc>
          <w:tcPr>
            <w:tcW w:type="dxa" w:w="1191"/>
          </w:tcPr>
          <w:p>
            <w:pPr>
              <w:spacing w:after="0" w:line="252" w:lineRule="auto"/>
            </w:pPr>
            <w:r>
              <w:rPr>
                <w:rFonts w:ascii="Consolas" w:hAnsi="Consolas" w:cs="Consolas" w:eastAsia="Consolas"/>
                <w:sz w:val="15"/>
              </w:rPr>
              <w:t>LU000203</w:t>
            </w:r>
          </w:p>
        </w:tc>
        <w:tc>
          <w:tcPr>
            <w:tcW w:type="dxa" w:w="1082"/>
          </w:tcPr>
          <w:p>
            <w:pPr>
              <w:spacing w:after="0" w:line="252" w:lineRule="auto"/>
            </w:pPr>
            <w:r>
              <w:rPr>
                <w:sz w:val="17"/>
              </w:rPr>
              <w:t>JB-2015</w:t>
            </w:r>
          </w:p>
        </w:tc>
        <w:tc>
          <w:tcPr>
            <w:tcW w:type="dxa" w:w="755"/>
          </w:tcPr>
          <w:p>
            <w:pPr>
              <w:spacing w:after="0" w:line="252" w:lineRule="auto"/>
            </w:pPr>
            <w:r>
              <w:rPr>
                <w:sz w:val="17"/>
              </w:rPr>
              <w:t>16</w:t>
            </w:r>
          </w:p>
        </w:tc>
        <w:tc>
          <w:tcPr>
            <w:tcW w:type="dxa" w:w="864"/>
          </w:tcPr>
          <w:p>
            <w:pPr>
              <w:spacing w:after="0" w:line="252" w:lineRule="auto"/>
            </w:pPr>
            <w:r>
              <w:rPr>
                <w:rFonts w:ascii="Consolas" w:hAnsi="Consolas" w:cs="Consolas" w:eastAsia="Consolas"/>
                <w:sz w:val="15"/>
              </w:rPr>
              <w:t>LM01-T016-01</w:t>
            </w:r>
          </w:p>
        </w:tc>
        <w:tc>
          <w:tcPr>
            <w:tcW w:type="dxa" w:w="864"/>
          </w:tcPr>
          <w:p>
            <w:pPr>
              <w:spacing w:after="0" w:line="252" w:lineRule="auto"/>
            </w:pPr>
            <w:r>
              <w:rPr>
                <w:sz w:val="17"/>
              </w:rPr>
              <w:t>50</w:t>
            </w:r>
          </w:p>
        </w:tc>
        <w:tc>
          <w:tcPr>
            <w:tcW w:type="dxa" w:w="973"/>
          </w:tcPr>
          <w:p>
            <w:pPr>
              <w:spacing w:after="0" w:line="252" w:lineRule="auto"/>
            </w:pPr>
            <w:r>
              <w:rPr>
                <w:sz w:val="17"/>
              </w:rPr>
              <w:t>S2405C</w:t>
            </w:r>
          </w:p>
        </w:tc>
        <w:tc>
          <w:tcPr>
            <w:tcW w:type="dxa" w:w="1249"/>
          </w:tcPr>
          <w:p>
            <w:pPr>
              <w:spacing w:after="0" w:line="252" w:lineRule="auto"/>
            </w:pPr>
            <w:r>
              <w:rPr>
                <w:sz w:val="17"/>
              </w:rPr>
              <w:t>30.11.2028</w:t>
            </w:r>
          </w:p>
        </w:tc>
        <w:tc>
          <w:tcPr>
            <w:tcW w:type="dxa" w:w="1300"/>
          </w:tcPr>
          <w:p>
            <w:pPr>
              <w:spacing w:after="0" w:line="252" w:lineRule="auto"/>
            </w:pPr>
            <w:r>
              <w:rPr>
                <w:sz w:val="17"/>
              </w:rPr>
              <w:t>-</w:t>
            </w:r>
          </w:p>
        </w:tc>
        <w:tc>
          <w:tcPr>
            <w:tcW w:type="dxa" w:w="1249"/>
          </w:tcPr>
          <w:p>
            <w:pPr>
              <w:spacing w:after="0" w:line="252" w:lineRule="auto"/>
            </w:pPr>
            <w:r>
              <w:rPr>
                <w:sz w:val="17"/>
              </w:rPr>
              <w:t>Altbestand (Beispiel)</w:t>
            </w:r>
          </w:p>
        </w:tc>
      </w:tr>
      <w:tr>
        <w:tc>
          <w:tcPr>
            <w:tcW w:type="dxa" w:w="1191"/>
          </w:tcPr>
          <w:p>
            <w:pPr>
              <w:spacing w:after="0" w:line="252" w:lineRule="auto"/>
            </w:pPr>
            <w:r>
              <w:rPr>
                <w:rFonts w:ascii="Consolas" w:hAnsi="Consolas" w:cs="Consolas" w:eastAsia="Consolas"/>
                <w:sz w:val="15"/>
              </w:rPr>
              <w:t>LU000204</w:t>
            </w:r>
          </w:p>
        </w:tc>
        <w:tc>
          <w:tcPr>
            <w:tcW w:type="dxa" w:w="1082"/>
          </w:tcPr>
          <w:p>
            <w:pPr>
              <w:spacing w:after="0" w:line="252" w:lineRule="auto"/>
            </w:pPr>
            <w:r>
              <w:rPr>
                <w:sz w:val="17"/>
              </w:rPr>
              <w:t>JB-2015</w:t>
            </w:r>
          </w:p>
        </w:tc>
        <w:tc>
          <w:tcPr>
            <w:tcW w:type="dxa" w:w="755"/>
          </w:tcPr>
          <w:p>
            <w:pPr>
              <w:spacing w:after="0" w:line="252" w:lineRule="auto"/>
            </w:pPr>
            <w:r>
              <w:rPr>
                <w:sz w:val="17"/>
              </w:rPr>
              <w:t>16</w:t>
            </w:r>
          </w:p>
        </w:tc>
        <w:tc>
          <w:tcPr>
            <w:tcW w:type="dxa" w:w="864"/>
          </w:tcPr>
          <w:p>
            <w:pPr>
              <w:spacing w:after="0" w:line="252" w:lineRule="auto"/>
            </w:pPr>
            <w:r>
              <w:rPr>
                <w:rFonts w:ascii="Consolas" w:hAnsi="Consolas" w:cs="Consolas" w:eastAsia="Consolas"/>
                <w:sz w:val="15"/>
              </w:rPr>
              <w:t>LM01-T016-02</w:t>
            </w:r>
          </w:p>
        </w:tc>
        <w:tc>
          <w:tcPr>
            <w:tcW w:type="dxa" w:w="864"/>
          </w:tcPr>
          <w:p>
            <w:pPr>
              <w:spacing w:after="0" w:line="252" w:lineRule="auto"/>
            </w:pPr>
            <w:r>
              <w:rPr>
                <w:sz w:val="17"/>
              </w:rPr>
              <w:t>90</w:t>
            </w:r>
          </w:p>
        </w:tc>
        <w:tc>
          <w:tcPr>
            <w:tcW w:type="dxa" w:w="973"/>
          </w:tcPr>
          <w:p>
            <w:pPr>
              <w:spacing w:after="0" w:line="252" w:lineRule="auto"/>
            </w:pPr>
            <w:r>
              <w:rPr>
                <w:sz w:val="17"/>
              </w:rPr>
              <w:t>S2409D</w:t>
            </w:r>
          </w:p>
        </w:tc>
        <w:tc>
          <w:tcPr>
            <w:tcW w:type="dxa" w:w="1249"/>
          </w:tcPr>
          <w:p>
            <w:pPr>
              <w:spacing w:after="0" w:line="252" w:lineRule="auto"/>
            </w:pPr>
            <w:r>
              <w:rPr>
                <w:sz w:val="17"/>
              </w:rPr>
              <w:t>31.05.2029</w:t>
            </w:r>
          </w:p>
        </w:tc>
        <w:tc>
          <w:tcPr>
            <w:tcW w:type="dxa" w:w="1300"/>
          </w:tcPr>
          <w:p>
            <w:pPr>
              <w:spacing w:after="0" w:line="252" w:lineRule="auto"/>
            </w:pPr>
            <w:r>
              <w:rPr>
                <w:sz w:val="17"/>
              </w:rPr>
              <w:t>-</w:t>
            </w:r>
          </w:p>
        </w:tc>
        <w:tc>
          <w:tcPr>
            <w:tcW w:type="dxa" w:w="1249"/>
          </w:tcPr>
          <w:p>
            <w:pPr>
              <w:spacing w:after="0" w:line="252" w:lineRule="auto"/>
            </w:pPr>
            <w:r>
              <w:rPr>
                <w:sz w:val="17"/>
              </w:rPr>
              <w:t>Einl000032 A3 (Charge/MHD Beispiel)</w:t>
            </w:r>
          </w:p>
        </w:tc>
      </w:tr>
      <w:tr>
        <w:tc>
          <w:tcPr>
            <w:tcW w:type="dxa" w:w="1191"/>
          </w:tcPr>
          <w:p>
            <w:pPr>
              <w:spacing w:after="0" w:line="252" w:lineRule="auto"/>
            </w:pPr>
            <w:r>
              <w:rPr>
                <w:rFonts w:ascii="Consolas" w:hAnsi="Consolas" w:cs="Consolas" w:eastAsia="Consolas"/>
                <w:sz w:val="15"/>
              </w:rPr>
              <w:t>LU000205</w:t>
            </w:r>
          </w:p>
        </w:tc>
        <w:tc>
          <w:tcPr>
            <w:tcW w:type="dxa" w:w="1082"/>
          </w:tcPr>
          <w:p>
            <w:pPr>
              <w:spacing w:after="0" w:line="252" w:lineRule="auto"/>
            </w:pPr>
            <w:r>
              <w:rPr>
                <w:sz w:val="17"/>
              </w:rPr>
              <w:t>CT8</w:t>
            </w:r>
          </w:p>
        </w:tc>
        <w:tc>
          <w:tcPr>
            <w:tcW w:type="dxa" w:w="755"/>
          </w:tcPr>
          <w:p>
            <w:pPr>
              <w:spacing w:after="0" w:line="252" w:lineRule="auto"/>
            </w:pPr>
            <w:r>
              <w:rPr>
                <w:sz w:val="17"/>
              </w:rPr>
              <w:t>16</w:t>
            </w:r>
          </w:p>
        </w:tc>
        <w:tc>
          <w:tcPr>
            <w:tcW w:type="dxa" w:w="864"/>
          </w:tcPr>
          <w:p>
            <w:pPr>
              <w:spacing w:after="0" w:line="252" w:lineRule="auto"/>
            </w:pPr>
            <w:r>
              <w:rPr>
                <w:rFonts w:ascii="Consolas" w:hAnsi="Consolas" w:cs="Consolas" w:eastAsia="Consolas"/>
                <w:sz w:val="15"/>
              </w:rPr>
              <w:t>LM01-T016-03</w:t>
            </w:r>
          </w:p>
        </w:tc>
        <w:tc>
          <w:tcPr>
            <w:tcW w:type="dxa" w:w="864"/>
          </w:tcPr>
          <w:p>
            <w:pPr>
              <w:spacing w:after="0" w:line="252" w:lineRule="auto"/>
            </w:pPr>
            <w:r>
              <w:rPr>
                <w:sz w:val="17"/>
              </w:rPr>
              <w:t>40</w:t>
            </w:r>
          </w:p>
        </w:tc>
        <w:tc>
          <w:tcPr>
            <w:tcW w:type="dxa" w:w="973"/>
          </w:tcPr>
          <w:p>
            <w:pPr>
              <w:spacing w:after="0" w:line="252" w:lineRule="auto"/>
            </w:pPr>
            <w:r>
              <w:rPr>
                <w:sz w:val="17"/>
              </w:rPr>
              <w:t>-</w:t>
            </w:r>
          </w:p>
        </w:tc>
        <w:tc>
          <w:tcPr>
            <w:tcW w:type="dxa" w:w="1249"/>
          </w:tcPr>
          <w:p>
            <w:pPr>
              <w:spacing w:after="0" w:line="252" w:lineRule="auto"/>
            </w:pPr>
            <w:r>
              <w:rPr>
                <w:sz w:val="17"/>
              </w:rPr>
              <w:t>-</w:t>
            </w:r>
          </w:p>
        </w:tc>
        <w:tc>
          <w:tcPr>
            <w:tcW w:type="dxa" w:w="1300"/>
          </w:tcPr>
          <w:p>
            <w:pPr>
              <w:spacing w:after="0" w:line="252" w:lineRule="auto"/>
            </w:pPr>
            <w:r>
              <w:rPr>
                <w:sz w:val="17"/>
              </w:rPr>
              <w:t>-</w:t>
            </w:r>
          </w:p>
        </w:tc>
        <w:tc>
          <w:tcPr>
            <w:tcW w:type="dxa" w:w="1249"/>
          </w:tcPr>
          <w:p>
            <w:pPr>
              <w:spacing w:after="0" w:line="252" w:lineRule="auto"/>
            </w:pPr>
            <w:r>
              <w:rPr>
                <w:sz w:val="17"/>
              </w:rPr>
              <w:t>Einl000032 B1</w:t>
            </w:r>
          </w:p>
        </w:tc>
      </w:tr>
    </w:tbl>
    <w:p>
      <w:pPr>
        <w:pStyle w:val="BeschriftungSSI"/>
      </w:pPr>
      <w:r>
        <w:t>Tab. 20: Bestand im Lift vorher (Beispiel)</w:t>
      </w:r>
    </w:p>
    <w:p>
      <w:pPr>
        <w:pStyle w:val="Heading3"/>
      </w:pPr>
      <w:r>
        <w:t>12.2.2 Positionen, Zuteilung und Ergebnis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72"/>
        <w:gridCol w:w="1385"/>
        <w:gridCol w:w="921"/>
        <w:gridCol w:w="805"/>
        <w:gridCol w:w="1332"/>
        <w:gridCol w:w="1593"/>
        <w:gridCol w:w="1386"/>
        <w:gridCol w:w="1528"/>
      </w:tblGrid>
      <w:tr>
        <w:trPr>
          <w:tblHeader w:val="true"/>
        </w:trPr>
        <w:tc>
          <w:tcPr>
            <w:tcW w:type="dxa" w:w="573"/>
            <w:shd w:val="clear" w:color="auto" w:fill="FEEE19"/>
          </w:tcPr>
          <w:p>
            <w:pPr>
              <w:spacing w:after="0"/>
            </w:pPr>
            <w:r>
              <w:rPr>
                <w:b/>
                <w:sz w:val="17"/>
              </w:rPr>
              <w:t>Nr</w:t>
            </w:r>
          </w:p>
        </w:tc>
        <w:tc>
          <w:tcPr>
            <w:tcW w:type="dxa" w:w="1385"/>
            <w:shd w:val="clear" w:color="auto" w:fill="FEEE19"/>
          </w:tcPr>
          <w:p>
            <w:pPr>
              <w:spacing w:after="0"/>
            </w:pPr>
            <w:r>
              <w:rPr>
                <w:b/>
                <w:sz w:val="17"/>
              </w:rPr>
              <w:t>Artikel</w:t>
            </w:r>
          </w:p>
        </w:tc>
        <w:tc>
          <w:tcPr>
            <w:tcW w:type="dxa" w:w="921"/>
            <w:shd w:val="clear" w:color="auto" w:fill="FEEE19"/>
          </w:tcPr>
          <w:p>
            <w:pPr>
              <w:spacing w:after="0"/>
            </w:pPr>
            <w:r>
              <w:rPr>
                <w:b/>
                <w:sz w:val="17"/>
              </w:rPr>
              <w:t>Menge</w:t>
            </w:r>
          </w:p>
        </w:tc>
        <w:tc>
          <w:tcPr>
            <w:tcW w:type="dxa" w:w="805"/>
            <w:shd w:val="clear" w:color="auto" w:fill="FEEE19"/>
          </w:tcPr>
          <w:p>
            <w:pPr>
              <w:spacing w:after="0"/>
            </w:pPr>
            <w:r>
              <w:rPr>
                <w:b/>
                <w:sz w:val="17"/>
              </w:rPr>
              <w:t>Fach</w:t>
            </w:r>
          </w:p>
        </w:tc>
        <w:tc>
          <w:tcPr>
            <w:tcW w:type="dxa" w:w="1332"/>
            <w:shd w:val="clear" w:color="auto" w:fill="FEEE19"/>
          </w:tcPr>
          <w:p>
            <w:pPr>
              <w:spacing w:after="0"/>
            </w:pPr>
            <w:r>
              <w:rPr>
                <w:b/>
                <w:sz w:val="17"/>
              </w:rPr>
              <w:t>Vorgabe</w:t>
            </w:r>
          </w:p>
        </w:tc>
        <w:tc>
          <w:tcPr>
            <w:tcW w:type="dxa" w:w="1594"/>
            <w:shd w:val="clear" w:color="auto" w:fill="FEEE19"/>
          </w:tcPr>
          <w:p>
            <w:pPr>
              <w:spacing w:after="0"/>
            </w:pPr>
            <w:r>
              <w:rPr>
                <w:b/>
                <w:sz w:val="17"/>
              </w:rPr>
              <w:t>Entnahme (Behälter: Menge)</w:t>
            </w:r>
          </w:p>
        </w:tc>
        <w:tc>
          <w:tcPr>
            <w:tcW w:type="dxa" w:w="1386"/>
            <w:shd w:val="clear" w:color="auto" w:fill="FEEE19"/>
          </w:tcPr>
          <w:p>
            <w:pPr>
              <w:spacing w:after="0"/>
            </w:pPr>
            <w:r>
              <w:rPr>
                <w:b/>
                <w:sz w:val="17"/>
              </w:rPr>
              <w:t>Geliefert</w:t>
            </w:r>
          </w:p>
        </w:tc>
        <w:tc>
          <w:tcPr>
            <w:tcW w:type="dxa" w:w="1528"/>
            <w:shd w:val="clear" w:color="auto" w:fill="FEEE19"/>
          </w:tcPr>
          <w:p>
            <w:pPr>
              <w:spacing w:after="0"/>
            </w:pPr>
            <w:r>
              <w:rPr>
                <w:b/>
                <w:sz w:val="17"/>
              </w:rPr>
              <w:t>Hinweis</w:t>
            </w:r>
          </w:p>
        </w:tc>
      </w:tr>
      <w:tr>
        <w:tc>
          <w:tcPr>
            <w:tcW w:type="dxa" w:w="573"/>
          </w:tcPr>
          <w:p>
            <w:pPr>
              <w:spacing w:after="0" w:line="252" w:lineRule="auto"/>
            </w:pPr>
            <w:r>
              <w:rPr>
                <w:sz w:val="17"/>
              </w:rPr>
              <w:t>1</w:t>
            </w:r>
          </w:p>
        </w:tc>
        <w:tc>
          <w:tcPr>
            <w:tcW w:type="dxa" w:w="1385"/>
          </w:tcPr>
          <w:p>
            <w:pPr>
              <w:spacing w:after="0" w:line="252" w:lineRule="auto"/>
            </w:pPr>
            <w:r>
              <w:rPr>
                <w:b/>
                <w:sz w:val="17"/>
              </w:rPr>
              <w:t>JB-3030</w:t>
            </w:r>
          </w:p>
          <w:p>
            <w:pPr>
              <w:spacing w:after="0"/>
            </w:pPr>
            <w:r>
              <w:rPr>
                <w:sz w:val="17"/>
              </w:rPr>
              <w:t>Seirin B-Typ 0.30 x 30mm 100 Stück</w:t>
            </w:r>
          </w:p>
        </w:tc>
        <w:tc>
          <w:tcPr>
            <w:tcW w:type="dxa" w:w="921"/>
          </w:tcPr>
          <w:p>
            <w:pPr>
              <w:spacing w:after="0" w:line="252" w:lineRule="auto"/>
            </w:pPr>
            <w:r>
              <w:rPr>
                <w:sz w:val="17"/>
              </w:rPr>
              <w:t>150</w:t>
            </w:r>
          </w:p>
        </w:tc>
        <w:tc>
          <w:tcPr>
            <w:tcW w:type="dxa" w:w="805"/>
          </w:tcPr>
          <w:p>
            <w:pPr>
              <w:spacing w:after="0" w:line="252" w:lineRule="auto"/>
            </w:pPr>
            <w:r>
              <w:rPr>
                <w:b/>
                <w:sz w:val="17"/>
              </w:rPr>
              <w:t>A1</w:t>
            </w:r>
          </w:p>
        </w:tc>
        <w:tc>
          <w:tcPr>
            <w:tcW w:type="dxa" w:w="1332"/>
          </w:tcPr>
          <w:p>
            <w:pPr>
              <w:spacing w:after="0" w:line="252" w:lineRule="auto"/>
            </w:pPr>
            <w:r>
              <w:rPr>
                <w:sz w:val="17"/>
              </w:rPr>
              <w:t>keine</w:t>
            </w:r>
          </w:p>
        </w:tc>
        <w:tc>
          <w:tcPr>
            <w:tcW w:type="dxa" w:w="1594"/>
          </w:tcPr>
          <w:p>
            <w:pPr>
              <w:spacing w:after="0" w:line="252" w:lineRule="auto"/>
            </w:pPr>
            <w:r>
              <w:rPr>
                <w:rFonts w:ascii="Consolas" w:hAnsi="Consolas" w:cs="Consolas" w:eastAsia="Consolas"/>
                <w:sz w:val="15"/>
              </w:rPr>
              <w:t>LU000201</w:t>
            </w:r>
            <w:r>
              <w:rPr>
                <w:sz w:val="17"/>
              </w:rPr>
              <w:t xml:space="preserve"> Tray 15: </w:t>
            </w:r>
            <w:r>
              <w:rPr>
                <w:b/>
                <w:sz w:val="17"/>
              </w:rPr>
              <w:t>126</w:t>
            </w:r>
            <w:r>
              <w:rPr>
                <w:sz w:val="17"/>
              </w:rPr>
              <w:t xml:space="preserve"> (S2403A, 31.03.2028)</w:t>
            </w:r>
          </w:p>
          <w:p>
            <w:pPr>
              <w:spacing w:after="0"/>
            </w:pPr>
            <w:r>
              <w:rPr>
                <w:rFonts w:ascii="Consolas" w:hAnsi="Consolas" w:cs="Consolas" w:eastAsia="Consolas"/>
                <w:sz w:val="15"/>
              </w:rPr>
              <w:t>LU000202</w:t>
            </w:r>
            <w:r>
              <w:rPr>
                <w:sz w:val="17"/>
              </w:rPr>
              <w:t xml:space="preserve"> Tray 15: </w:t>
            </w:r>
            <w:r>
              <w:rPr>
                <w:b/>
                <w:sz w:val="17"/>
              </w:rPr>
              <w:t>24</w:t>
            </w:r>
            <w:r>
              <w:rPr>
                <w:sz w:val="17"/>
              </w:rPr>
              <w:t xml:space="preserve"> (S2410B, 30.09.2029)</w:t>
            </w:r>
          </w:p>
        </w:tc>
        <w:tc>
          <w:tcPr>
            <w:tcW w:type="dxa" w:w="1386"/>
          </w:tcPr>
          <w:p>
            <w:pPr>
              <w:spacing w:after="0" w:line="252" w:lineRule="auto"/>
            </w:pPr>
            <w:r>
              <w:rPr>
                <w:b/>
                <w:sz w:val="17"/>
              </w:rPr>
              <w:t>150</w:t>
            </w:r>
          </w:p>
        </w:tc>
        <w:tc>
          <w:tcPr>
            <w:tcW w:type="dxa" w:w="1528"/>
          </w:tcPr>
          <w:p>
            <w:pPr>
              <w:spacing w:after="0" w:line="252" w:lineRule="auto"/>
            </w:pPr>
            <w:r>
              <w:rPr>
                <w:sz w:val="17"/>
              </w:rPr>
              <w:t>FEFO: S2403A (MHD 31.03.2028) vor S2410B (MHD 30.09.2029)</w:t>
            </w:r>
          </w:p>
        </w:tc>
      </w:tr>
      <w:tr>
        <w:tc>
          <w:tcPr>
            <w:tcW w:type="dxa" w:w="573"/>
          </w:tcPr>
          <w:p>
            <w:pPr>
              <w:spacing w:after="0" w:line="252" w:lineRule="auto"/>
            </w:pPr>
            <w:r>
              <w:rPr>
                <w:sz w:val="17"/>
              </w:rPr>
              <w:t>2</w:t>
            </w:r>
          </w:p>
        </w:tc>
        <w:tc>
          <w:tcPr>
            <w:tcW w:type="dxa" w:w="1385"/>
          </w:tcPr>
          <w:p>
            <w:pPr>
              <w:spacing w:after="0" w:line="252" w:lineRule="auto"/>
            </w:pPr>
            <w:r>
              <w:rPr>
                <w:b/>
                <w:sz w:val="17"/>
              </w:rPr>
              <w:t>JB-2015</w:t>
            </w:r>
          </w:p>
          <w:p>
            <w:pPr>
              <w:spacing w:after="0"/>
            </w:pPr>
            <w:r>
              <w:rPr>
                <w:sz w:val="17"/>
              </w:rPr>
              <w:t>Seirin B-Typ 0.20 x 15mm 100 Stück</w:t>
            </w:r>
          </w:p>
        </w:tc>
        <w:tc>
          <w:tcPr>
            <w:tcW w:type="dxa" w:w="921"/>
          </w:tcPr>
          <w:p>
            <w:pPr>
              <w:spacing w:after="0" w:line="252" w:lineRule="auto"/>
            </w:pPr>
            <w:r>
              <w:rPr>
                <w:sz w:val="17"/>
              </w:rPr>
              <w:t>30</w:t>
            </w:r>
          </w:p>
        </w:tc>
        <w:tc>
          <w:tcPr>
            <w:tcW w:type="dxa" w:w="805"/>
          </w:tcPr>
          <w:p>
            <w:pPr>
              <w:spacing w:after="0" w:line="252" w:lineRule="auto"/>
            </w:pPr>
            <w:r>
              <w:rPr>
                <w:b/>
                <w:sz w:val="17"/>
              </w:rPr>
              <w:t>A2</w:t>
            </w:r>
          </w:p>
        </w:tc>
        <w:tc>
          <w:tcPr>
            <w:tcW w:type="dxa" w:w="1332"/>
          </w:tcPr>
          <w:p>
            <w:pPr>
              <w:spacing w:after="0" w:line="252" w:lineRule="auto"/>
            </w:pPr>
            <w:r>
              <w:rPr>
                <w:sz w:val="17"/>
              </w:rPr>
              <w:t>Charge S2409D</w:t>
            </w:r>
          </w:p>
        </w:tc>
        <w:tc>
          <w:tcPr>
            <w:tcW w:type="dxa" w:w="1594"/>
          </w:tcPr>
          <w:p>
            <w:pPr>
              <w:spacing w:after="0" w:line="252" w:lineRule="auto"/>
            </w:pPr>
            <w:r>
              <w:rPr>
                <w:rFonts w:ascii="Consolas" w:hAnsi="Consolas" w:cs="Consolas" w:eastAsia="Consolas"/>
                <w:sz w:val="15"/>
              </w:rPr>
              <w:t>LU000204</w:t>
            </w:r>
            <w:r>
              <w:rPr>
                <w:sz w:val="17"/>
              </w:rPr>
              <w:t xml:space="preserve"> Tray 16: </w:t>
            </w:r>
            <w:r>
              <w:rPr>
                <w:b/>
                <w:sz w:val="17"/>
              </w:rPr>
              <w:t>30</w:t>
            </w:r>
            <w:r>
              <w:rPr>
                <w:sz w:val="17"/>
              </w:rPr>
              <w:t xml:space="preserve"> (S2409D, 31.05.2029)</w:t>
            </w:r>
          </w:p>
        </w:tc>
        <w:tc>
          <w:tcPr>
            <w:tcW w:type="dxa" w:w="1386"/>
          </w:tcPr>
          <w:p>
            <w:pPr>
              <w:spacing w:after="0" w:line="252" w:lineRule="auto"/>
            </w:pPr>
            <w:r>
              <w:rPr>
                <w:b/>
                <w:sz w:val="17"/>
              </w:rPr>
              <w:t>30</w:t>
            </w:r>
          </w:p>
        </w:tc>
        <w:tc>
          <w:tcPr>
            <w:tcW w:type="dxa" w:w="1528"/>
          </w:tcPr>
          <w:p>
            <w:pPr>
              <w:spacing w:after="0" w:line="252" w:lineRule="auto"/>
            </w:pPr>
            <w:r>
              <w:rPr>
                <w:sz w:val="17"/>
              </w:rPr>
              <w:t>Charge vorgegeben: S2409D, obwohl S2405C das ältere MHD hat</w:t>
            </w:r>
          </w:p>
        </w:tc>
      </w:tr>
      <w:tr>
        <w:tc>
          <w:tcPr>
            <w:tcW w:type="dxa" w:w="573"/>
          </w:tcPr>
          <w:p>
            <w:pPr>
              <w:spacing w:after="0" w:line="252" w:lineRule="auto"/>
            </w:pPr>
            <w:r>
              <w:rPr>
                <w:sz w:val="17"/>
              </w:rPr>
              <w:t>3</w:t>
            </w:r>
          </w:p>
        </w:tc>
        <w:tc>
          <w:tcPr>
            <w:tcW w:type="dxa" w:w="1385"/>
          </w:tcPr>
          <w:p>
            <w:pPr>
              <w:spacing w:after="0" w:line="252" w:lineRule="auto"/>
            </w:pPr>
            <w:r>
              <w:rPr>
                <w:b/>
                <w:sz w:val="17"/>
              </w:rPr>
              <w:t>JB-2015</w:t>
            </w:r>
          </w:p>
          <w:p>
            <w:pPr>
              <w:spacing w:after="0"/>
            </w:pPr>
            <w:r>
              <w:rPr>
                <w:sz w:val="17"/>
              </w:rPr>
              <w:t>Seirin B-Typ 0.20 x 15mm 100 Stück</w:t>
            </w:r>
          </w:p>
        </w:tc>
        <w:tc>
          <w:tcPr>
            <w:tcW w:type="dxa" w:w="921"/>
          </w:tcPr>
          <w:p>
            <w:pPr>
              <w:spacing w:after="0" w:line="252" w:lineRule="auto"/>
            </w:pPr>
            <w:r>
              <w:rPr>
                <w:sz w:val="17"/>
              </w:rPr>
              <w:t>10</w:t>
            </w:r>
          </w:p>
        </w:tc>
        <w:tc>
          <w:tcPr>
            <w:tcW w:type="dxa" w:w="805"/>
          </w:tcPr>
          <w:p>
            <w:pPr>
              <w:spacing w:after="0" w:line="252" w:lineRule="auto"/>
            </w:pPr>
            <w:r>
              <w:rPr>
                <w:b/>
                <w:sz w:val="17"/>
              </w:rPr>
              <w:t>A3</w:t>
            </w:r>
          </w:p>
        </w:tc>
        <w:tc>
          <w:tcPr>
            <w:tcW w:type="dxa" w:w="1332"/>
          </w:tcPr>
          <w:p>
            <w:pPr>
              <w:spacing w:after="0" w:line="252" w:lineRule="auto"/>
            </w:pPr>
            <w:r>
              <w:rPr>
                <w:sz w:val="17"/>
              </w:rPr>
              <w:t>MHD ab 01.01.2029</w:t>
            </w:r>
          </w:p>
        </w:tc>
        <w:tc>
          <w:tcPr>
            <w:tcW w:type="dxa" w:w="1594"/>
          </w:tcPr>
          <w:p>
            <w:pPr>
              <w:spacing w:after="0" w:line="252" w:lineRule="auto"/>
            </w:pPr>
            <w:r>
              <w:rPr>
                <w:rFonts w:ascii="Consolas" w:hAnsi="Consolas" w:cs="Consolas" w:eastAsia="Consolas"/>
                <w:sz w:val="15"/>
              </w:rPr>
              <w:t>LU000204</w:t>
            </w:r>
            <w:r>
              <w:rPr>
                <w:sz w:val="17"/>
              </w:rPr>
              <w:t xml:space="preserve"> Tray 16: </w:t>
            </w:r>
            <w:r>
              <w:rPr>
                <w:b/>
                <w:sz w:val="17"/>
              </w:rPr>
              <w:t>10</w:t>
            </w:r>
            <w:r>
              <w:rPr>
                <w:sz w:val="17"/>
              </w:rPr>
              <w:t xml:space="preserve"> (S2409D, 31.05.2029)</w:t>
            </w:r>
          </w:p>
        </w:tc>
        <w:tc>
          <w:tcPr>
            <w:tcW w:type="dxa" w:w="1386"/>
          </w:tcPr>
          <w:p>
            <w:pPr>
              <w:spacing w:after="0" w:line="252" w:lineRule="auto"/>
            </w:pPr>
            <w:r>
              <w:rPr>
                <w:b/>
                <w:sz w:val="17"/>
              </w:rPr>
              <w:t>10</w:t>
            </w:r>
          </w:p>
        </w:tc>
        <w:tc>
          <w:tcPr>
            <w:tcW w:type="dxa" w:w="1528"/>
          </w:tcPr>
          <w:p>
            <w:pPr>
              <w:spacing w:after="0" w:line="252" w:lineRule="auto"/>
            </w:pPr>
            <w:r>
              <w:rPr>
                <w:sz w:val="17"/>
              </w:rPr>
              <w:t>Mindest-MHD 01.01.2029 (Regel grösser gleich): nur S2409D erfüllt sie</w:t>
            </w:r>
          </w:p>
        </w:tc>
      </w:tr>
      <w:tr>
        <w:tc>
          <w:tcPr>
            <w:tcW w:type="dxa" w:w="573"/>
          </w:tcPr>
          <w:p>
            <w:pPr>
              <w:spacing w:after="0" w:line="252" w:lineRule="auto"/>
            </w:pPr>
            <w:r>
              <w:rPr>
                <w:sz w:val="17"/>
              </w:rPr>
              <w:t>4</w:t>
            </w:r>
          </w:p>
        </w:tc>
        <w:tc>
          <w:tcPr>
            <w:tcW w:type="dxa" w:w="1385"/>
          </w:tcPr>
          <w:p>
            <w:pPr>
              <w:spacing w:after="0" w:line="252" w:lineRule="auto"/>
            </w:pPr>
            <w:r>
              <w:rPr>
                <w:b/>
                <w:sz w:val="17"/>
              </w:rPr>
              <w:t>CT8</w:t>
            </w:r>
          </w:p>
          <w:p>
            <w:pPr>
              <w:spacing w:after="0"/>
            </w:pPr>
            <w:r>
              <w:rPr>
                <w:sz w:val="17"/>
              </w:rPr>
              <w:t>AcuTop Gittertape beige Typ B</w:t>
            </w:r>
          </w:p>
        </w:tc>
        <w:tc>
          <w:tcPr>
            <w:tcW w:type="dxa" w:w="921"/>
          </w:tcPr>
          <w:p>
            <w:pPr>
              <w:spacing w:after="0" w:line="252" w:lineRule="auto"/>
            </w:pPr>
            <w:r>
              <w:rPr>
                <w:sz w:val="17"/>
              </w:rPr>
              <w:t>10</w:t>
            </w:r>
          </w:p>
        </w:tc>
        <w:tc>
          <w:tcPr>
            <w:tcW w:type="dxa" w:w="805"/>
          </w:tcPr>
          <w:p>
            <w:pPr>
              <w:spacing w:after="0" w:line="252" w:lineRule="auto"/>
            </w:pPr>
            <w:r>
              <w:rPr>
                <w:b/>
                <w:sz w:val="17"/>
              </w:rPr>
              <w:t>B1</w:t>
            </w:r>
          </w:p>
        </w:tc>
        <w:tc>
          <w:tcPr>
            <w:tcW w:type="dxa" w:w="1332"/>
          </w:tcPr>
          <w:p>
            <w:pPr>
              <w:spacing w:after="0" w:line="252" w:lineRule="auto"/>
            </w:pPr>
            <w:r>
              <w:rPr>
                <w:sz w:val="17"/>
              </w:rPr>
              <w:t>keine</w:t>
            </w:r>
          </w:p>
        </w:tc>
        <w:tc>
          <w:tcPr>
            <w:tcW w:type="dxa" w:w="1594"/>
          </w:tcPr>
          <w:p>
            <w:pPr>
              <w:spacing w:after="0" w:line="252" w:lineRule="auto"/>
            </w:pPr>
            <w:r>
              <w:rPr>
                <w:rFonts w:ascii="Consolas" w:hAnsi="Consolas" w:cs="Consolas" w:eastAsia="Consolas"/>
                <w:sz w:val="15"/>
              </w:rPr>
              <w:t>LU000205</w:t>
            </w:r>
            <w:r>
              <w:rPr>
                <w:sz w:val="17"/>
              </w:rPr>
              <w:t xml:space="preserve"> Tray 16: </w:t>
            </w:r>
            <w:r>
              <w:rPr>
                <w:b/>
                <w:sz w:val="17"/>
              </w:rPr>
              <w:t>10</w:t>
            </w:r>
          </w:p>
        </w:tc>
        <w:tc>
          <w:tcPr>
            <w:tcW w:type="dxa" w:w="1386"/>
          </w:tcPr>
          <w:p>
            <w:pPr>
              <w:spacing w:after="0" w:line="252" w:lineRule="auto"/>
            </w:pPr>
            <w:r>
              <w:rPr>
                <w:b/>
                <w:sz w:val="17"/>
              </w:rPr>
              <w:t>10</w:t>
            </w:r>
          </w:p>
        </w:tc>
        <w:tc>
          <w:tcPr>
            <w:tcW w:type="dxa" w:w="1528"/>
          </w:tcPr>
          <w:p>
            <w:pPr>
              <w:spacing w:after="0" w:line="252" w:lineRule="auto"/>
            </w:pPr>
            <w:r>
              <w:rPr>
                <w:sz w:val="17"/>
              </w:rPr>
              <w:t>ohne Charge und MHD</w:t>
            </w:r>
          </w:p>
        </w:tc>
      </w:tr>
    </w:tbl>
    <w:p>
      <w:pPr>
        <w:pStyle w:val="BeschriftungSSI"/>
      </w:pPr>
      <w:r>
        <w:t>Tab. 21: Positionen, Zuteilung und Ergebnis</w:t>
      </w:r>
    </w:p>
    <w:p>
      <w:r>
        <w:t>JB-3030 (Zeile 1) ohne Vorgabe: Nach FEFO zuerst der Behälter LU000201 mit Charge S2403A (MHD 31.03.2028), 126 Stück, dann 24 Stück aus LU000202 mit Charge S2410B. Die Rückmeldung hat für Zeile 1 zwei Entnahmen mit zwei Chargen; BC bucht zwei Artikelverfolgungszeilen. JB-2015 Zeile 2 verlangt Charge S2409D, obwohl S2405C früher abläuft. Zeile 3 verlangt ein MHD ab 01.01.2029; S2405C (30.11.2028) ist zu kurz, also wieder S2409D. Zuteilung [Annahme, zu prüfen] .</w:t>
      </w:r>
    </w:p>
    <w:p>
      <w:pPr>
        <w:keepNext/>
      </w:pPr>
      <w:r>
        <w:drawing>
          <wp:inline xmlns:a="http://schemas.openxmlformats.org/drawingml/2006/main" xmlns:pic="http://schemas.openxmlformats.org/drawingml/2006/picture">
            <wp:extent cx="2556000" cy="3254016"/>
            <wp:docPr id="107" name="Picture 107"/>
            <wp:cNvGraphicFramePr>
              <a:graphicFrameLocks noChangeAspect="1"/>
            </wp:cNvGraphicFramePr>
            <a:graphic>
              <a:graphicData uri="http://schemas.openxmlformats.org/drawingml/2006/picture">
                <pic:pic>
                  <pic:nvPicPr>
                    <pic:cNvPr id="0" name="ausl_wagen_KW-1002_Ausl000002.png"/>
                    <pic:cNvPicPr/>
                  </pic:nvPicPr>
                  <pic:blipFill>
                    <a:blip r:embed="rId17"/>
                    <a:stretch>
                      <a:fillRect/>
                    </a:stretch>
                  </pic:blipFill>
                  <pic:spPr>
                    <a:xfrm>
                      <a:off x="0" y="0"/>
                      <a:ext cx="2556000" cy="3254016"/>
                    </a:xfrm>
                    <a:prstGeom prst="rect"/>
                  </pic:spPr>
                </pic:pic>
              </a:graphicData>
            </a:graphic>
          </wp:inline>
        </w:drawing>
      </w:r>
    </w:p>
    <w:p>
      <w:pPr>
        <w:pStyle w:val="BeschriftungSSI"/>
      </w:pPr>
      <w:r>
        <w:t>Abb. 7: Zielfächer auf Wagen KW-1002 nach dem Kommissionieren</w:t>
      </w:r>
    </w:p>
    <w:p>
      <w:pPr>
        <w:pStyle w:val="Heading3"/>
      </w:pPr>
      <w:r>
        <w:t>12.2.3 Telegramm BC an WAMAS (WLSPD003)</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["Auto Generated"],</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"20261015084500", "HEADER_RECORDTYPENAME": "WLSPD003"</w:t>
            </w:r>
          </w:p>
          <w:p>
            <w:pPr>
              <w:pStyle w:val="Code"/>
            </w:pPr>
            <w:r>
              <w:t xml:space="preserve">          }</w:t>
            </w:r>
          </w:p>
          <w:p>
            <w:pPr>
              <w:pStyle w:val="Code"/>
            </w:pPr>
            <w:r>
              <w:t xml:space="preserve">        },</w:t>
            </w:r>
          </w:p>
          <w:p>
            <w:pPr>
              <w:pStyle w:val="Code"/>
            </w:pPr>
            <w:r>
              <w:t xml:space="preserve">        "body": {</w:t>
            </w:r>
          </w:p>
          <w:p>
            <w:pPr>
              <w:pStyle w:val="Code"/>
            </w:pPr>
            <w:r>
              <w:t xml:space="preserve">          "WLSPD003": {</w:t>
            </w:r>
          </w:p>
          <w:p>
            <w:pPr>
              <w:pStyle w:val="Code"/>
            </w:pPr>
            <w:r>
              <w:t xml:space="preserve">            "clientId": "DEFAULT", "demandNo": "Ausl000002", "recordState": "CREATE",</w:t>
            </w:r>
          </w:p>
          <w:p>
            <w:pPr>
              <w:pStyle w:val="Code"/>
            </w:pPr>
            <w:r>
              <w:t xml:space="preserve">            "extLuId": "", "priority": 5, "noteNo": "WA-AKU-2002",</w:t>
            </w:r>
          </w:p>
          <w:p>
            <w:pPr>
              <w:pStyle w:val="Code"/>
            </w:pPr>
            <w:r>
              <w:t xml:space="preserve">            "deliveryTime": "202610151300", "typeId": "SHPG", "info": "Wagen KW-1002",</w:t>
            </w:r>
          </w:p>
          <w:p>
            <w:pPr>
              <w:pStyle w:val="Code"/>
            </w:pPr>
            <w:r>
              <w:t xml:space="preserve">            "info2": "Kunde verlangt Charge S2409D", "zone": "ZONEA",</w:t>
            </w:r>
          </w:p>
          <w:p>
            <w:pPr>
              <w:pStyle w:val="Code"/>
            </w:pPr>
            <w:r>
              <w:t xml:space="preserve">            "WLSPDL002": [</w:t>
            </w:r>
          </w:p>
          <w:p>
            <w:pPr>
              <w:pStyle w:val="Code"/>
            </w:pPr>
            <w:r>
              <w:t xml:space="preserve">              {</w:t>
            </w:r>
          </w:p>
          <w:p>
            <w:pPr>
              <w:pStyle w:val="Code"/>
            </w:pPr>
            <w:r>
              <w:t xml:space="preserve">                "demandNo": "Ausl000002", "sysPartnerLine": 1, "recordState": "CREATE",</w:t>
            </w:r>
          </w:p>
          <w:p>
            <w:pPr>
              <w:pStyle w:val="Code"/>
            </w:pPr>
            <w:r>
              <w:t xml:space="preserve">                "itemNo": "JB-3030", "variant": "00000", "numBquWqu": 1, "batch": "",</w:t>
            </w:r>
          </w:p>
          <w:p>
            <w:pPr>
              <w:pStyle w:val="Code"/>
            </w:pPr>
            <w:r>
              <w:t xml:space="preserve">                "bbDate": "", "prodDate": "", "baseQty": 150.0,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"Ausl000002", "extRefKey": "WAGE",</w:t>
            </w:r>
          </w:p>
          <w:p>
            <w:pPr>
              <w:pStyle w:val="Code"/>
            </w:pPr>
            <w:r>
              <w:t xml:space="preserve">                    "extRefVal1": "KW-1002", "extRefVal2": "A1", "sysPartnerLine":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2, "recordState": "CREATE",</w:t>
            </w:r>
          </w:p>
          <w:p>
            <w:pPr>
              <w:pStyle w:val="Code"/>
            </w:pPr>
            <w:r>
              <w:t xml:space="preserve">                "itemNo": "JB-2015", "variant": "00000", "numBquWqu": 1, "batch": "S2409D",</w:t>
            </w:r>
          </w:p>
          <w:p>
            <w:pPr>
              <w:pStyle w:val="Code"/>
            </w:pPr>
            <w:r>
              <w:t xml:space="preserve">                "bbDate": "", "prodDate": "", "baseQty": 30.0,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"Ausl000002", "extRefKey": "WAGE",</w:t>
            </w:r>
          </w:p>
          <w:p>
            <w:pPr>
              <w:pStyle w:val="Code"/>
            </w:pPr>
            <w:r>
              <w:t xml:space="preserve">                    "extRefVal1": "KW-1002", "extRefVal2": "A2", "sysPartnerLine": 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3, "recordState": "CREATE",</w:t>
            </w:r>
          </w:p>
          <w:p>
            <w:pPr>
              <w:pStyle w:val="Code"/>
            </w:pPr>
            <w:r>
              <w:t xml:space="preserve">                "itemNo": "JB-2015", "variant": "00000", "numBquWqu": 1, "batch": "",</w:t>
            </w:r>
          </w:p>
          <w:p>
            <w:pPr>
              <w:pStyle w:val="Code"/>
            </w:pPr>
            <w:r>
              <w:t xml:space="preserve">                "bbDate": "20290101", "prodDate": "", "baseQty": 10.0,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"Ausl000002", "extRefKey": "WAGE",</w:t>
            </w:r>
          </w:p>
          <w:p>
            <w:pPr>
              <w:pStyle w:val="Code"/>
            </w:pPr>
            <w:r>
              <w:t xml:space="preserve">                    "extRefVal1": "KW-1002", "extRefVal2": "A3", "sysPartnerLine": 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4, "recordState": "CREATE",</w:t>
            </w:r>
          </w:p>
          <w:p>
            <w:pPr>
              <w:pStyle w:val="Code"/>
            </w:pPr>
            <w:r>
              <w:t xml:space="preserve">                "itemNo": "CT8", "variant": "00000", "numBquWqu": 1, "batch": "", "bbDate": "",</w:t>
            </w:r>
          </w:p>
          <w:p>
            <w:pPr>
              <w:pStyle w:val="Code"/>
            </w:pPr>
            <w:r>
              <w:t xml:space="preserve">                "prodDate": "", "baseQty": 10.0, "gow": "pDEFAULT", "stockRating": "100",</w:t>
            </w:r>
          </w:p>
          <w:p>
            <w:pPr>
              <w:pStyle w:val="Code"/>
            </w:pPr>
            <w:r>
              <w:t xml:space="preserve">                "WLSPDLEXTREF001": [</w:t>
            </w:r>
          </w:p>
          <w:p>
            <w:pPr>
              <w:pStyle w:val="Code"/>
            </w:pPr>
            <w:r>
              <w:t xml:space="preserve">                  {</w:t>
            </w:r>
          </w:p>
          <w:p>
            <w:pPr>
              <w:pStyle w:val="Code"/>
            </w:pPr>
            <w:r>
              <w:t xml:space="preserve">                    "clientId": "DEFAULT", "demandNo": "Ausl000002", "extRefKey": "WAGE",</w:t>
            </w:r>
          </w:p>
          <w:p>
            <w:pPr>
              <w:pStyle w:val="Code"/>
            </w:pPr>
            <w:r>
              <w:t xml:space="preserve">                    "extRefVal1": "KW-1002", "extRefVal2": "B1", "sysPartnerLine": 4</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"WLSPDEXTREF001": [</w:t>
            </w:r>
          </w:p>
          <w:p>
            <w:pPr>
              <w:pStyle w:val="Code"/>
            </w:pPr>
            <w:r>
              <w:t xml:space="preserve">              {</w:t>
            </w:r>
          </w:p>
          <w:p>
            <w:pPr>
              <w:pStyle w:val="Code"/>
            </w:pPr>
            <w:r>
              <w:t xml:space="preserve">                "clientId": "DEFAULT", "demandNo": "Ausl000002", "extRefKey": "WAGE",</w:t>
            </w:r>
          </w:p>
          <w:p>
            <w:pPr>
              <w:pStyle w:val="Code"/>
            </w:pPr>
            <w:r>
              <w:t xml:space="preserve">                "extRefVal1": "KW-1002",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8: Beispiel: Telegramm BC an WAMAS (WLSPD003)</w:t>
      </w:r>
    </w:p>
    <w:p>
      <w:pPr>
        <w:pStyle w:val="Heading3"/>
      </w:pPr>
      <w:r>
        <w:t>12.2.4 Rückmeldung WAMAS an BC (WLSPDACK003) (Annahme, zu prüfen)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["Beispiel Rückmeldung,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"20261015112000", "HEADER_RECORDTYPENAME": "WLSPDACK003"</w:t>
            </w:r>
          </w:p>
          <w:p>
            <w:pPr>
              <w:pStyle w:val="Code"/>
            </w:pPr>
            <w:r>
              <w:t xml:space="preserve">          }</w:t>
            </w:r>
          </w:p>
          <w:p>
            <w:pPr>
              <w:pStyle w:val="Code"/>
            </w:pPr>
            <w:r>
              <w:t xml:space="preserve">        },</w:t>
            </w:r>
          </w:p>
          <w:p>
            <w:pPr>
              <w:pStyle w:val="Code"/>
            </w:pPr>
            <w:r>
              <w:t xml:space="preserve">        "body": {</w:t>
            </w:r>
          </w:p>
          <w:p>
            <w:pPr>
              <w:pStyle w:val="Code"/>
            </w:pPr>
            <w:r>
              <w:t xml:space="preserve">          "WLSPDACK003": {</w:t>
            </w:r>
          </w:p>
          <w:p>
            <w:pPr>
              <w:pStyle w:val="Code"/>
            </w:pPr>
            <w:r>
              <w:t xml:space="preserve">            "demandNo": "Ausl000002", "typeId": "SHPG", "priority": 5, "noteNo": "WA-AKU-2002",</w:t>
            </w:r>
          </w:p>
          <w:p>
            <w:pPr>
              <w:pStyle w:val="Code"/>
            </w:pPr>
            <w:r>
              <w:t xml:space="preserve">            "state": "FINISHED", "zone": "ZONEA", "split": 0,</w:t>
            </w:r>
          </w:p>
          <w:p>
            <w:pPr>
              <w:pStyle w:val="Code"/>
            </w:pPr>
            <w:r>
              <w:t xml:space="preserve">            "WLSPDLACK001": [</w:t>
            </w:r>
          </w:p>
          <w:p>
            <w:pPr>
              <w:pStyle w:val="Code"/>
            </w:pPr>
            <w:r>
              <w:t xml:space="preserve">              {</w:t>
            </w:r>
          </w:p>
          <w:p>
            <w:pPr>
              <w:pStyle w:val="Code"/>
            </w:pPr>
            <w:r>
              <w:t xml:space="preserve">                "demandNo": "Ausl000002", "sysPartnerLine": 1, "demandLineNo": 1,</w:t>
            </w:r>
          </w:p>
          <w:p>
            <w:pPr>
              <w:pStyle w:val="Code"/>
            </w:pPr>
            <w:r>
              <w:t xml:space="preserve">                "clientId": "DEFAULT", "itemNo": "JB-3030", "variant": "00000", "batch": "",</w:t>
            </w:r>
          </w:p>
          <w:p>
            <w:pPr>
              <w:pStyle w:val="Code"/>
            </w:pPr>
            <w:r>
              <w:t xml:space="preserve">                "bbDate": "", "prodDate": "", "diffReason": "", "orderedAmount": 150.0,</w:t>
            </w:r>
          </w:p>
          <w:p>
            <w:pPr>
              <w:pStyle w:val="Code"/>
            </w:pPr>
            <w:r>
              <w:t xml:space="preserve">                "releasedAmount": 150.0, "deliveredAmount": 150.0,</w:t>
            </w:r>
          </w:p>
          <w:p>
            <w:pPr>
              <w:pStyle w:val="Code"/>
            </w:pPr>
            <w:r>
              <w:t xml:space="preserve">                "WLSPDLACTIVITYACK001": [</w:t>
            </w:r>
          </w:p>
          <w:p>
            <w:pPr>
              <w:pStyle w:val="Code"/>
            </w:pPr>
            <w:r>
              <w:t xml:space="preserve">                  {</w:t>
            </w:r>
          </w:p>
          <w:p>
            <w:pPr>
              <w:pStyle w:val="Code"/>
            </w:pPr>
            <w:r>
              <w:t xml:space="preserve">                    "logimatId": "LM01", "openingNo": 1, "sourceTrayId": "TRAY0015",</w:t>
            </w:r>
          </w:p>
          <w:p>
            <w:pPr>
              <w:pStyle w:val="Code"/>
            </w:pPr>
            <w:r>
              <w:t xml:space="preserve">                    "sourceTrayNo": 15, "sourceLuId": "LU000201",</w:t>
            </w:r>
          </w:p>
          <w:p>
            <w:pPr>
              <w:pStyle w:val="Code"/>
            </w:pPr>
            <w:r>
              <w:t xml:space="preserve">                    "sourceLocation": "LM01-T015-01", "destLuId": "", "destStoLoc": "",</w:t>
            </w:r>
          </w:p>
          <w:p>
            <w:pPr>
              <w:pStyle w:val="Code"/>
            </w:pPr>
            <w:r>
              <w:t xml:space="preserve">                    "user": "bediener1", "registrationTime": "20261015110200",</w:t>
            </w:r>
          </w:p>
          <w:p>
            <w:pPr>
              <w:pStyle w:val="Code"/>
            </w:pPr>
            <w:r>
              <w:t xml:space="preserve">                    "pickedAmount": 126.0, "reservedAmount": 126.0, "batch": "S2403A",</w:t>
            </w:r>
          </w:p>
          <w:p>
            <w:pPr>
              <w:pStyle w:val="Code"/>
            </w:pPr>
            <w:r>
              <w:t xml:space="preserve">                    "bbDate": "20280331", "prodDate": ""</w:t>
            </w:r>
          </w:p>
          <w:p>
            <w:pPr>
              <w:pStyle w:val="Code"/>
            </w:pPr>
            <w:r>
              <w:t xml:space="preserve">                  },</w:t>
            </w:r>
          </w:p>
          <w:p>
            <w:pPr>
              <w:pStyle w:val="Code"/>
            </w:pPr>
            <w:r>
              <w:t xml:space="preserve">                  {</w:t>
            </w:r>
          </w:p>
          <w:p>
            <w:pPr>
              <w:pStyle w:val="Code"/>
            </w:pPr>
            <w:r>
              <w:t xml:space="preserve">                    "logimatId": "LM01", "openingNo": 1, "sourceTrayId": "TRAY0015",</w:t>
            </w:r>
          </w:p>
          <w:p>
            <w:pPr>
              <w:pStyle w:val="Code"/>
            </w:pPr>
            <w:r>
              <w:t xml:space="preserve">                    "sourceTrayNo": 15, "sourceLuId": "LU000202",</w:t>
            </w:r>
          </w:p>
          <w:p>
            <w:pPr>
              <w:pStyle w:val="Code"/>
            </w:pPr>
            <w:r>
              <w:t xml:space="preserve">                    "sourceLocation": "LM01-T015-02", "destLuId": "", "destStoLoc": "",</w:t>
            </w:r>
          </w:p>
          <w:p>
            <w:pPr>
              <w:pStyle w:val="Code"/>
            </w:pPr>
            <w:r>
              <w:t xml:space="preserve">                    "user": "bediener1", "registrationTime": "20261015110400",</w:t>
            </w:r>
          </w:p>
          <w:p>
            <w:pPr>
              <w:pStyle w:val="Code"/>
            </w:pPr>
            <w:r>
              <w:t xml:space="preserve">                    "pickedAmount": 24.0, "reservedAmount": 24.0, "batch": "S2410B",</w:t>
            </w:r>
          </w:p>
          <w:p>
            <w:pPr>
              <w:pStyle w:val="Code"/>
            </w:pPr>
            <w:r>
              <w:t xml:space="preserve">                    "bbDate": "20290930",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"Ausl000002", "systemPartner": "HOST",</w:t>
            </w:r>
          </w:p>
          <w:p>
            <w:pPr>
              <w:pStyle w:val="Code"/>
            </w:pPr>
            <w:r>
              <w:t xml:space="preserve">                    "sysPartnerLine": 1, "demandLineNo": 1, "extRefKey": "WAGE",</w:t>
            </w:r>
          </w:p>
          <w:p>
            <w:pPr>
              <w:pStyle w:val="Code"/>
            </w:pPr>
            <w:r>
              <w:t xml:space="preserve">                    "extRefVal1": "KW-1002", "extRefVal2": "A1"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2, "demandLineNo": 2,</w:t>
            </w:r>
          </w:p>
          <w:p>
            <w:pPr>
              <w:pStyle w:val="Code"/>
            </w:pPr>
            <w:r>
              <w:t xml:space="preserve">                "clientId": "DEFAULT", "itemNo": "JB-2015", "variant": "00000",</w:t>
            </w:r>
          </w:p>
          <w:p>
            <w:pPr>
              <w:pStyle w:val="Code"/>
            </w:pPr>
            <w:r>
              <w:t xml:space="preserve">                "batch": "S2409D", "bbDate": "", "prodDate": "", "diffReason": "",</w:t>
            </w:r>
          </w:p>
          <w:p>
            <w:pPr>
              <w:pStyle w:val="Code"/>
            </w:pPr>
            <w:r>
              <w:t xml:space="preserve">                "orderedAmount": 30.0, "releasedAmount": 30.0, "deliveredAmount": 30.0,</w:t>
            </w:r>
          </w:p>
          <w:p>
            <w:pPr>
              <w:pStyle w:val="Code"/>
            </w:pPr>
            <w:r>
              <w:t xml:space="preserve">                "WLSPDLACTIVITYACK001": [</w:t>
            </w:r>
          </w:p>
          <w:p>
            <w:pPr>
              <w:pStyle w:val="Code"/>
            </w:pPr>
            <w:r>
              <w:t xml:space="preserve">                  {</w:t>
            </w:r>
          </w:p>
          <w:p>
            <w:pPr>
              <w:pStyle w:val="Code"/>
            </w:pPr>
            <w:r>
              <w:t xml:space="preserve">                    "logimatId": "LM01", "openingNo": 1, "sourceTrayId": "TRAY0016",</w:t>
            </w:r>
          </w:p>
          <w:p>
            <w:pPr>
              <w:pStyle w:val="Code"/>
            </w:pPr>
            <w:r>
              <w:t xml:space="preserve">                    "sourceTrayNo": 16, "sourceLuId": "LU000204",</w:t>
            </w:r>
          </w:p>
          <w:p>
            <w:pPr>
              <w:pStyle w:val="Code"/>
            </w:pPr>
            <w:r>
              <w:t xml:space="preserve">                    "sourceLocation": "LM01-T016-02", "destLuId": "", "destStoLoc": "",</w:t>
            </w:r>
          </w:p>
          <w:p>
            <w:pPr>
              <w:pStyle w:val="Code"/>
            </w:pPr>
            <w:r>
              <w:t xml:space="preserve">                    "user": "bediener1", "registrationTime": "20261015110600",</w:t>
            </w:r>
          </w:p>
          <w:p>
            <w:pPr>
              <w:pStyle w:val="Code"/>
            </w:pPr>
            <w:r>
              <w:t xml:space="preserve">                    "pickedAmount": 30.0, "reservedAmount": 30.0, "batch": "S2409D",</w:t>
            </w:r>
          </w:p>
          <w:p>
            <w:pPr>
              <w:pStyle w:val="Code"/>
            </w:pPr>
            <w:r>
              <w:t xml:space="preserve">                    "bbDate": "20290531",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"Ausl000002", "systemPartner": "HOST",</w:t>
            </w:r>
          </w:p>
          <w:p>
            <w:pPr>
              <w:pStyle w:val="Code"/>
            </w:pPr>
            <w:r>
              <w:t xml:space="preserve">                    "sysPartnerLine": 2, "demandLineNo": 2, "extRefKey": "WAGE",</w:t>
            </w:r>
          </w:p>
          <w:p>
            <w:pPr>
              <w:pStyle w:val="Code"/>
            </w:pPr>
            <w:r>
              <w:t xml:space="preserve">                    "extRefVal1": "KW-1002", "extRefVal2": "A2"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3, "demandLineNo": 3,</w:t>
            </w:r>
          </w:p>
          <w:p>
            <w:pPr>
              <w:pStyle w:val="Code"/>
            </w:pPr>
            <w:r>
              <w:t xml:space="preserve">                "clientId": "DEFAULT", "itemNo": "JB-2015", "variant": "00000", "batch": "",</w:t>
            </w:r>
          </w:p>
          <w:p>
            <w:pPr>
              <w:pStyle w:val="Code"/>
            </w:pPr>
            <w:r>
              <w:t xml:space="preserve">                "bbDate": "20290101", "prodDate": "", "diffReason": "", "orderedAmount": 10.0,</w:t>
            </w:r>
          </w:p>
          <w:p>
            <w:pPr>
              <w:pStyle w:val="Code"/>
            </w:pPr>
            <w:r>
              <w:t xml:space="preserve">                "releasedAmount": 10.0, "deliveredAmount": 10.0,</w:t>
            </w:r>
          </w:p>
          <w:p>
            <w:pPr>
              <w:pStyle w:val="Code"/>
            </w:pPr>
            <w:r>
              <w:t xml:space="preserve">                "WLSPDLACTIVITYACK001": [</w:t>
            </w:r>
          </w:p>
          <w:p>
            <w:pPr>
              <w:pStyle w:val="Code"/>
            </w:pPr>
            <w:r>
              <w:t xml:space="preserve">                  {</w:t>
            </w:r>
          </w:p>
          <w:p>
            <w:pPr>
              <w:pStyle w:val="Code"/>
            </w:pPr>
            <w:r>
              <w:t xml:space="preserve">                    "logimatId": "LM01", "openingNo": 1, "sourceTrayId": "TRAY0016",</w:t>
            </w:r>
          </w:p>
          <w:p>
            <w:pPr>
              <w:pStyle w:val="Code"/>
            </w:pPr>
            <w:r>
              <w:t xml:space="preserve">                    "sourceTrayNo": 16, "sourceLuId": "LU000204",</w:t>
            </w:r>
          </w:p>
          <w:p>
            <w:pPr>
              <w:pStyle w:val="Code"/>
            </w:pPr>
            <w:r>
              <w:t xml:space="preserve">                    "sourceLocation": "LM01-T016-02", "destLuId": "", "destStoLoc": "",</w:t>
            </w:r>
          </w:p>
          <w:p>
            <w:pPr>
              <w:pStyle w:val="Code"/>
            </w:pPr>
            <w:r>
              <w:t xml:space="preserve">                    "user": "bediener1", "registrationTime": "20261015110800",</w:t>
            </w:r>
          </w:p>
          <w:p>
            <w:pPr>
              <w:pStyle w:val="Code"/>
            </w:pPr>
            <w:r>
              <w:t xml:space="preserve">                    "pickedAmount": 10.0, "reservedAmount": 10.0, "batch": "S2409D",</w:t>
            </w:r>
          </w:p>
          <w:p>
            <w:pPr>
              <w:pStyle w:val="Code"/>
            </w:pPr>
            <w:r>
              <w:t xml:space="preserve">                    "bbDate": "20290531",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"Ausl000002", "systemPartner": "HOST",</w:t>
            </w:r>
          </w:p>
          <w:p>
            <w:pPr>
              <w:pStyle w:val="Code"/>
            </w:pPr>
            <w:r>
              <w:t xml:space="preserve">                    "sysPartnerLine": 3, "demandLineNo": 3, "extRefKey": "WAGE",</w:t>
            </w:r>
          </w:p>
          <w:p>
            <w:pPr>
              <w:pStyle w:val="Code"/>
            </w:pPr>
            <w:r>
              <w:t xml:space="preserve">                    "extRefVal1": "KW-1002", "extRefVal2": "A3"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"Ausl000002", "sysPartnerLine": 4, "demandLineNo": 4,</w:t>
            </w:r>
          </w:p>
          <w:p>
            <w:pPr>
              <w:pStyle w:val="Code"/>
            </w:pPr>
            <w:r>
              <w:t xml:space="preserve">                "clientId": "DEFAULT", "itemNo": "CT8", "variant": "00000", "batch": "",</w:t>
            </w:r>
          </w:p>
          <w:p>
            <w:pPr>
              <w:pStyle w:val="Code"/>
            </w:pPr>
            <w:r>
              <w:t xml:space="preserve">                "bbDate": "", "prodDate": "", "diffReason": "", "orderedAmount": 10.0,</w:t>
            </w:r>
          </w:p>
          <w:p>
            <w:pPr>
              <w:pStyle w:val="Code"/>
            </w:pPr>
            <w:r>
              <w:t xml:space="preserve">                "releasedAmount": 10.0, "deliveredAmount": 10.0,</w:t>
            </w:r>
          </w:p>
          <w:p>
            <w:pPr>
              <w:pStyle w:val="Code"/>
            </w:pPr>
            <w:r>
              <w:t xml:space="preserve">                "WLSPDLACTIVITYACK001": [</w:t>
            </w:r>
          </w:p>
          <w:p>
            <w:pPr>
              <w:pStyle w:val="Code"/>
            </w:pPr>
            <w:r>
              <w:t xml:space="preserve">                  {</w:t>
            </w:r>
          </w:p>
          <w:p>
            <w:pPr>
              <w:pStyle w:val="Code"/>
            </w:pPr>
            <w:r>
              <w:t xml:space="preserve">                    "logimatId": "LM01", "openingNo": 1, "sourceTrayId": "TRAY0016",</w:t>
            </w:r>
          </w:p>
          <w:p>
            <w:pPr>
              <w:pStyle w:val="Code"/>
            </w:pPr>
            <w:r>
              <w:t xml:space="preserve">                    "sourceTrayNo": 16, "sourceLuId": "LU000205",</w:t>
            </w:r>
          </w:p>
          <w:p>
            <w:pPr>
              <w:pStyle w:val="Code"/>
            </w:pPr>
            <w:r>
              <w:t xml:space="preserve">                    "sourceLocation": "LM01-T016-03", "destLuId": "", "destStoLoc": "",</w:t>
            </w:r>
          </w:p>
          <w:p>
            <w:pPr>
              <w:pStyle w:val="Code"/>
            </w:pPr>
            <w:r>
              <w:t xml:space="preserve">                    "user": "bediener1", "registrationTime": "20261015111000",</w:t>
            </w:r>
          </w:p>
          <w:p>
            <w:pPr>
              <w:pStyle w:val="Code"/>
            </w:pPr>
            <w:r>
              <w:t xml:space="preserve">                    "pickedAmount": 10.0, "reservedAmount": 10.0,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"Ausl000002", "systemPartner": "HOST",</w:t>
            </w:r>
          </w:p>
          <w:p>
            <w:pPr>
              <w:pStyle w:val="Code"/>
            </w:pPr>
            <w:r>
              <w:t xml:space="preserve">                    "sysPartnerLine": 4, "demandLineNo": 4, "extRefKey": "WAGE",</w:t>
            </w:r>
          </w:p>
          <w:p>
            <w:pPr>
              <w:pStyle w:val="Code"/>
            </w:pPr>
            <w:r>
              <w:t xml:space="preserve">                    "extRefVal1": "KW-1002", "extRefVal2": "B1"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"WLSPDEXTREFACK001": [</w:t>
            </w:r>
          </w:p>
          <w:p>
            <w:pPr>
              <w:pStyle w:val="Code"/>
            </w:pPr>
            <w:r>
              <w:t xml:space="preserve">              {</w:t>
            </w:r>
          </w:p>
          <w:p>
            <w:pPr>
              <w:pStyle w:val="Code"/>
            </w:pPr>
            <w:r>
              <w:t xml:space="preserve">                "clientId": "DEFAULT", "demandNo": "Ausl000002", "systemPartner": "HOST",</w:t>
            </w:r>
          </w:p>
          <w:p>
            <w:pPr>
              <w:pStyle w:val="Code"/>
            </w:pPr>
            <w:r>
              <w:t xml:space="preserve">                "extRefKey": "WAGE", "extRefVal1": "KW-1002",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9: Beispiel: Rückmeldung WAMAS an BC (WLSPDACK003) (Annahme, zu prüfen)</w:t>
      </w:r>
    </w:p>
    <w:p>
      <w:r>
        <w:t xml:space="preserve">Dateien: </w:t>
      </w:r>
      <w:r>
        <w:rPr>
          <w:rFonts w:ascii="Consolas" w:hAnsi="Consolas" w:cs="Consolas" w:eastAsia="Consolas"/>
          <w:sz w:val="18"/>
        </w:rPr>
        <w:t>telegramme/WLSPD_Ausl000002_KW-1002.json</w:t>
      </w:r>
      <w:r>
        <w:t xml:space="preserve">, </w:t>
      </w:r>
      <w:r>
        <w:rPr>
          <w:rFonts w:ascii="Consolas" w:hAnsi="Consolas" w:cs="Consolas" w:eastAsia="Consolas"/>
          <w:sz w:val="18"/>
        </w:rPr>
        <w:t>telegramme/WLSPDACK_Ausl000002_KW-1002_Beispiel.json</w:t>
      </w:r>
    </w:p>
    <w:p>
      <w:pPr>
        <w:pStyle w:val="Heading2"/>
      </w:pPr>
      <w:r>
        <w:t>12.3 Beispiel Ausl000003: Seriennummer und Fehlmenge</w:t>
      </w:r>
    </w:p>
    <w:p>
      <w:r>
        <w:t>KT5G: bestellt 8, im Lift nur 6, Fehlmenge 2 mit Differenzgrund. LT-K3203 vollständig. M0401-48 als Serienartikel: einmal freie Wahl (Seriennummer wird am Lift gescannt), einmal eine bestimmte Seriennummer.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846"/>
        <w:gridCol w:w="5678"/>
      </w:tblGrid>
      <w:tr>
        <w:trPr>
          <w:tblHeader w:val="true"/>
        </w:trPr>
        <w:tc>
          <w:tcPr>
            <w:tcW w:type="dxa" w:w="3846"/>
            <w:shd w:val="clear" w:color="auto" w:fill="FEEE19"/>
          </w:tcPr>
          <w:p>
            <w:pPr>
              <w:spacing w:after="0"/>
            </w:pPr>
            <w:r>
              <w:rPr>
                <w:b/>
                <w:sz w:val="17"/>
              </w:rPr>
              <w:t>Kopf</w:t>
            </w:r>
          </w:p>
        </w:tc>
        <w:tc>
          <w:tcPr>
            <w:tcW w:type="dxa" w:w="5678"/>
            <w:shd w:val="clear" w:color="auto" w:fill="FEEE19"/>
          </w:tcPr>
          <w:p>
            <w:pPr>
              <w:spacing w:after="0"/>
            </w:pPr>
            <w:r>
              <w:rPr>
                <w:b/>
                <w:sz w:val="17"/>
              </w:rPr>
              <w:t>Wert</w:t>
            </w:r>
          </w:p>
        </w:tc>
      </w:tr>
      <w:tr>
        <w:tc>
          <w:tcPr>
            <w:tcW w:type="dxa" w:w="3846"/>
          </w:tcPr>
          <w:p>
            <w:pPr>
              <w:spacing w:after="0" w:line="252" w:lineRule="auto"/>
            </w:pPr>
            <w:r>
              <w:rPr>
                <w:sz w:val="17"/>
              </w:rPr>
              <w:t>demandNo</w:t>
            </w:r>
          </w:p>
        </w:tc>
        <w:tc>
          <w:tcPr>
            <w:tcW w:type="dxa" w:w="5678"/>
          </w:tcPr>
          <w:p>
            <w:pPr>
              <w:spacing w:after="0" w:line="252" w:lineRule="auto"/>
            </w:pPr>
            <w:r>
              <w:rPr>
                <w:rFonts w:ascii="Consolas" w:hAnsi="Consolas" w:cs="Consolas" w:eastAsia="Consolas"/>
                <w:sz w:val="15"/>
              </w:rPr>
              <w:t>Ausl000003</w:t>
            </w:r>
          </w:p>
        </w:tc>
      </w:tr>
      <w:tr>
        <w:tc>
          <w:tcPr>
            <w:tcW w:type="dxa" w:w="3846"/>
          </w:tcPr>
          <w:p>
            <w:pPr>
              <w:spacing w:after="0" w:line="252" w:lineRule="auto"/>
            </w:pPr>
            <w:r>
              <w:rPr>
                <w:sz w:val="17"/>
              </w:rPr>
              <w:t>noteNo (Lieferschein)</w:t>
            </w:r>
          </w:p>
        </w:tc>
        <w:tc>
          <w:tcPr>
            <w:tcW w:type="dxa" w:w="5678"/>
          </w:tcPr>
          <w:p>
            <w:pPr>
              <w:spacing w:after="0" w:line="252" w:lineRule="auto"/>
            </w:pPr>
            <w:r>
              <w:rPr>
                <w:rFonts w:ascii="Consolas" w:hAnsi="Consolas" w:cs="Consolas" w:eastAsia="Consolas"/>
                <w:sz w:val="15"/>
              </w:rPr>
              <w:t>WA-AKU-2003</w:t>
            </w:r>
          </w:p>
        </w:tc>
      </w:tr>
      <w:tr>
        <w:tc>
          <w:tcPr>
            <w:tcW w:type="dxa" w:w="3846"/>
          </w:tcPr>
          <w:p>
            <w:pPr>
              <w:spacing w:after="0" w:line="252" w:lineRule="auto"/>
            </w:pPr>
            <w:r>
              <w:rPr>
                <w:sz w:val="17"/>
              </w:rPr>
              <w:t>Wagen (WAGE)</w:t>
            </w:r>
          </w:p>
        </w:tc>
        <w:tc>
          <w:tcPr>
            <w:tcW w:type="dxa" w:w="5678"/>
          </w:tcPr>
          <w:p>
            <w:pPr>
              <w:spacing w:after="0" w:line="252" w:lineRule="auto"/>
            </w:pPr>
            <w:r>
              <w:rPr>
                <w:rFonts w:ascii="Consolas" w:hAnsi="Consolas" w:cs="Consolas" w:eastAsia="Consolas"/>
                <w:sz w:val="15"/>
              </w:rPr>
              <w:t>KW-1003</w:t>
            </w:r>
          </w:p>
        </w:tc>
      </w:tr>
      <w:tr>
        <w:tc>
          <w:tcPr>
            <w:tcW w:type="dxa" w:w="3846"/>
          </w:tcPr>
          <w:p>
            <w:pPr>
              <w:spacing w:after="0" w:line="252" w:lineRule="auto"/>
            </w:pPr>
            <w:r>
              <w:rPr>
                <w:sz w:val="17"/>
              </w:rPr>
              <w:t>priority</w:t>
            </w:r>
          </w:p>
        </w:tc>
        <w:tc>
          <w:tcPr>
            <w:tcW w:type="dxa" w:w="5678"/>
          </w:tcPr>
          <w:p>
            <w:pPr>
              <w:spacing w:after="0" w:line="252" w:lineRule="auto"/>
            </w:pPr>
            <w:r>
              <w:rPr>
                <w:sz w:val="17"/>
              </w:rPr>
              <w:t>7</w:t>
            </w:r>
          </w:p>
        </w:tc>
      </w:tr>
      <w:tr>
        <w:tc>
          <w:tcPr>
            <w:tcW w:type="dxa" w:w="3846"/>
          </w:tcPr>
          <w:p>
            <w:pPr>
              <w:spacing w:after="0" w:line="252" w:lineRule="auto"/>
            </w:pPr>
            <w:r>
              <w:rPr>
                <w:sz w:val="17"/>
              </w:rPr>
              <w:t>deliveryTime</w:t>
            </w:r>
          </w:p>
        </w:tc>
        <w:tc>
          <w:tcPr>
            <w:tcW w:type="dxa" w:w="5678"/>
          </w:tcPr>
          <w:p>
            <w:pPr>
              <w:spacing w:after="0" w:line="252" w:lineRule="auto"/>
            </w:pPr>
            <w:r>
              <w:rPr>
                <w:rFonts w:ascii="Consolas" w:hAnsi="Consolas" w:cs="Consolas" w:eastAsia="Consolas"/>
                <w:sz w:val="15"/>
              </w:rPr>
              <w:t>202610151500</w:t>
            </w:r>
            <w:r>
              <w:rPr>
                <w:sz w:val="17"/>
              </w:rPr>
              <w:t xml:space="preserve"> (15.10.2026 15:00)</w:t>
            </w:r>
          </w:p>
        </w:tc>
      </w:tr>
      <w:tr>
        <w:tc>
          <w:tcPr>
            <w:tcW w:type="dxa" w:w="3846"/>
          </w:tcPr>
          <w:p>
            <w:pPr>
              <w:spacing w:after="0" w:line="252" w:lineRule="auto"/>
            </w:pPr>
            <w:r>
              <w:rPr>
                <w:sz w:val="17"/>
              </w:rPr>
              <w:t>info / info2</w:t>
            </w:r>
          </w:p>
        </w:tc>
        <w:tc>
          <w:tcPr>
            <w:tcW w:type="dxa" w:w="5678"/>
          </w:tcPr>
          <w:p>
            <w:pPr>
              <w:spacing w:after="0" w:line="252" w:lineRule="auto"/>
            </w:pPr>
            <w:r>
              <w:rPr>
                <w:sz w:val="17"/>
              </w:rPr>
              <w:t>Wagen KW-1003 / (leer)</w:t>
            </w:r>
          </w:p>
        </w:tc>
      </w:tr>
    </w:tbl>
    <w:p>
      <w:pPr>
        <w:pStyle w:val="BeschriftungSSI"/>
      </w:pPr>
      <w:r>
        <w:t>Tab. 22: Beispiel Ausl000003: Seriennummer und Fehlmenge</w:t>
      </w:r>
    </w:p>
    <w:p>
      <w:pPr>
        <w:pStyle w:val="Heading3"/>
      </w:pPr>
      <w:r>
        <w:t>12.3.1 Bestand im Lift vorher (Beispiel)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32"/>
        <w:gridCol w:w="1119"/>
        <w:gridCol w:w="781"/>
        <w:gridCol w:w="894"/>
        <w:gridCol w:w="894"/>
        <w:gridCol w:w="1007"/>
        <w:gridCol w:w="668"/>
        <w:gridCol w:w="1345"/>
        <w:gridCol w:w="1582"/>
      </w:tblGrid>
      <w:tr>
        <w:trPr>
          <w:tblHeader w:val="true"/>
        </w:trPr>
        <w:tc>
          <w:tcPr>
            <w:tcW w:type="dxa" w:w="1233"/>
            <w:shd w:val="clear" w:color="auto" w:fill="FEEE19"/>
          </w:tcPr>
          <w:p>
            <w:pPr>
              <w:spacing w:after="0"/>
            </w:pPr>
            <w:r>
              <w:rPr>
                <w:b/>
                <w:sz w:val="17"/>
              </w:rPr>
              <w:t>Behälter</w:t>
            </w:r>
          </w:p>
        </w:tc>
        <w:tc>
          <w:tcPr>
            <w:tcW w:type="dxa" w:w="1120"/>
            <w:shd w:val="clear" w:color="auto" w:fill="FEEE19"/>
          </w:tcPr>
          <w:p>
            <w:pPr>
              <w:spacing w:after="0"/>
            </w:pPr>
            <w:r>
              <w:rPr>
                <w:b/>
                <w:sz w:val="17"/>
              </w:rPr>
              <w:t>Artikel</w:t>
            </w:r>
          </w:p>
        </w:tc>
        <w:tc>
          <w:tcPr>
            <w:tcW w:type="dxa" w:w="781"/>
            <w:shd w:val="clear" w:color="auto" w:fill="FEEE19"/>
          </w:tcPr>
          <w:p>
            <w:pPr>
              <w:spacing w:after="0"/>
            </w:pPr>
            <w:r>
              <w:rPr>
                <w:b/>
                <w:sz w:val="17"/>
              </w:rPr>
              <w:t>Tray</w:t>
            </w:r>
          </w:p>
        </w:tc>
        <w:tc>
          <w:tcPr>
            <w:tcW w:type="dxa" w:w="894"/>
            <w:shd w:val="clear" w:color="auto" w:fill="FEEE19"/>
          </w:tcPr>
          <w:p>
            <w:pPr>
              <w:spacing w:after="0"/>
            </w:pPr>
            <w:r>
              <w:rPr>
                <w:b/>
                <w:sz w:val="17"/>
              </w:rPr>
              <w:t>Platz</w:t>
            </w:r>
          </w:p>
        </w:tc>
        <w:tc>
          <w:tcPr>
            <w:tcW w:type="dxa" w:w="894"/>
            <w:shd w:val="clear" w:color="auto" w:fill="FEEE19"/>
          </w:tcPr>
          <w:p>
            <w:pPr>
              <w:spacing w:after="0"/>
            </w:pPr>
            <w:r>
              <w:rPr>
                <w:b/>
                <w:sz w:val="17"/>
              </w:rPr>
              <w:t>Menge</w:t>
            </w:r>
          </w:p>
        </w:tc>
        <w:tc>
          <w:tcPr>
            <w:tcW w:type="dxa" w:w="1007"/>
            <w:shd w:val="clear" w:color="auto" w:fill="FEEE19"/>
          </w:tcPr>
          <w:p>
            <w:pPr>
              <w:spacing w:after="0"/>
            </w:pPr>
            <w:r>
              <w:rPr>
                <w:b/>
                <w:sz w:val="17"/>
              </w:rPr>
              <w:t>Charge</w:t>
            </w:r>
          </w:p>
        </w:tc>
        <w:tc>
          <w:tcPr>
            <w:tcW w:type="dxa" w:w="669"/>
            <w:shd w:val="clear" w:color="auto" w:fill="FEEE19"/>
          </w:tcPr>
          <w:p>
            <w:pPr>
              <w:spacing w:after="0"/>
            </w:pPr>
            <w:r>
              <w:rPr>
                <w:b/>
                <w:sz w:val="17"/>
              </w:rPr>
              <w:t>MHD</w:t>
            </w:r>
          </w:p>
        </w:tc>
        <w:tc>
          <w:tcPr>
            <w:tcW w:type="dxa" w:w="1345"/>
            <w:shd w:val="clear" w:color="auto" w:fill="FEEE19"/>
          </w:tcPr>
          <w:p>
            <w:pPr>
              <w:spacing w:after="0"/>
            </w:pPr>
            <w:r>
              <w:rPr>
                <w:b/>
                <w:sz w:val="17"/>
              </w:rPr>
              <w:t>Seriennr.</w:t>
            </w:r>
          </w:p>
        </w:tc>
        <w:tc>
          <w:tcPr>
            <w:tcW w:type="dxa" w:w="1582"/>
            <w:shd w:val="clear" w:color="auto" w:fill="FEEE19"/>
          </w:tcPr>
          <w:p>
            <w:pPr>
              <w:spacing w:after="0"/>
            </w:pPr>
            <w:r>
              <w:rPr>
                <w:b/>
                <w:sz w:val="17"/>
              </w:rPr>
              <w:t>Herkunft</w:t>
            </w:r>
          </w:p>
        </w:tc>
      </w:tr>
      <w:tr>
        <w:tc>
          <w:tcPr>
            <w:tcW w:type="dxa" w:w="1233"/>
          </w:tcPr>
          <w:p>
            <w:pPr>
              <w:spacing w:after="0" w:line="252" w:lineRule="auto"/>
            </w:pPr>
            <w:r>
              <w:rPr>
                <w:rFonts w:ascii="Consolas" w:hAnsi="Consolas" w:cs="Consolas" w:eastAsia="Consolas"/>
                <w:sz w:val="15"/>
              </w:rPr>
              <w:t>LU000301</w:t>
            </w:r>
          </w:p>
        </w:tc>
        <w:tc>
          <w:tcPr>
            <w:tcW w:type="dxa" w:w="1120"/>
          </w:tcPr>
          <w:p>
            <w:pPr>
              <w:spacing w:after="0" w:line="252" w:lineRule="auto"/>
            </w:pPr>
            <w:r>
              <w:rPr>
                <w:sz w:val="17"/>
              </w:rPr>
              <w:t>KT5G</w:t>
            </w:r>
          </w:p>
        </w:tc>
        <w:tc>
          <w:tcPr>
            <w:tcW w:type="dxa" w:w="781"/>
          </w:tcPr>
          <w:p>
            <w:pPr>
              <w:spacing w:after="0" w:line="252" w:lineRule="auto"/>
            </w:pPr>
            <w:r>
              <w:rPr>
                <w:sz w:val="17"/>
              </w:rPr>
              <w:t>21</w:t>
            </w:r>
          </w:p>
        </w:tc>
        <w:tc>
          <w:tcPr>
            <w:tcW w:type="dxa" w:w="894"/>
          </w:tcPr>
          <w:p>
            <w:pPr>
              <w:spacing w:after="0" w:line="252" w:lineRule="auto"/>
            </w:pPr>
            <w:r>
              <w:rPr>
                <w:rFonts w:ascii="Consolas" w:hAnsi="Consolas" w:cs="Consolas" w:eastAsia="Consolas"/>
                <w:sz w:val="15"/>
              </w:rPr>
              <w:t>LM01-T021-01</w:t>
            </w:r>
          </w:p>
        </w:tc>
        <w:tc>
          <w:tcPr>
            <w:tcW w:type="dxa" w:w="894"/>
          </w:tcPr>
          <w:p>
            <w:pPr>
              <w:spacing w:after="0" w:line="252" w:lineRule="auto"/>
            </w:pPr>
            <w:r>
              <w:rPr>
                <w:sz w:val="17"/>
              </w:rPr>
              <w:t>6</w:t>
            </w:r>
          </w:p>
        </w:tc>
        <w:tc>
          <w:tcPr>
            <w:tcW w:type="dxa" w:w="1007"/>
          </w:tcPr>
          <w:p>
            <w:pPr>
              <w:spacing w:after="0" w:line="252" w:lineRule="auto"/>
            </w:pPr>
            <w:r>
              <w:rPr>
                <w:sz w:val="17"/>
              </w:rPr>
              <w:t>-</w:t>
            </w:r>
          </w:p>
        </w:tc>
        <w:tc>
          <w:tcPr>
            <w:tcW w:type="dxa" w:w="669"/>
          </w:tcPr>
          <w:p>
            <w:pPr>
              <w:spacing w:after="0" w:line="252" w:lineRule="auto"/>
            </w:pPr>
            <w:r>
              <w:rPr>
                <w:sz w:val="17"/>
              </w:rPr>
              <w:t>-</w:t>
            </w:r>
          </w:p>
        </w:tc>
        <w:tc>
          <w:tcPr>
            <w:tcW w:type="dxa" w:w="1345"/>
          </w:tcPr>
          <w:p>
            <w:pPr>
              <w:spacing w:after="0" w:line="252" w:lineRule="auto"/>
            </w:pPr>
            <w:r>
              <w:rPr>
                <w:sz w:val="17"/>
              </w:rPr>
              <w:t>-</w:t>
            </w:r>
          </w:p>
        </w:tc>
        <w:tc>
          <w:tcPr>
            <w:tcW w:type="dxa" w:w="1582"/>
          </w:tcPr>
          <w:p>
            <w:pPr>
              <w:spacing w:after="0" w:line="252" w:lineRule="auto"/>
            </w:pPr>
            <w:r>
              <w:rPr>
                <w:sz w:val="17"/>
              </w:rPr>
              <w:t>Einl000033 A2</w:t>
            </w:r>
          </w:p>
        </w:tc>
      </w:tr>
      <w:tr>
        <w:tc>
          <w:tcPr>
            <w:tcW w:type="dxa" w:w="1233"/>
          </w:tcPr>
          <w:p>
            <w:pPr>
              <w:spacing w:after="0" w:line="252" w:lineRule="auto"/>
            </w:pPr>
            <w:r>
              <w:rPr>
                <w:rFonts w:ascii="Consolas" w:hAnsi="Consolas" w:cs="Consolas" w:eastAsia="Consolas"/>
                <w:sz w:val="15"/>
              </w:rPr>
              <w:t>LU000302</w:t>
            </w:r>
          </w:p>
        </w:tc>
        <w:tc>
          <w:tcPr>
            <w:tcW w:type="dxa" w:w="1120"/>
          </w:tcPr>
          <w:p>
            <w:pPr>
              <w:spacing w:after="0" w:line="252" w:lineRule="auto"/>
            </w:pPr>
            <w:r>
              <w:rPr>
                <w:sz w:val="17"/>
              </w:rPr>
              <w:t>LT-K3203</w:t>
            </w:r>
          </w:p>
        </w:tc>
        <w:tc>
          <w:tcPr>
            <w:tcW w:type="dxa" w:w="781"/>
          </w:tcPr>
          <w:p>
            <w:pPr>
              <w:spacing w:after="0" w:line="252" w:lineRule="auto"/>
            </w:pPr>
            <w:r>
              <w:rPr>
                <w:sz w:val="17"/>
              </w:rPr>
              <w:t>21</w:t>
            </w:r>
          </w:p>
        </w:tc>
        <w:tc>
          <w:tcPr>
            <w:tcW w:type="dxa" w:w="894"/>
          </w:tcPr>
          <w:p>
            <w:pPr>
              <w:spacing w:after="0" w:line="252" w:lineRule="auto"/>
            </w:pPr>
            <w:r>
              <w:rPr>
                <w:rFonts w:ascii="Consolas" w:hAnsi="Consolas" w:cs="Consolas" w:eastAsia="Consolas"/>
                <w:sz w:val="15"/>
              </w:rPr>
              <w:t>LM01-T021-02</w:t>
            </w:r>
          </w:p>
        </w:tc>
        <w:tc>
          <w:tcPr>
            <w:tcW w:type="dxa" w:w="894"/>
          </w:tcPr>
          <w:p>
            <w:pPr>
              <w:spacing w:after="0" w:line="252" w:lineRule="auto"/>
            </w:pPr>
            <w:r>
              <w:rPr>
                <w:sz w:val="17"/>
              </w:rPr>
              <w:t>12</w:t>
            </w:r>
          </w:p>
        </w:tc>
        <w:tc>
          <w:tcPr>
            <w:tcW w:type="dxa" w:w="1007"/>
          </w:tcPr>
          <w:p>
            <w:pPr>
              <w:spacing w:after="0" w:line="252" w:lineRule="auto"/>
            </w:pPr>
            <w:r>
              <w:rPr>
                <w:sz w:val="17"/>
              </w:rPr>
              <w:t>-</w:t>
            </w:r>
          </w:p>
        </w:tc>
        <w:tc>
          <w:tcPr>
            <w:tcW w:type="dxa" w:w="669"/>
          </w:tcPr>
          <w:p>
            <w:pPr>
              <w:spacing w:after="0" w:line="252" w:lineRule="auto"/>
            </w:pPr>
            <w:r>
              <w:rPr>
                <w:sz w:val="17"/>
              </w:rPr>
              <w:t>-</w:t>
            </w:r>
          </w:p>
        </w:tc>
        <w:tc>
          <w:tcPr>
            <w:tcW w:type="dxa" w:w="1345"/>
          </w:tcPr>
          <w:p>
            <w:pPr>
              <w:spacing w:after="0" w:line="252" w:lineRule="auto"/>
            </w:pPr>
            <w:r>
              <w:rPr>
                <w:sz w:val="17"/>
              </w:rPr>
              <w:t>-</w:t>
            </w:r>
          </w:p>
        </w:tc>
        <w:tc>
          <w:tcPr>
            <w:tcW w:type="dxa" w:w="1582"/>
          </w:tcPr>
          <w:p>
            <w:pPr>
              <w:spacing w:after="0" w:line="252" w:lineRule="auto"/>
            </w:pPr>
            <w:r>
              <w:rPr>
                <w:sz w:val="17"/>
              </w:rPr>
              <w:t>Einl000033 B1</w:t>
            </w:r>
          </w:p>
        </w:tc>
      </w:tr>
      <w:tr>
        <w:tc>
          <w:tcPr>
            <w:tcW w:type="dxa" w:w="1233"/>
          </w:tcPr>
          <w:p>
            <w:pPr>
              <w:spacing w:after="0" w:line="252" w:lineRule="auto"/>
            </w:pPr>
            <w:r>
              <w:rPr>
                <w:rFonts w:ascii="Consolas" w:hAnsi="Consolas" w:cs="Consolas" w:eastAsia="Consolas"/>
                <w:sz w:val="15"/>
              </w:rPr>
              <w:t>LU000401</w:t>
            </w:r>
          </w:p>
        </w:tc>
        <w:tc>
          <w:tcPr>
            <w:tcW w:type="dxa" w:w="1120"/>
          </w:tcPr>
          <w:p>
            <w:pPr>
              <w:spacing w:after="0" w:line="252" w:lineRule="auto"/>
            </w:pPr>
            <w:r>
              <w:rPr>
                <w:sz w:val="17"/>
              </w:rPr>
              <w:t>M0401-48</w:t>
            </w:r>
          </w:p>
        </w:tc>
        <w:tc>
          <w:tcPr>
            <w:tcW w:type="dxa" w:w="781"/>
          </w:tcPr>
          <w:p>
            <w:pPr>
              <w:spacing w:after="0" w:line="252" w:lineRule="auto"/>
            </w:pPr>
            <w:r>
              <w:rPr>
                <w:sz w:val="17"/>
              </w:rPr>
              <w:t>30</w:t>
            </w:r>
          </w:p>
        </w:tc>
        <w:tc>
          <w:tcPr>
            <w:tcW w:type="dxa" w:w="894"/>
          </w:tcPr>
          <w:p>
            <w:pPr>
              <w:spacing w:after="0" w:line="252" w:lineRule="auto"/>
            </w:pPr>
            <w:r>
              <w:rPr>
                <w:rFonts w:ascii="Consolas" w:hAnsi="Consolas" w:cs="Consolas" w:eastAsia="Consolas"/>
                <w:sz w:val="15"/>
              </w:rPr>
              <w:t>LM01-T030-01</w:t>
            </w:r>
          </w:p>
        </w:tc>
        <w:tc>
          <w:tcPr>
            <w:tcW w:type="dxa" w:w="894"/>
          </w:tcPr>
          <w:p>
            <w:pPr>
              <w:spacing w:after="0" w:line="252" w:lineRule="auto"/>
            </w:pPr>
            <w:r>
              <w:rPr>
                <w:sz w:val="17"/>
              </w:rPr>
              <w:t>1</w:t>
            </w:r>
          </w:p>
        </w:tc>
        <w:tc>
          <w:tcPr>
            <w:tcW w:type="dxa" w:w="1007"/>
          </w:tcPr>
          <w:p>
            <w:pPr>
              <w:spacing w:after="0" w:line="252" w:lineRule="auto"/>
            </w:pPr>
            <w:r>
              <w:rPr>
                <w:sz w:val="17"/>
              </w:rPr>
              <w:t>-</w:t>
            </w:r>
          </w:p>
        </w:tc>
        <w:tc>
          <w:tcPr>
            <w:tcW w:type="dxa" w:w="669"/>
          </w:tcPr>
          <w:p>
            <w:pPr>
              <w:spacing w:after="0" w:line="252" w:lineRule="auto"/>
            </w:pPr>
            <w:r>
              <w:rPr>
                <w:sz w:val="17"/>
              </w:rPr>
              <w:t>-</w:t>
            </w:r>
          </w:p>
        </w:tc>
        <w:tc>
          <w:tcPr>
            <w:tcW w:type="dxa" w:w="1345"/>
          </w:tcPr>
          <w:p>
            <w:pPr>
              <w:spacing w:after="0" w:line="252" w:lineRule="auto"/>
            </w:pPr>
            <w:r>
              <w:rPr>
                <w:sz w:val="17"/>
              </w:rPr>
              <w:t>LB48-000117</w:t>
            </w:r>
          </w:p>
        </w:tc>
        <w:tc>
          <w:tcPr>
            <w:tcW w:type="dxa" w:w="1582"/>
          </w:tcPr>
          <w:p>
            <w:pPr>
              <w:spacing w:after="0" w:line="252" w:lineRule="auto"/>
            </w:pPr>
            <w:r>
              <w:rPr>
                <w:sz w:val="17"/>
              </w:rPr>
              <w:t>Altbestand (Seriennummer Beispiel)</w:t>
            </w:r>
          </w:p>
        </w:tc>
      </w:tr>
      <w:tr>
        <w:tc>
          <w:tcPr>
            <w:tcW w:type="dxa" w:w="1233"/>
          </w:tcPr>
          <w:p>
            <w:pPr>
              <w:spacing w:after="0" w:line="252" w:lineRule="auto"/>
            </w:pPr>
            <w:r>
              <w:rPr>
                <w:rFonts w:ascii="Consolas" w:hAnsi="Consolas" w:cs="Consolas" w:eastAsia="Consolas"/>
                <w:sz w:val="15"/>
              </w:rPr>
              <w:t>LU000402</w:t>
            </w:r>
          </w:p>
        </w:tc>
        <w:tc>
          <w:tcPr>
            <w:tcW w:type="dxa" w:w="1120"/>
          </w:tcPr>
          <w:p>
            <w:pPr>
              <w:spacing w:after="0" w:line="252" w:lineRule="auto"/>
            </w:pPr>
            <w:r>
              <w:rPr>
                <w:sz w:val="17"/>
              </w:rPr>
              <w:t>M0401-48</w:t>
            </w:r>
          </w:p>
        </w:tc>
        <w:tc>
          <w:tcPr>
            <w:tcW w:type="dxa" w:w="781"/>
          </w:tcPr>
          <w:p>
            <w:pPr>
              <w:spacing w:after="0" w:line="252" w:lineRule="auto"/>
            </w:pPr>
            <w:r>
              <w:rPr>
                <w:sz w:val="17"/>
              </w:rPr>
              <w:t>30</w:t>
            </w:r>
          </w:p>
        </w:tc>
        <w:tc>
          <w:tcPr>
            <w:tcW w:type="dxa" w:w="894"/>
          </w:tcPr>
          <w:p>
            <w:pPr>
              <w:spacing w:after="0" w:line="252" w:lineRule="auto"/>
            </w:pPr>
            <w:r>
              <w:rPr>
                <w:rFonts w:ascii="Consolas" w:hAnsi="Consolas" w:cs="Consolas" w:eastAsia="Consolas"/>
                <w:sz w:val="15"/>
              </w:rPr>
              <w:t>LM01-T030-02</w:t>
            </w:r>
          </w:p>
        </w:tc>
        <w:tc>
          <w:tcPr>
            <w:tcW w:type="dxa" w:w="894"/>
          </w:tcPr>
          <w:p>
            <w:pPr>
              <w:spacing w:after="0" w:line="252" w:lineRule="auto"/>
            </w:pPr>
            <w:r>
              <w:rPr>
                <w:sz w:val="17"/>
              </w:rPr>
              <w:t>1</w:t>
            </w:r>
          </w:p>
        </w:tc>
        <w:tc>
          <w:tcPr>
            <w:tcW w:type="dxa" w:w="1007"/>
          </w:tcPr>
          <w:p>
            <w:pPr>
              <w:spacing w:after="0" w:line="252" w:lineRule="auto"/>
            </w:pPr>
            <w:r>
              <w:rPr>
                <w:sz w:val="17"/>
              </w:rPr>
              <w:t>-</w:t>
            </w:r>
          </w:p>
        </w:tc>
        <w:tc>
          <w:tcPr>
            <w:tcW w:type="dxa" w:w="669"/>
          </w:tcPr>
          <w:p>
            <w:pPr>
              <w:spacing w:after="0" w:line="252" w:lineRule="auto"/>
            </w:pPr>
            <w:r>
              <w:rPr>
                <w:sz w:val="17"/>
              </w:rPr>
              <w:t>-</w:t>
            </w:r>
          </w:p>
        </w:tc>
        <w:tc>
          <w:tcPr>
            <w:tcW w:type="dxa" w:w="1345"/>
          </w:tcPr>
          <w:p>
            <w:pPr>
              <w:spacing w:after="0" w:line="252" w:lineRule="auto"/>
            </w:pPr>
            <w:r>
              <w:rPr>
                <w:sz w:val="17"/>
              </w:rPr>
              <w:t>LB48-000118</w:t>
            </w:r>
          </w:p>
        </w:tc>
        <w:tc>
          <w:tcPr>
            <w:tcW w:type="dxa" w:w="1582"/>
          </w:tcPr>
          <w:p>
            <w:pPr>
              <w:spacing w:after="0" w:line="252" w:lineRule="auto"/>
            </w:pPr>
            <w:r>
              <w:rPr>
                <w:sz w:val="17"/>
              </w:rPr>
              <w:t>Altbestand (Seriennummer Beispiel)</w:t>
            </w:r>
          </w:p>
        </w:tc>
      </w:tr>
      <w:tr>
        <w:tc>
          <w:tcPr>
            <w:tcW w:type="dxa" w:w="1233"/>
          </w:tcPr>
          <w:p>
            <w:pPr>
              <w:spacing w:after="0" w:line="252" w:lineRule="auto"/>
            </w:pPr>
            <w:r>
              <w:rPr>
                <w:rFonts w:ascii="Consolas" w:hAnsi="Consolas" w:cs="Consolas" w:eastAsia="Consolas"/>
                <w:sz w:val="15"/>
              </w:rPr>
              <w:t>LU000403</w:t>
            </w:r>
          </w:p>
        </w:tc>
        <w:tc>
          <w:tcPr>
            <w:tcW w:type="dxa" w:w="1120"/>
          </w:tcPr>
          <w:p>
            <w:pPr>
              <w:spacing w:after="0" w:line="252" w:lineRule="auto"/>
            </w:pPr>
            <w:r>
              <w:rPr>
                <w:sz w:val="17"/>
              </w:rPr>
              <w:t>M0401-48</w:t>
            </w:r>
          </w:p>
        </w:tc>
        <w:tc>
          <w:tcPr>
            <w:tcW w:type="dxa" w:w="781"/>
          </w:tcPr>
          <w:p>
            <w:pPr>
              <w:spacing w:after="0" w:line="252" w:lineRule="auto"/>
            </w:pPr>
            <w:r>
              <w:rPr>
                <w:sz w:val="17"/>
              </w:rPr>
              <w:t>30</w:t>
            </w:r>
          </w:p>
        </w:tc>
        <w:tc>
          <w:tcPr>
            <w:tcW w:type="dxa" w:w="894"/>
          </w:tcPr>
          <w:p>
            <w:pPr>
              <w:spacing w:after="0" w:line="252" w:lineRule="auto"/>
            </w:pPr>
            <w:r>
              <w:rPr>
                <w:rFonts w:ascii="Consolas" w:hAnsi="Consolas" w:cs="Consolas" w:eastAsia="Consolas"/>
                <w:sz w:val="15"/>
              </w:rPr>
              <w:t>LM01-T030-03</w:t>
            </w:r>
          </w:p>
        </w:tc>
        <w:tc>
          <w:tcPr>
            <w:tcW w:type="dxa" w:w="894"/>
          </w:tcPr>
          <w:p>
            <w:pPr>
              <w:spacing w:after="0" w:line="252" w:lineRule="auto"/>
            </w:pPr>
            <w:r>
              <w:rPr>
                <w:sz w:val="17"/>
              </w:rPr>
              <w:t>1</w:t>
            </w:r>
          </w:p>
        </w:tc>
        <w:tc>
          <w:tcPr>
            <w:tcW w:type="dxa" w:w="1007"/>
          </w:tcPr>
          <w:p>
            <w:pPr>
              <w:spacing w:after="0" w:line="252" w:lineRule="auto"/>
            </w:pPr>
            <w:r>
              <w:rPr>
                <w:sz w:val="17"/>
              </w:rPr>
              <w:t>-</w:t>
            </w:r>
          </w:p>
        </w:tc>
        <w:tc>
          <w:tcPr>
            <w:tcW w:type="dxa" w:w="669"/>
          </w:tcPr>
          <w:p>
            <w:pPr>
              <w:spacing w:after="0" w:line="252" w:lineRule="auto"/>
            </w:pPr>
            <w:r>
              <w:rPr>
                <w:sz w:val="17"/>
              </w:rPr>
              <w:t>-</w:t>
            </w:r>
          </w:p>
        </w:tc>
        <w:tc>
          <w:tcPr>
            <w:tcW w:type="dxa" w:w="1345"/>
          </w:tcPr>
          <w:p>
            <w:pPr>
              <w:spacing w:after="0" w:line="252" w:lineRule="auto"/>
            </w:pPr>
            <w:r>
              <w:rPr>
                <w:sz w:val="17"/>
              </w:rPr>
              <w:t>LB48-000121</w:t>
            </w:r>
          </w:p>
        </w:tc>
        <w:tc>
          <w:tcPr>
            <w:tcW w:type="dxa" w:w="1582"/>
          </w:tcPr>
          <w:p>
            <w:pPr>
              <w:spacing w:after="0" w:line="252" w:lineRule="auto"/>
            </w:pPr>
            <w:r>
              <w:rPr>
                <w:sz w:val="17"/>
              </w:rPr>
              <w:t>Altbestand (Seriennummer Beispiel)</w:t>
            </w:r>
          </w:p>
        </w:tc>
      </w:tr>
    </w:tbl>
    <w:p>
      <w:pPr>
        <w:pStyle w:val="BeschriftungSSI"/>
      </w:pPr>
      <w:r>
        <w:t>Tab. 23: Bestand im Lift vorher (Beispiel)</w:t>
      </w:r>
    </w:p>
    <w:p>
      <w:pPr>
        <w:pStyle w:val="Heading3"/>
      </w:pPr>
      <w:r>
        <w:t>12.3.2 Positionen, Zuteilung und Ergebnis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38"/>
        <w:gridCol w:w="1347"/>
        <w:gridCol w:w="866"/>
        <w:gridCol w:w="757"/>
        <w:gridCol w:w="1160"/>
        <w:gridCol w:w="1413"/>
        <w:gridCol w:w="1720"/>
        <w:gridCol w:w="1720"/>
      </w:tblGrid>
      <w:tr>
        <w:trPr>
          <w:tblHeader w:val="true"/>
        </w:trPr>
        <w:tc>
          <w:tcPr>
            <w:tcW w:type="dxa" w:w="539"/>
            <w:shd w:val="clear" w:color="auto" w:fill="FEEE19"/>
          </w:tcPr>
          <w:p>
            <w:pPr>
              <w:spacing w:after="0"/>
            </w:pPr>
            <w:r>
              <w:rPr>
                <w:b/>
                <w:sz w:val="17"/>
              </w:rPr>
              <w:t>Nr</w:t>
            </w:r>
          </w:p>
        </w:tc>
        <w:tc>
          <w:tcPr>
            <w:tcW w:type="dxa" w:w="1347"/>
            <w:shd w:val="clear" w:color="auto" w:fill="FEEE19"/>
          </w:tcPr>
          <w:p>
            <w:pPr>
              <w:spacing w:after="0"/>
            </w:pPr>
            <w:r>
              <w:rPr>
                <w:b/>
                <w:sz w:val="17"/>
              </w:rPr>
              <w:t>Artikel</w:t>
            </w:r>
          </w:p>
        </w:tc>
        <w:tc>
          <w:tcPr>
            <w:tcW w:type="dxa" w:w="867"/>
            <w:shd w:val="clear" w:color="auto" w:fill="FEEE19"/>
          </w:tcPr>
          <w:p>
            <w:pPr>
              <w:spacing w:after="0"/>
            </w:pPr>
            <w:r>
              <w:rPr>
                <w:b/>
                <w:sz w:val="17"/>
              </w:rPr>
              <w:t>Menge</w:t>
            </w:r>
          </w:p>
        </w:tc>
        <w:tc>
          <w:tcPr>
            <w:tcW w:type="dxa" w:w="757"/>
            <w:shd w:val="clear" w:color="auto" w:fill="FEEE19"/>
          </w:tcPr>
          <w:p>
            <w:pPr>
              <w:spacing w:after="0"/>
            </w:pPr>
            <w:r>
              <w:rPr>
                <w:b/>
                <w:sz w:val="17"/>
              </w:rPr>
              <w:t>Fach</w:t>
            </w:r>
          </w:p>
        </w:tc>
        <w:tc>
          <w:tcPr>
            <w:tcW w:type="dxa" w:w="1160"/>
            <w:shd w:val="clear" w:color="auto" w:fill="FEEE19"/>
          </w:tcPr>
          <w:p>
            <w:pPr>
              <w:spacing w:after="0"/>
            </w:pPr>
            <w:r>
              <w:rPr>
                <w:b/>
                <w:sz w:val="17"/>
              </w:rPr>
              <w:t>Vorgabe</w:t>
            </w:r>
          </w:p>
        </w:tc>
        <w:tc>
          <w:tcPr>
            <w:tcW w:type="dxa" w:w="1414"/>
            <w:shd w:val="clear" w:color="auto" w:fill="FEEE19"/>
          </w:tcPr>
          <w:p>
            <w:pPr>
              <w:spacing w:after="0"/>
            </w:pPr>
            <w:r>
              <w:rPr>
                <w:b/>
                <w:sz w:val="17"/>
              </w:rPr>
              <w:t>Entnahme (Behälter: Menge)</w:t>
            </w:r>
          </w:p>
        </w:tc>
        <w:tc>
          <w:tcPr>
            <w:tcW w:type="dxa" w:w="1720"/>
            <w:shd w:val="clear" w:color="auto" w:fill="FEEE19"/>
          </w:tcPr>
          <w:p>
            <w:pPr>
              <w:spacing w:after="0"/>
            </w:pPr>
            <w:r>
              <w:rPr>
                <w:b/>
                <w:sz w:val="17"/>
              </w:rPr>
              <w:t>Geliefert</w:t>
            </w:r>
          </w:p>
        </w:tc>
        <w:tc>
          <w:tcPr>
            <w:tcW w:type="dxa" w:w="1720"/>
            <w:shd w:val="clear" w:color="auto" w:fill="FEEE19"/>
          </w:tcPr>
          <w:p>
            <w:pPr>
              <w:spacing w:after="0"/>
            </w:pPr>
            <w:r>
              <w:rPr>
                <w:b/>
                <w:sz w:val="17"/>
              </w:rPr>
              <w:t>Hinweis</w:t>
            </w:r>
          </w:p>
        </w:tc>
      </w:tr>
      <w:tr>
        <w:tc>
          <w:tcPr>
            <w:tcW w:type="dxa" w:w="539"/>
          </w:tcPr>
          <w:p>
            <w:pPr>
              <w:spacing w:after="0" w:line="252" w:lineRule="auto"/>
            </w:pPr>
            <w:r>
              <w:rPr>
                <w:sz w:val="17"/>
              </w:rPr>
              <w:t>1</w:t>
            </w:r>
          </w:p>
        </w:tc>
        <w:tc>
          <w:tcPr>
            <w:tcW w:type="dxa" w:w="1347"/>
          </w:tcPr>
          <w:p>
            <w:pPr>
              <w:spacing w:after="0" w:line="252" w:lineRule="auto"/>
            </w:pPr>
            <w:r>
              <w:rPr>
                <w:b/>
                <w:sz w:val="17"/>
              </w:rPr>
              <w:t>KT5G</w:t>
            </w:r>
          </w:p>
          <w:p>
            <w:pPr>
              <w:spacing w:after="0"/>
            </w:pPr>
            <w:r>
              <w:rPr>
                <w:sz w:val="17"/>
              </w:rPr>
              <w:t>Nasara 5 cm x 32 m schwarz</w:t>
            </w:r>
          </w:p>
        </w:tc>
        <w:tc>
          <w:tcPr>
            <w:tcW w:type="dxa" w:w="867"/>
          </w:tcPr>
          <w:p>
            <w:pPr>
              <w:spacing w:after="0" w:line="252" w:lineRule="auto"/>
            </w:pPr>
            <w:r>
              <w:rPr>
                <w:sz w:val="17"/>
              </w:rPr>
              <w:t>8</w:t>
            </w:r>
          </w:p>
        </w:tc>
        <w:tc>
          <w:tcPr>
            <w:tcW w:type="dxa" w:w="757"/>
          </w:tcPr>
          <w:p>
            <w:pPr>
              <w:spacing w:after="0" w:line="252" w:lineRule="auto"/>
            </w:pPr>
            <w:r>
              <w:rPr>
                <w:b/>
                <w:sz w:val="17"/>
              </w:rPr>
              <w:t>A1</w:t>
            </w:r>
          </w:p>
        </w:tc>
        <w:tc>
          <w:tcPr>
            <w:tcW w:type="dxa" w:w="1160"/>
          </w:tcPr>
          <w:p>
            <w:pPr>
              <w:spacing w:after="0" w:line="252" w:lineRule="auto"/>
            </w:pPr>
            <w:r>
              <w:rPr>
                <w:sz w:val="17"/>
              </w:rPr>
              <w:t>keine</w:t>
            </w:r>
          </w:p>
        </w:tc>
        <w:tc>
          <w:tcPr>
            <w:tcW w:type="dxa" w:w="1414"/>
          </w:tcPr>
          <w:p>
            <w:pPr>
              <w:spacing w:after="0" w:line="252" w:lineRule="auto"/>
            </w:pPr>
            <w:r>
              <w:rPr>
                <w:rFonts w:ascii="Consolas" w:hAnsi="Consolas" w:cs="Consolas" w:eastAsia="Consolas"/>
                <w:sz w:val="15"/>
              </w:rPr>
              <w:t>LU000301</w:t>
            </w:r>
            <w:r>
              <w:rPr>
                <w:sz w:val="17"/>
              </w:rPr>
              <w:t xml:space="preserve"> Tray 21: </w:t>
            </w:r>
            <w:r>
              <w:rPr>
                <w:b/>
                <w:sz w:val="17"/>
              </w:rPr>
              <w:t>6</w:t>
            </w:r>
          </w:p>
        </w:tc>
        <w:tc>
          <w:tcPr>
            <w:tcW w:type="dxa" w:w="1720"/>
          </w:tcPr>
          <w:p>
            <w:pPr>
              <w:spacing w:after="0" w:line="252" w:lineRule="auto"/>
            </w:pPr>
            <w:r>
              <w:rPr>
                <w:b/>
                <w:sz w:val="17"/>
              </w:rPr>
              <w:t>6</w:t>
            </w:r>
            <w:r>
              <w:rPr>
                <w:sz w:val="17"/>
              </w:rPr>
              <w:t xml:space="preserve"> (DEFICIENT_QTY)</w:t>
            </w:r>
          </w:p>
        </w:tc>
        <w:tc>
          <w:tcPr>
            <w:tcW w:type="dxa" w:w="1720"/>
          </w:tcPr>
          <w:p>
            <w:pPr>
              <w:spacing w:after="0" w:line="252" w:lineRule="auto"/>
            </w:pPr>
            <w:r>
              <w:rPr>
                <w:sz w:val="17"/>
              </w:rPr>
              <w:t>Fehlmenge 2: nur 6 Rollen im Lift (Bestand aus Einl000033 A2)</w:t>
            </w:r>
          </w:p>
        </w:tc>
      </w:tr>
      <w:tr>
        <w:tc>
          <w:tcPr>
            <w:tcW w:type="dxa" w:w="539"/>
          </w:tcPr>
          <w:p>
            <w:pPr>
              <w:spacing w:after="0" w:line="252" w:lineRule="auto"/>
            </w:pPr>
            <w:r>
              <w:rPr>
                <w:sz w:val="17"/>
              </w:rPr>
              <w:t>2</w:t>
            </w:r>
          </w:p>
        </w:tc>
        <w:tc>
          <w:tcPr>
            <w:tcW w:type="dxa" w:w="1347"/>
          </w:tcPr>
          <w:p>
            <w:pPr>
              <w:spacing w:after="0" w:line="252" w:lineRule="auto"/>
            </w:pPr>
            <w:r>
              <w:rPr>
                <w:b/>
                <w:sz w:val="17"/>
              </w:rPr>
              <w:t>LT-K3203</w:t>
            </w:r>
          </w:p>
          <w:p>
            <w:pPr>
              <w:spacing w:after="0"/>
            </w:pPr>
            <w:r>
              <w:rPr>
                <w:sz w:val="17"/>
              </w:rPr>
              <w:t>Leon XXL 5 cm x 32 m beige</w:t>
            </w:r>
          </w:p>
        </w:tc>
        <w:tc>
          <w:tcPr>
            <w:tcW w:type="dxa" w:w="867"/>
          </w:tcPr>
          <w:p>
            <w:pPr>
              <w:spacing w:after="0" w:line="252" w:lineRule="auto"/>
            </w:pPr>
            <w:r>
              <w:rPr>
                <w:sz w:val="17"/>
              </w:rPr>
              <w:t>12</w:t>
            </w:r>
          </w:p>
        </w:tc>
        <w:tc>
          <w:tcPr>
            <w:tcW w:type="dxa" w:w="757"/>
          </w:tcPr>
          <w:p>
            <w:pPr>
              <w:spacing w:after="0" w:line="252" w:lineRule="auto"/>
            </w:pPr>
            <w:r>
              <w:rPr>
                <w:b/>
                <w:sz w:val="17"/>
              </w:rPr>
              <w:t>A2</w:t>
            </w:r>
          </w:p>
        </w:tc>
        <w:tc>
          <w:tcPr>
            <w:tcW w:type="dxa" w:w="1160"/>
          </w:tcPr>
          <w:p>
            <w:pPr>
              <w:spacing w:after="0" w:line="252" w:lineRule="auto"/>
            </w:pPr>
            <w:r>
              <w:rPr>
                <w:sz w:val="17"/>
              </w:rPr>
              <w:t>keine</w:t>
            </w:r>
          </w:p>
        </w:tc>
        <w:tc>
          <w:tcPr>
            <w:tcW w:type="dxa" w:w="1414"/>
          </w:tcPr>
          <w:p>
            <w:pPr>
              <w:spacing w:after="0" w:line="252" w:lineRule="auto"/>
            </w:pPr>
            <w:r>
              <w:rPr>
                <w:rFonts w:ascii="Consolas" w:hAnsi="Consolas" w:cs="Consolas" w:eastAsia="Consolas"/>
                <w:sz w:val="15"/>
              </w:rPr>
              <w:t>LU000302</w:t>
            </w:r>
            <w:r>
              <w:rPr>
                <w:sz w:val="17"/>
              </w:rPr>
              <w:t xml:space="preserve"> Tray 21: </w:t>
            </w:r>
            <w:r>
              <w:rPr>
                <w:b/>
                <w:sz w:val="17"/>
              </w:rPr>
              <w:t>12</w:t>
            </w:r>
          </w:p>
        </w:tc>
        <w:tc>
          <w:tcPr>
            <w:tcW w:type="dxa" w:w="1720"/>
          </w:tcPr>
          <w:p>
            <w:pPr>
              <w:spacing w:after="0" w:line="252" w:lineRule="auto"/>
            </w:pPr>
            <w:r>
              <w:rPr>
                <w:b/>
                <w:sz w:val="17"/>
              </w:rPr>
              <w:t>12</w:t>
            </w:r>
          </w:p>
        </w:tc>
        <w:tc>
          <w:tcPr>
            <w:tcW w:type="dxa" w:w="1720"/>
          </w:tcPr>
          <w:p>
            <w:pPr>
              <w:spacing w:after="0" w:line="252" w:lineRule="auto"/>
            </w:pPr>
            <w:r>
              <w:rPr>
                <w:sz w:val="17"/>
              </w:rPr>
              <w:t>Bestand aus Einl000033 B1</w:t>
            </w:r>
          </w:p>
        </w:tc>
      </w:tr>
      <w:tr>
        <w:tc>
          <w:tcPr>
            <w:tcW w:type="dxa" w:w="539"/>
          </w:tcPr>
          <w:p>
            <w:pPr>
              <w:spacing w:after="0" w:line="252" w:lineRule="auto"/>
            </w:pPr>
            <w:r>
              <w:rPr>
                <w:sz w:val="17"/>
              </w:rPr>
              <w:t>3</w:t>
            </w:r>
          </w:p>
        </w:tc>
        <w:tc>
          <w:tcPr>
            <w:tcW w:type="dxa" w:w="1347"/>
          </w:tcPr>
          <w:p>
            <w:pPr>
              <w:spacing w:after="0" w:line="252" w:lineRule="auto"/>
            </w:pPr>
            <w:r>
              <w:rPr>
                <w:b/>
                <w:sz w:val="17"/>
              </w:rPr>
              <w:t>M0401-48</w:t>
            </w:r>
          </w:p>
          <w:p>
            <w:pPr>
              <w:spacing w:after="0"/>
            </w:pPr>
            <w:r>
              <w:rPr>
                <w:sz w:val="17"/>
              </w:rPr>
              <w:t>Liegenbezug-mitNS-graphit-65cmx195cm</w:t>
            </w:r>
          </w:p>
        </w:tc>
        <w:tc>
          <w:tcPr>
            <w:tcW w:type="dxa" w:w="867"/>
          </w:tcPr>
          <w:p>
            <w:pPr>
              <w:spacing w:after="0" w:line="252" w:lineRule="auto"/>
            </w:pPr>
            <w:r>
              <w:rPr>
                <w:sz w:val="17"/>
              </w:rPr>
              <w:t>2</w:t>
            </w:r>
          </w:p>
        </w:tc>
        <w:tc>
          <w:tcPr>
            <w:tcW w:type="dxa" w:w="757"/>
          </w:tcPr>
          <w:p>
            <w:pPr>
              <w:spacing w:after="0" w:line="252" w:lineRule="auto"/>
            </w:pPr>
            <w:r>
              <w:rPr>
                <w:b/>
                <w:sz w:val="17"/>
              </w:rPr>
              <w:t>B1</w:t>
            </w:r>
          </w:p>
        </w:tc>
        <w:tc>
          <w:tcPr>
            <w:tcW w:type="dxa" w:w="1160"/>
          </w:tcPr>
          <w:p>
            <w:pPr>
              <w:spacing w:after="0" w:line="252" w:lineRule="auto"/>
            </w:pPr>
            <w:r>
              <w:rPr>
                <w:sz w:val="17"/>
              </w:rPr>
              <w:t>keine</w:t>
            </w:r>
          </w:p>
        </w:tc>
        <w:tc>
          <w:tcPr>
            <w:tcW w:type="dxa" w:w="1414"/>
          </w:tcPr>
          <w:p>
            <w:pPr>
              <w:spacing w:after="0" w:line="252" w:lineRule="auto"/>
            </w:pPr>
            <w:r>
              <w:rPr>
                <w:rFonts w:ascii="Consolas" w:hAnsi="Consolas" w:cs="Consolas" w:eastAsia="Consolas"/>
                <w:sz w:val="15"/>
              </w:rPr>
              <w:t>LU000401</w:t>
            </w:r>
            <w:r>
              <w:rPr>
                <w:sz w:val="17"/>
              </w:rPr>
              <w:t xml:space="preserve"> Tray 30: </w:t>
            </w:r>
            <w:r>
              <w:rPr>
                <w:b/>
                <w:sz w:val="17"/>
              </w:rPr>
              <w:t>1</w:t>
            </w:r>
            <w:r>
              <w:rPr>
                <w:sz w:val="17"/>
              </w:rPr>
              <w:t xml:space="preserve"> (LB48-000117)</w:t>
            </w:r>
          </w:p>
          <w:p>
            <w:pPr>
              <w:spacing w:after="0"/>
            </w:pPr>
            <w:r>
              <w:rPr>
                <w:rFonts w:ascii="Consolas" w:hAnsi="Consolas" w:cs="Consolas" w:eastAsia="Consolas"/>
                <w:sz w:val="15"/>
              </w:rPr>
              <w:t>LU000402</w:t>
            </w:r>
            <w:r>
              <w:rPr>
                <w:sz w:val="17"/>
              </w:rPr>
              <w:t xml:space="preserve"> Tray 30: </w:t>
            </w:r>
            <w:r>
              <w:rPr>
                <w:b/>
                <w:sz w:val="17"/>
              </w:rPr>
              <w:t>1</w:t>
            </w:r>
            <w:r>
              <w:rPr>
                <w:sz w:val="17"/>
              </w:rPr>
              <w:t xml:space="preserve"> (LB48-000118)</w:t>
            </w:r>
          </w:p>
        </w:tc>
        <w:tc>
          <w:tcPr>
            <w:tcW w:type="dxa" w:w="1720"/>
          </w:tcPr>
          <w:p>
            <w:pPr>
              <w:spacing w:after="0" w:line="252" w:lineRule="auto"/>
            </w:pPr>
            <w:r>
              <w:rPr>
                <w:b/>
                <w:sz w:val="17"/>
              </w:rPr>
              <w:t>2</w:t>
            </w:r>
          </w:p>
        </w:tc>
        <w:tc>
          <w:tcPr>
            <w:tcW w:type="dxa" w:w="1720"/>
          </w:tcPr>
          <w:p>
            <w:pPr>
              <w:spacing w:after="0" w:line="252" w:lineRule="auto"/>
            </w:pPr>
            <w:r>
              <w:rPr>
                <w:sz w:val="17"/>
              </w:rPr>
              <w:t>Serienartikel (Beispiel): Seriennummer beim Kommissionieren scannen</w:t>
            </w:r>
          </w:p>
        </w:tc>
      </w:tr>
      <w:tr>
        <w:tc>
          <w:tcPr>
            <w:tcW w:type="dxa" w:w="539"/>
          </w:tcPr>
          <w:p>
            <w:pPr>
              <w:spacing w:after="0" w:line="252" w:lineRule="auto"/>
            </w:pPr>
            <w:r>
              <w:rPr>
                <w:sz w:val="17"/>
              </w:rPr>
              <w:t>4</w:t>
            </w:r>
          </w:p>
        </w:tc>
        <w:tc>
          <w:tcPr>
            <w:tcW w:type="dxa" w:w="1347"/>
          </w:tcPr>
          <w:p>
            <w:pPr>
              <w:spacing w:after="0" w:line="252" w:lineRule="auto"/>
            </w:pPr>
            <w:r>
              <w:rPr>
                <w:b/>
                <w:sz w:val="17"/>
              </w:rPr>
              <w:t>M0401-48</w:t>
            </w:r>
          </w:p>
          <w:p>
            <w:pPr>
              <w:spacing w:after="0"/>
            </w:pPr>
            <w:r>
              <w:rPr>
                <w:sz w:val="17"/>
              </w:rPr>
              <w:t>Liegenbezug-mitNS-graphit-65cmx195cm</w:t>
            </w:r>
          </w:p>
        </w:tc>
        <w:tc>
          <w:tcPr>
            <w:tcW w:type="dxa" w:w="867"/>
          </w:tcPr>
          <w:p>
            <w:pPr>
              <w:spacing w:after="0" w:line="252" w:lineRule="auto"/>
            </w:pPr>
            <w:r>
              <w:rPr>
                <w:sz w:val="17"/>
              </w:rPr>
              <w:t>1</w:t>
            </w:r>
          </w:p>
        </w:tc>
        <w:tc>
          <w:tcPr>
            <w:tcW w:type="dxa" w:w="757"/>
          </w:tcPr>
          <w:p>
            <w:pPr>
              <w:spacing w:after="0" w:line="252" w:lineRule="auto"/>
            </w:pPr>
            <w:r>
              <w:rPr>
                <w:b/>
                <w:sz w:val="17"/>
              </w:rPr>
              <w:t>B2</w:t>
            </w:r>
          </w:p>
        </w:tc>
        <w:tc>
          <w:tcPr>
            <w:tcW w:type="dxa" w:w="1160"/>
          </w:tcPr>
          <w:p>
            <w:pPr>
              <w:spacing w:after="0" w:line="252" w:lineRule="auto"/>
            </w:pPr>
            <w:r>
              <w:rPr>
                <w:sz w:val="17"/>
              </w:rPr>
              <w:t>Seriennr. LB48-000121</w:t>
            </w:r>
          </w:p>
        </w:tc>
        <w:tc>
          <w:tcPr>
            <w:tcW w:type="dxa" w:w="1414"/>
          </w:tcPr>
          <w:p>
            <w:pPr>
              <w:spacing w:after="0" w:line="252" w:lineRule="auto"/>
            </w:pPr>
            <w:r>
              <w:rPr>
                <w:rFonts w:ascii="Consolas" w:hAnsi="Consolas" w:cs="Consolas" w:eastAsia="Consolas"/>
                <w:sz w:val="15"/>
              </w:rPr>
              <w:t>LU000403</w:t>
            </w:r>
            <w:r>
              <w:rPr>
                <w:sz w:val="17"/>
              </w:rPr>
              <w:t xml:space="preserve"> Tray 30: </w:t>
            </w:r>
            <w:r>
              <w:rPr>
                <w:b/>
                <w:sz w:val="17"/>
              </w:rPr>
              <w:t>1</w:t>
            </w:r>
            <w:r>
              <w:rPr>
                <w:sz w:val="17"/>
              </w:rPr>
              <w:t xml:space="preserve"> (LB48-000121)</w:t>
            </w:r>
          </w:p>
        </w:tc>
        <w:tc>
          <w:tcPr>
            <w:tcW w:type="dxa" w:w="1720"/>
          </w:tcPr>
          <w:p>
            <w:pPr>
              <w:spacing w:after="0" w:line="252" w:lineRule="auto"/>
            </w:pPr>
            <w:r>
              <w:rPr>
                <w:b/>
                <w:sz w:val="17"/>
              </w:rPr>
              <w:t>1</w:t>
            </w:r>
          </w:p>
        </w:tc>
        <w:tc>
          <w:tcPr>
            <w:tcW w:type="dxa" w:w="1720"/>
          </w:tcPr>
          <w:p>
            <w:pPr>
              <w:spacing w:after="0" w:line="252" w:lineRule="auto"/>
            </w:pPr>
            <w:r>
              <w:rPr>
                <w:sz w:val="17"/>
              </w:rPr>
              <w:t>bestimmte Seriennummer vorgegeben (csia1)</w:t>
            </w:r>
          </w:p>
        </w:tc>
      </w:tr>
    </w:tbl>
    <w:p>
      <w:pPr>
        <w:pStyle w:val="BeschriftungSSI"/>
      </w:pPr>
      <w:r>
        <w:t>Tab. 24: Positionen, Zuteilung und Ergebnis</w:t>
      </w:r>
    </w:p>
    <w:p>
      <w:r>
        <w:t>KT5G: bestellt 8, im Behälter nur 6. Der Kommissionierer gibt 6 ein und wählt „Fehlmenge“. Es gibt keinen weiteren Bestand, die Leitstelle schliesst den Auftrag organisatorisch ab. Rückmeldung: deliveredAmount 6, diffReason gefüllt; BC lässt 2 Rollen als Rückstand. M0401-48 Zeile 3 ohne Vorgabe: der Kommissionierer scannt die Seriennummern LB48-000117 und LB48-000118. Zeile 4 verlangt die Seriennummer LB48-000121. Zuteilung [Annahme, zu prüfen] .</w:t>
      </w:r>
    </w:p>
    <w:p>
      <w:pPr>
        <w:keepNext/>
      </w:pPr>
      <w:r>
        <w:drawing>
          <wp:inline xmlns:a="http://schemas.openxmlformats.org/drawingml/2006/main" xmlns:pic="http://schemas.openxmlformats.org/drawingml/2006/picture">
            <wp:extent cx="2556000" cy="3254016"/>
            <wp:docPr id="108" name="Picture 108"/>
            <wp:cNvGraphicFramePr>
              <a:graphicFrameLocks noChangeAspect="1"/>
            </wp:cNvGraphicFramePr>
            <a:graphic>
              <a:graphicData uri="http://schemas.openxmlformats.org/drawingml/2006/picture">
                <pic:pic>
                  <pic:nvPicPr>
                    <pic:cNvPr id="0" name="ausl_wagen_KW-1003_Ausl000003.png"/>
                    <pic:cNvPicPr/>
                  </pic:nvPicPr>
                  <pic:blipFill>
                    <a:blip r:embed="rId18"/>
                    <a:stretch>
                      <a:fillRect/>
                    </a:stretch>
                  </pic:blipFill>
                  <pic:spPr>
                    <a:xfrm>
                      <a:off x="0" y="0"/>
                      <a:ext cx="2556000" cy="3254016"/>
                    </a:xfrm>
                    <a:prstGeom prst="rect"/>
                  </pic:spPr>
                </pic:pic>
              </a:graphicData>
            </a:graphic>
          </wp:inline>
        </w:drawing>
      </w:r>
    </w:p>
    <w:p>
      <w:pPr>
        <w:pStyle w:val="BeschriftungSSI"/>
      </w:pPr>
      <w:r>
        <w:t>Abb. 10: Zielfächer auf Wagen KW-1003 nach dem Kommissionieren</w:t>
      </w:r>
    </w:p>
    <w:p>
      <w:pPr>
        <w:pStyle w:val="Heading3"/>
      </w:pPr>
      <w:r>
        <w:t>12.3.3 Telegramm BC an WAMAS (WLSPD003)</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["Auto Generated"],</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"20261015090000", "HEADER_RECORDTYPENAME": "WLSPD003"</w:t>
            </w:r>
          </w:p>
          <w:p>
            <w:pPr>
              <w:pStyle w:val="Code"/>
            </w:pPr>
            <w:r>
              <w:t xml:space="preserve">          }</w:t>
            </w:r>
          </w:p>
          <w:p>
            <w:pPr>
              <w:pStyle w:val="Code"/>
            </w:pPr>
            <w:r>
              <w:t xml:space="preserve">        },</w:t>
            </w:r>
          </w:p>
          <w:p>
            <w:pPr>
              <w:pStyle w:val="Code"/>
            </w:pPr>
            <w:r>
              <w:t xml:space="preserve">        "body": {</w:t>
            </w:r>
          </w:p>
          <w:p>
            <w:pPr>
              <w:pStyle w:val="Code"/>
            </w:pPr>
            <w:r>
              <w:t xml:space="preserve">          "WLSPD003": {</w:t>
            </w:r>
          </w:p>
          <w:p>
            <w:pPr>
              <w:pStyle w:val="Code"/>
            </w:pPr>
            <w:r>
              <w:t xml:space="preserve">            "clientId": "DEFAULT", "demandNo": "Ausl000003", "recordState": "CREATE",</w:t>
            </w:r>
          </w:p>
          <w:p>
            <w:pPr>
              <w:pStyle w:val="Code"/>
            </w:pPr>
            <w:r>
              <w:t xml:space="preserve">            "extLuId": "", "priority": 7, "noteNo": "WA-AKU-2003",</w:t>
            </w:r>
          </w:p>
          <w:p>
            <w:pPr>
              <w:pStyle w:val="Code"/>
            </w:pPr>
            <w:r>
              <w:t xml:space="preserve">            "deliveryTime": "202610151500", "typeId": "SHPG", "info": "Wagen KW-1003",</w:t>
            </w:r>
          </w:p>
          <w:p>
            <w:pPr>
              <w:pStyle w:val="Code"/>
            </w:pPr>
            <w:r>
              <w:t xml:space="preserve">            "info2": "", "zone": "ZONEA",</w:t>
            </w:r>
          </w:p>
          <w:p>
            <w:pPr>
              <w:pStyle w:val="Code"/>
            </w:pPr>
            <w:r>
              <w:t xml:space="preserve">            "WLSPDL002": [</w:t>
            </w:r>
          </w:p>
          <w:p>
            <w:pPr>
              <w:pStyle w:val="Code"/>
            </w:pPr>
            <w:r>
              <w:t xml:space="preserve">              {</w:t>
            </w:r>
          </w:p>
          <w:p>
            <w:pPr>
              <w:pStyle w:val="Code"/>
            </w:pPr>
            <w:r>
              <w:t xml:space="preserve">                "demandNo": "Ausl000003", "sysPartnerLine": 1, "recordState": "CREATE",</w:t>
            </w:r>
          </w:p>
          <w:p>
            <w:pPr>
              <w:pStyle w:val="Code"/>
            </w:pPr>
            <w:r>
              <w:t xml:space="preserve">                "itemNo": "KT5G", "variant": "00000", "numBquWqu": 1, "batch": "",</w:t>
            </w:r>
          </w:p>
          <w:p>
            <w:pPr>
              <w:pStyle w:val="Code"/>
            </w:pPr>
            <w:r>
              <w:t xml:space="preserve">                "bbDate": "", "prodDate": "", "baseQty": 8.0,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"Ausl000003", "extRefKey": "WAGE",</w:t>
            </w:r>
          </w:p>
          <w:p>
            <w:pPr>
              <w:pStyle w:val="Code"/>
            </w:pPr>
            <w:r>
              <w:t xml:space="preserve">                    "extRefVal1": "KW-1003", "extRefVal2": "A1", "sysPartnerLine":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2, "recordState": "CREATE",</w:t>
            </w:r>
          </w:p>
          <w:p>
            <w:pPr>
              <w:pStyle w:val="Code"/>
            </w:pPr>
            <w:r>
              <w:t xml:space="preserve">                "itemNo": "LT-K3203", "variant": "00000", "numBquWqu": 1, "batch": "",</w:t>
            </w:r>
          </w:p>
          <w:p>
            <w:pPr>
              <w:pStyle w:val="Code"/>
            </w:pPr>
            <w:r>
              <w:t xml:space="preserve">                "bbDate": "", "prodDate": "", "baseQty": 12.0,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"Ausl000003", "extRefKey": "WAGE",</w:t>
            </w:r>
          </w:p>
          <w:p>
            <w:pPr>
              <w:pStyle w:val="Code"/>
            </w:pPr>
            <w:r>
              <w:t xml:space="preserve">                    "extRefVal1": "KW-1003", "extRefVal2": "A2", "sysPartnerLine": 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3, "recordState": "CREATE",</w:t>
            </w:r>
          </w:p>
          <w:p>
            <w:pPr>
              <w:pStyle w:val="Code"/>
            </w:pPr>
            <w:r>
              <w:t xml:space="preserve">                "itemNo": "M0401-48", "variant": "00000", "numBquWqu": 1, "batch": "",</w:t>
            </w:r>
          </w:p>
          <w:p>
            <w:pPr>
              <w:pStyle w:val="Code"/>
            </w:pPr>
            <w:r>
              <w:t xml:space="preserve">                "bbDate": "", "prodDate": "", "baseQty": 2.0, "gow": "pDEFAULT",</w:t>
            </w:r>
          </w:p>
          <w:p>
            <w:pPr>
              <w:pStyle w:val="Code"/>
            </w:pPr>
            <w:r>
              <w:t xml:space="preserve">                "stockRating": "100",</w:t>
            </w:r>
          </w:p>
          <w:p>
            <w:pPr>
              <w:pStyle w:val="Code"/>
            </w:pPr>
            <w:r>
              <w:t xml:space="preserve">                "WLSPDLEXTREF001": [</w:t>
            </w:r>
          </w:p>
          <w:p>
            <w:pPr>
              <w:pStyle w:val="Code"/>
            </w:pPr>
            <w:r>
              <w:t xml:space="preserve">                  {</w:t>
            </w:r>
          </w:p>
          <w:p>
            <w:pPr>
              <w:pStyle w:val="Code"/>
            </w:pPr>
            <w:r>
              <w:t xml:space="preserve">                    "clientId": "DEFAULT", "demandNo": "Ausl000003", "extRefKey": "WAGE",</w:t>
            </w:r>
          </w:p>
          <w:p>
            <w:pPr>
              <w:pStyle w:val="Code"/>
            </w:pPr>
            <w:r>
              <w:t xml:space="preserve">                    "extRefVal1": "KW-1003", "extRefVal2": "B1", "sysPartnerLine": 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4, "recordState": "CREATE",</w:t>
            </w:r>
          </w:p>
          <w:p>
            <w:pPr>
              <w:pStyle w:val="Code"/>
            </w:pPr>
            <w:r>
              <w:t xml:space="preserve">                "itemNo": "M0401-48", "variant": "00000", "numBquWqu": 1, "batch": "",</w:t>
            </w:r>
          </w:p>
          <w:p>
            <w:pPr>
              <w:pStyle w:val="Code"/>
            </w:pPr>
            <w:r>
              <w:t xml:space="preserve">                "bbDate": "", "prodDate": "", "baseQty": 1.0, "csia1": "LB48-000121",</w:t>
            </w:r>
          </w:p>
          <w:p>
            <w:pPr>
              <w:pStyle w:val="Code"/>
            </w:pPr>
            <w:r>
              <w:t xml:space="preserve">                "gow": "pDEFAULT", "stockRating": "100",</w:t>
            </w:r>
          </w:p>
          <w:p>
            <w:pPr>
              <w:pStyle w:val="Code"/>
            </w:pPr>
            <w:r>
              <w:t xml:space="preserve">                "WLSPDLEXTREF001": [</w:t>
            </w:r>
          </w:p>
          <w:p>
            <w:pPr>
              <w:pStyle w:val="Code"/>
            </w:pPr>
            <w:r>
              <w:t xml:space="preserve">                  {</w:t>
            </w:r>
          </w:p>
          <w:p>
            <w:pPr>
              <w:pStyle w:val="Code"/>
            </w:pPr>
            <w:r>
              <w:t xml:space="preserve">                    "clientId": "DEFAULT", "demandNo": "Ausl000003", "extRefKey": "WAGE",</w:t>
            </w:r>
          </w:p>
          <w:p>
            <w:pPr>
              <w:pStyle w:val="Code"/>
            </w:pPr>
            <w:r>
              <w:t xml:space="preserve">                    "extRefVal1": "KW-1003", "extRefVal2": "B2", "sysPartnerLine": 4</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"WLSPDEXTREF001": [</w:t>
            </w:r>
          </w:p>
          <w:p>
            <w:pPr>
              <w:pStyle w:val="Code"/>
            </w:pPr>
            <w:r>
              <w:t xml:space="preserve">              {</w:t>
            </w:r>
          </w:p>
          <w:p>
            <w:pPr>
              <w:pStyle w:val="Code"/>
            </w:pPr>
            <w:r>
              <w:t xml:space="preserve">                "clientId": "DEFAULT", "demandNo": "Ausl000003", "extRefKey": "WAGE",</w:t>
            </w:r>
          </w:p>
          <w:p>
            <w:pPr>
              <w:pStyle w:val="Code"/>
            </w:pPr>
            <w:r>
              <w:t xml:space="preserve">                "extRefVal1": "KW-1003",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11: Beispiel: Telegramm BC an WAMAS (WLSPD003)</w:t>
      </w:r>
    </w:p>
    <w:p>
      <w:pPr>
        <w:pStyle w:val="Heading3"/>
      </w:pPr>
      <w:r>
        <w:t>12.3.4 Rückmeldung WAMAS an BC (WLSPDACK003) (Annahme, zu prüfen)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 {</w:t>
            </w:r>
          </w:p>
          <w:p>
            <w:pPr>
              <w:pStyle w:val="Code"/>
            </w:pPr>
            <w:r>
              <w:t xml:space="preserve">    "DI_TELEGRAM": [</w:t>
            </w:r>
          </w:p>
          <w:p>
            <w:pPr>
              <w:pStyle w:val="Code"/>
            </w:pPr>
            <w:r>
              <w:t xml:space="preserve">      {</w:t>
            </w:r>
          </w:p>
          <w:p>
            <w:pPr>
              <w:pStyle w:val="Code"/>
            </w:pPr>
            <w:r>
              <w:t xml:space="preserve">        "description": ["Beispiel Rückmeldung,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"20261015124000", "HEADER_RECORDTYPENAME": "WLSPDACK003"</w:t>
            </w:r>
          </w:p>
          <w:p>
            <w:pPr>
              <w:pStyle w:val="Code"/>
            </w:pPr>
            <w:r>
              <w:t xml:space="preserve">          }</w:t>
            </w:r>
          </w:p>
          <w:p>
            <w:pPr>
              <w:pStyle w:val="Code"/>
            </w:pPr>
            <w:r>
              <w:t xml:space="preserve">        },</w:t>
            </w:r>
          </w:p>
          <w:p>
            <w:pPr>
              <w:pStyle w:val="Code"/>
            </w:pPr>
            <w:r>
              <w:t xml:space="preserve">        "body": {</w:t>
            </w:r>
          </w:p>
          <w:p>
            <w:pPr>
              <w:pStyle w:val="Code"/>
            </w:pPr>
            <w:r>
              <w:t xml:space="preserve">          "WLSPDACK003": {</w:t>
            </w:r>
          </w:p>
          <w:p>
            <w:pPr>
              <w:pStyle w:val="Code"/>
            </w:pPr>
            <w:r>
              <w:t xml:space="preserve">            "demandNo": "Ausl000003", "typeId": "SHPG", "priority": 7, "noteNo": "WA-AKU-2003",</w:t>
            </w:r>
          </w:p>
          <w:p>
            <w:pPr>
              <w:pStyle w:val="Code"/>
            </w:pPr>
            <w:r>
              <w:t xml:space="preserve">            "state": "FINISHED", "zone": "ZONEA", "split": 0,</w:t>
            </w:r>
          </w:p>
          <w:p>
            <w:pPr>
              <w:pStyle w:val="Code"/>
            </w:pPr>
            <w:r>
              <w:t xml:space="preserve">            "WLSPDLACK001": [</w:t>
            </w:r>
          </w:p>
          <w:p>
            <w:pPr>
              <w:pStyle w:val="Code"/>
            </w:pPr>
            <w:r>
              <w:t xml:space="preserve">              {</w:t>
            </w:r>
          </w:p>
          <w:p>
            <w:pPr>
              <w:pStyle w:val="Code"/>
            </w:pPr>
            <w:r>
              <w:t xml:space="preserve">                "demandNo": "Ausl000003", "sysPartnerLine": 1, "demandLineNo": 1,</w:t>
            </w:r>
          </w:p>
          <w:p>
            <w:pPr>
              <w:pStyle w:val="Code"/>
            </w:pPr>
            <w:r>
              <w:t xml:space="preserve">                "clientId": "DEFAULT", "itemNo": "KT5G", "variant": "00000", "batch": "",</w:t>
            </w:r>
          </w:p>
          <w:p>
            <w:pPr>
              <w:pStyle w:val="Code"/>
            </w:pPr>
            <w:r>
              <w:t xml:space="preserve">                "bbDate": "", "prodDate": "", "diffReason": "DEFICIENT_QTY",</w:t>
            </w:r>
          </w:p>
          <w:p>
            <w:pPr>
              <w:pStyle w:val="Code"/>
            </w:pPr>
            <w:r>
              <w:t xml:space="preserve">                "orderedAmount": 8.0, "releasedAmount": 8.0, "deliveredAmount": 6.0,</w:t>
            </w:r>
          </w:p>
          <w:p>
            <w:pPr>
              <w:pStyle w:val="Code"/>
            </w:pPr>
            <w:r>
              <w:t xml:space="preserve">                "WLSPDLACTIVITYACK001": [</w:t>
            </w:r>
          </w:p>
          <w:p>
            <w:pPr>
              <w:pStyle w:val="Code"/>
            </w:pPr>
            <w:r>
              <w:t xml:space="preserve">                  {</w:t>
            </w:r>
          </w:p>
          <w:p>
            <w:pPr>
              <w:pStyle w:val="Code"/>
            </w:pPr>
            <w:r>
              <w:t xml:space="preserve">                    "logimatId": "LM01", "openingNo": 1, "sourceTrayId": "TRAY0021",</w:t>
            </w:r>
          </w:p>
          <w:p>
            <w:pPr>
              <w:pStyle w:val="Code"/>
            </w:pPr>
            <w:r>
              <w:t xml:space="preserve">                    "sourceTrayNo": 21, "sourceLuId": "LU000301",</w:t>
            </w:r>
          </w:p>
          <w:p>
            <w:pPr>
              <w:pStyle w:val="Code"/>
            </w:pPr>
            <w:r>
              <w:t xml:space="preserve">                    "sourceLocation": "LM01-T021-01", "destLuId": "", "destStoLoc": "",</w:t>
            </w:r>
          </w:p>
          <w:p>
            <w:pPr>
              <w:pStyle w:val="Code"/>
            </w:pPr>
            <w:r>
              <w:t xml:space="preserve">                    "user": "bediener1", "registrationTime": "20261015122200",</w:t>
            </w:r>
          </w:p>
          <w:p>
            <w:pPr>
              <w:pStyle w:val="Code"/>
            </w:pPr>
            <w:r>
              <w:t xml:space="preserve">                    "pickedAmount": 6.0, "reservedAmount": 6.0,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"Ausl000003", "systemPartner": "HOST",</w:t>
            </w:r>
          </w:p>
          <w:p>
            <w:pPr>
              <w:pStyle w:val="Code"/>
            </w:pPr>
            <w:r>
              <w:t xml:space="preserve">                    "sysPartnerLine": 1, "demandLineNo": 1, "extRefKey": "WAGE",</w:t>
            </w:r>
          </w:p>
          <w:p>
            <w:pPr>
              <w:pStyle w:val="Code"/>
            </w:pPr>
            <w:r>
              <w:t xml:space="preserve">                    "extRefVal1": "KW-1003", "extRefVal2": "A1"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2, "demandLineNo": 2,</w:t>
            </w:r>
          </w:p>
          <w:p>
            <w:pPr>
              <w:pStyle w:val="Code"/>
            </w:pPr>
            <w:r>
              <w:t xml:space="preserve">                "clientId": "DEFAULT", "itemNo": "LT-K3203", "variant": "00000", "batch": "",</w:t>
            </w:r>
          </w:p>
          <w:p>
            <w:pPr>
              <w:pStyle w:val="Code"/>
            </w:pPr>
            <w:r>
              <w:t xml:space="preserve">                "bbDate": "", "prodDate": "", "diffReason": "", "orderedAmount": 12.0,</w:t>
            </w:r>
          </w:p>
          <w:p>
            <w:pPr>
              <w:pStyle w:val="Code"/>
            </w:pPr>
            <w:r>
              <w:t xml:space="preserve">                "releasedAmount": 12.0, "deliveredAmount": 12.0,</w:t>
            </w:r>
          </w:p>
          <w:p>
            <w:pPr>
              <w:pStyle w:val="Code"/>
            </w:pPr>
            <w:r>
              <w:t xml:space="preserve">                "WLSPDLACTIVITYACK001": [</w:t>
            </w:r>
          </w:p>
          <w:p>
            <w:pPr>
              <w:pStyle w:val="Code"/>
            </w:pPr>
            <w:r>
              <w:t xml:space="preserve">                  {</w:t>
            </w:r>
          </w:p>
          <w:p>
            <w:pPr>
              <w:pStyle w:val="Code"/>
            </w:pPr>
            <w:r>
              <w:t xml:space="preserve">                    "logimatId": "LM01", "openingNo": 1, "sourceTrayId": "TRAY0021",</w:t>
            </w:r>
          </w:p>
          <w:p>
            <w:pPr>
              <w:pStyle w:val="Code"/>
            </w:pPr>
            <w:r>
              <w:t xml:space="preserve">                    "sourceTrayNo": 21, "sourceLuId": "LU000302",</w:t>
            </w:r>
          </w:p>
          <w:p>
            <w:pPr>
              <w:pStyle w:val="Code"/>
            </w:pPr>
            <w:r>
              <w:t xml:space="preserve">                    "sourceLocation": "LM01-T021-02", "destLuId": "", "destStoLoc": "",</w:t>
            </w:r>
          </w:p>
          <w:p>
            <w:pPr>
              <w:pStyle w:val="Code"/>
            </w:pPr>
            <w:r>
              <w:t xml:space="preserve">                    "user": "bediener1", "registrationTime": "20261015122400",</w:t>
            </w:r>
          </w:p>
          <w:p>
            <w:pPr>
              <w:pStyle w:val="Code"/>
            </w:pPr>
            <w:r>
              <w:t xml:space="preserve">                    "pickedAmount": 12.0, "reservedAmount": 12.0, "batch": "", "bbDate": "",</w:t>
            </w:r>
          </w:p>
          <w:p>
            <w:pPr>
              <w:pStyle w:val="Code"/>
            </w:pPr>
            <w:r>
              <w:t xml:space="preserve">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"Ausl000003", "systemPartner": "HOST",</w:t>
            </w:r>
          </w:p>
          <w:p>
            <w:pPr>
              <w:pStyle w:val="Code"/>
            </w:pPr>
            <w:r>
              <w:t xml:space="preserve">                    "sysPartnerLine": 2, "demandLineNo": 2, "extRefKey": "WAGE",</w:t>
            </w:r>
          </w:p>
          <w:p>
            <w:pPr>
              <w:pStyle w:val="Code"/>
            </w:pPr>
            <w:r>
              <w:t xml:space="preserve">                    "extRefVal1": "KW-1003", "extRefVal2": "A2"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3, "demandLineNo": 3,</w:t>
            </w:r>
          </w:p>
          <w:p>
            <w:pPr>
              <w:pStyle w:val="Code"/>
            </w:pPr>
            <w:r>
              <w:t xml:space="preserve">                "clientId": "DEFAULT", "itemNo": "M0401-48", "variant": "00000", "batch": "",</w:t>
            </w:r>
          </w:p>
          <w:p>
            <w:pPr>
              <w:pStyle w:val="Code"/>
            </w:pPr>
            <w:r>
              <w:t xml:space="preserve">                "bbDate": "", "prodDate": "", "diffReason": "", "orderedAmount": 2.0,</w:t>
            </w:r>
          </w:p>
          <w:p>
            <w:pPr>
              <w:pStyle w:val="Code"/>
            </w:pPr>
            <w:r>
              <w:t xml:space="preserve">                "releasedAmount": 2.0, "deliveredAmount": 2.0,</w:t>
            </w:r>
          </w:p>
          <w:p>
            <w:pPr>
              <w:pStyle w:val="Code"/>
            </w:pPr>
            <w:r>
              <w:t xml:space="preserve">                "WLSPDLACTIVITYACK001": [</w:t>
            </w:r>
          </w:p>
          <w:p>
            <w:pPr>
              <w:pStyle w:val="Code"/>
            </w:pPr>
            <w:r>
              <w:t xml:space="preserve">                  {</w:t>
            </w:r>
          </w:p>
          <w:p>
            <w:pPr>
              <w:pStyle w:val="Code"/>
            </w:pPr>
            <w:r>
              <w:t xml:space="preserve">                    "logimatId": "LM01", "openingNo": 1, "sourceTrayId": "TRAY0030",</w:t>
            </w:r>
          </w:p>
          <w:p>
            <w:pPr>
              <w:pStyle w:val="Code"/>
            </w:pPr>
            <w:r>
              <w:t xml:space="preserve">                    "sourceTrayNo": 30, "sourceLuId": "LU000401",</w:t>
            </w:r>
          </w:p>
          <w:p>
            <w:pPr>
              <w:pStyle w:val="Code"/>
            </w:pPr>
            <w:r>
              <w:t xml:space="preserve">                    "sourceLocation": "LM01-T030-01", "destLuId": "", "destStoLoc": "",</w:t>
            </w:r>
          </w:p>
          <w:p>
            <w:pPr>
              <w:pStyle w:val="Code"/>
            </w:pPr>
            <w:r>
              <w:t xml:space="preserve">                    "user": "bediener1", "registrationTime": "20261015122600",</w:t>
            </w:r>
          </w:p>
          <w:p>
            <w:pPr>
              <w:pStyle w:val="Code"/>
            </w:pPr>
            <w:r>
              <w:t xml:space="preserve">                    "pickedAmount": 1.0, "reservedAmount": 1.0, "batch": "", "bbDate": "",</w:t>
            </w:r>
          </w:p>
          <w:p>
            <w:pPr>
              <w:pStyle w:val="Code"/>
            </w:pPr>
            <w:r>
              <w:t xml:space="preserve">                    "prodDate": "", "csia1": "LB48-000117"</w:t>
            </w:r>
          </w:p>
          <w:p>
            <w:pPr>
              <w:pStyle w:val="Code"/>
            </w:pPr>
            <w:r>
              <w:t xml:space="preserve">                  },</w:t>
            </w:r>
          </w:p>
          <w:p>
            <w:pPr>
              <w:pStyle w:val="Code"/>
            </w:pPr>
            <w:r>
              <w:t xml:space="preserve">                  {</w:t>
            </w:r>
          </w:p>
          <w:p>
            <w:pPr>
              <w:pStyle w:val="Code"/>
            </w:pPr>
            <w:r>
              <w:t xml:space="preserve">                    "logimatId": "LM01", "openingNo": 1, "sourceTrayId": "TRAY0030",</w:t>
            </w:r>
          </w:p>
          <w:p>
            <w:pPr>
              <w:pStyle w:val="Code"/>
            </w:pPr>
            <w:r>
              <w:t xml:space="preserve">                    "sourceTrayNo": 30, "sourceLuId": "LU000402",</w:t>
            </w:r>
          </w:p>
          <w:p>
            <w:pPr>
              <w:pStyle w:val="Code"/>
            </w:pPr>
            <w:r>
              <w:t xml:space="preserve">                    "sourceLocation": "LM01-T030-02", "destLuId": "", "destStoLoc": "",</w:t>
            </w:r>
          </w:p>
          <w:p>
            <w:pPr>
              <w:pStyle w:val="Code"/>
            </w:pPr>
            <w:r>
              <w:t xml:space="preserve">                    "user": "bediener1", "registrationTime": "20261015122800",</w:t>
            </w:r>
          </w:p>
          <w:p>
            <w:pPr>
              <w:pStyle w:val="Code"/>
            </w:pPr>
            <w:r>
              <w:t xml:space="preserve">                    "pickedAmount": 1.0, "reservedAmount": 1.0, "batch": "", "bbDate": "",</w:t>
            </w:r>
          </w:p>
          <w:p>
            <w:pPr>
              <w:pStyle w:val="Code"/>
            </w:pPr>
            <w:r>
              <w:t xml:space="preserve">                    "prodDate": "", "csia1": "LB48-000118"</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"Ausl000003", "systemPartner": "HOST",</w:t>
            </w:r>
          </w:p>
          <w:p>
            <w:pPr>
              <w:pStyle w:val="Code"/>
            </w:pPr>
            <w:r>
              <w:t xml:space="preserve">                    "sysPartnerLine": 3, "demandLineNo": 3, "extRefKey": "WAGE",</w:t>
            </w:r>
          </w:p>
          <w:p>
            <w:pPr>
              <w:pStyle w:val="Code"/>
            </w:pPr>
            <w:r>
              <w:t xml:space="preserve">                    "extRefVal1": "KW-1003", "extRefVal2": "B1"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"Ausl000003", "sysPartnerLine": 4, "demandLineNo": 4,</w:t>
            </w:r>
          </w:p>
          <w:p>
            <w:pPr>
              <w:pStyle w:val="Code"/>
            </w:pPr>
            <w:r>
              <w:t xml:space="preserve">                "clientId": "DEFAULT", "itemNo": "M0401-48", "variant": "00000", "batch": "",</w:t>
            </w:r>
          </w:p>
          <w:p>
            <w:pPr>
              <w:pStyle w:val="Code"/>
            </w:pPr>
            <w:r>
              <w:t xml:space="preserve">                "bbDate": "", "prodDate": "", "diffReason": "", "orderedAmount": 1.0,</w:t>
            </w:r>
          </w:p>
          <w:p>
            <w:pPr>
              <w:pStyle w:val="Code"/>
            </w:pPr>
            <w:r>
              <w:t xml:space="preserve">                "releasedAmount": 1.0, "deliveredAmount": 1.0, "csia1": "LB48-000121",</w:t>
            </w:r>
          </w:p>
          <w:p>
            <w:pPr>
              <w:pStyle w:val="Code"/>
            </w:pPr>
            <w:r>
              <w:t xml:space="preserve">                "WLSPDLACTIVITYACK001": [</w:t>
            </w:r>
          </w:p>
          <w:p>
            <w:pPr>
              <w:pStyle w:val="Code"/>
            </w:pPr>
            <w:r>
              <w:t xml:space="preserve">                  {</w:t>
            </w:r>
          </w:p>
          <w:p>
            <w:pPr>
              <w:pStyle w:val="Code"/>
            </w:pPr>
            <w:r>
              <w:t xml:space="preserve">                    "logimatId": "LM01", "openingNo": 1, "sourceTrayId": "TRAY0030",</w:t>
            </w:r>
          </w:p>
          <w:p>
            <w:pPr>
              <w:pStyle w:val="Code"/>
            </w:pPr>
            <w:r>
              <w:t xml:space="preserve">                    "sourceTrayNo": 30, "sourceLuId": "LU000403",</w:t>
            </w:r>
          </w:p>
          <w:p>
            <w:pPr>
              <w:pStyle w:val="Code"/>
            </w:pPr>
            <w:r>
              <w:t xml:space="preserve">                    "sourceLocation": "LM01-T030-03", "destLuId": "", "destStoLoc": "",</w:t>
            </w:r>
          </w:p>
          <w:p>
            <w:pPr>
              <w:pStyle w:val="Code"/>
            </w:pPr>
            <w:r>
              <w:t xml:space="preserve">                    "user": "bediener1", "registrationTime": "20261015123000",</w:t>
            </w:r>
          </w:p>
          <w:p>
            <w:pPr>
              <w:pStyle w:val="Code"/>
            </w:pPr>
            <w:r>
              <w:t xml:space="preserve">                    "pickedAmount": 1.0, "reservedAmount": 1.0, "batch": "", "bbDate": "",</w:t>
            </w:r>
          </w:p>
          <w:p>
            <w:pPr>
              <w:pStyle w:val="Code"/>
            </w:pPr>
            <w:r>
              <w:t xml:space="preserve">                    "prodDate": "", "csia1": "LB48-000121"</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"Ausl000003", "systemPartner": "HOST",</w:t>
            </w:r>
          </w:p>
          <w:p>
            <w:pPr>
              <w:pStyle w:val="Code"/>
            </w:pPr>
            <w:r>
              <w:t xml:space="preserve">                    "sysPartnerLine": 4, "demandLineNo": 4, "extRefKey": "WAGE",</w:t>
            </w:r>
          </w:p>
          <w:p>
            <w:pPr>
              <w:pStyle w:val="Code"/>
            </w:pPr>
            <w:r>
              <w:t xml:space="preserve">                    "extRefVal1": "KW-1003", "extRefVal2": "B2"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"WLSPDEXTREFACK001": [</w:t>
            </w:r>
          </w:p>
          <w:p>
            <w:pPr>
              <w:pStyle w:val="Code"/>
            </w:pPr>
            <w:r>
              <w:t xml:space="preserve">              {</w:t>
            </w:r>
          </w:p>
          <w:p>
            <w:pPr>
              <w:pStyle w:val="Code"/>
            </w:pPr>
            <w:r>
              <w:t xml:space="preserve">                "clientId": "DEFAULT", "demandNo": "Ausl000003", "systemPartner": "HOST",</w:t>
            </w:r>
          </w:p>
          <w:p>
            <w:pPr>
              <w:pStyle w:val="Code"/>
            </w:pPr>
            <w:r>
              <w:t xml:space="preserve">                "extRefKey": "WAGE", "extRefVal1": "KW-1003",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12: Beispiel: Rückmeldung WAMAS an BC (WLSPDACK003) (Annahme, zu prüfen)</w:t>
      </w:r>
    </w:p>
    <w:p>
      <w:r>
        <w:t xml:space="preserve">Dateien: </w:t>
      </w:r>
      <w:r>
        <w:rPr>
          <w:rFonts w:ascii="Consolas" w:hAnsi="Consolas" w:cs="Consolas" w:eastAsia="Consolas"/>
          <w:sz w:val="18"/>
        </w:rPr>
        <w:t>telegramme/WLSPD_Ausl000003_KW-1003.json</w:t>
      </w:r>
      <w:r>
        <w:t xml:space="preserve">, </w:t>
      </w:r>
      <w:r>
        <w:rPr>
          <w:rFonts w:ascii="Consolas" w:hAnsi="Consolas" w:cs="Consolas" w:eastAsia="Consolas"/>
          <w:sz w:val="18"/>
        </w:rPr>
        <w:t>telegramme/WLSPDACK_Ausl000003_KW-1003_Beispiel.json</w:t>
      </w:r>
    </w:p>
    <w:p>
      <w:pPr>
        <w:pStyle w:val="Heading1"/>
      </w:pPr>
      <w:r>
        <w:t>13 Annahmen, offene Fragen und Lücken</w:t>
      </w:r>
    </w:p>
    <w:p>
      <w:pPr>
        <w:pStyle w:val="Heading2"/>
      </w:pPr>
      <w:r>
        <w:t>13.1 Annahmen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7144"/>
      </w:tblGrid>
      <w:tr>
        <w:trPr>
          <w:tblHeader w:val="true"/>
        </w:trPr>
        <w:tc>
          <w:tcPr>
            <w:tcW w:type="dxa" w:w="2381"/>
            <w:shd w:val="clear" w:color="auto" w:fill="FEEE19"/>
          </w:tcPr>
          <w:p>
            <w:pPr>
              <w:spacing w:after="0"/>
            </w:pPr>
            <w:r>
              <w:rPr>
                <w:b/>
                <w:sz w:val="17"/>
              </w:rPr>
              <w:t>Thema</w:t>
            </w:r>
          </w:p>
        </w:tc>
        <w:tc>
          <w:tcPr>
            <w:tcW w:type="dxa" w:w="7143"/>
            <w:shd w:val="clear" w:color="auto" w:fill="FEEE19"/>
          </w:tcPr>
          <w:p>
            <w:pPr>
              <w:spacing w:after="0"/>
            </w:pPr>
            <w:r>
              <w:rPr>
                <w:b/>
                <w:sz w:val="17"/>
              </w:rPr>
              <w:t>Annahme</w:t>
            </w:r>
          </w:p>
        </w:tc>
      </w:tr>
      <w:tr>
        <w:tc>
          <w:tcPr>
            <w:tcW w:type="dxa" w:w="2381"/>
          </w:tcPr>
          <w:p>
            <w:pPr>
              <w:spacing w:after="0" w:line="252" w:lineRule="auto"/>
            </w:pPr>
            <w:r>
              <w:rPr>
                <w:b/>
                <w:sz w:val="17"/>
              </w:rPr>
              <w:t>Satzart</w:t>
            </w:r>
          </w:p>
        </w:tc>
        <w:tc>
          <w:tcPr>
            <w:tcW w:type="dxa" w:w="7143"/>
          </w:tcPr>
          <w:p>
            <w:pPr>
              <w:spacing w:after="0" w:line="252" w:lineRule="auto"/>
            </w:pPr>
            <w:r>
              <w:rPr>
                <w:sz w:val="17"/>
              </w:rPr>
              <w:t>Der Kommissionierauftrag wird als WLSPD003 mit WLSPDL002 gesendet (Manual 2.8). Die Referenz-App kennt WLSPD002/​WLSPDL002; welche Version die DI-API annimmt, ist im Test zu bestätigen (analog WLSSD002/003 bei der Einlagerung).</w:t>
            </w:r>
          </w:p>
        </w:tc>
      </w:tr>
      <w:tr>
        <w:tc>
          <w:tcPr>
            <w:tcW w:type="dxa" w:w="2381"/>
          </w:tcPr>
          <w:p>
            <w:pPr>
              <w:spacing w:after="0" w:line="252" w:lineRule="auto"/>
            </w:pPr>
            <w:r>
              <w:rPr>
                <w:b/>
                <w:sz w:val="17"/>
              </w:rPr>
              <w:t>Verschachtelung</w:t>
            </w:r>
          </w:p>
        </w:tc>
        <w:tc>
          <w:tcPr>
            <w:tcW w:type="dxa" w:w="7143"/>
          </w:tcPr>
          <w:p>
            <w:pPr>
              <w:spacing w:after="0" w:line="252" w:lineRule="auto"/>
            </w:pPr>
            <w:r>
              <w:rPr>
                <w:sz w:val="17"/>
              </w:rPr>
              <w:t>WLSPDLEXTREF001 steht in der Position, WLSPDEXTREF001 nach den Positionen, wie im echt gesendeten Einl000031. Für die Rückmeldung: WLSPDLACTIVITYACK001 und WLSPDLEXTREFACK001 in WLSPDLACK001.</w:t>
            </w:r>
          </w:p>
        </w:tc>
      </w:tr>
      <w:tr>
        <w:tc>
          <w:tcPr>
            <w:tcW w:type="dxa" w:w="2381"/>
          </w:tcPr>
          <w:p>
            <w:pPr>
              <w:spacing w:after="0" w:line="252" w:lineRule="auto"/>
            </w:pPr>
            <w:r>
              <w:rPr>
                <w:b/>
                <w:sz w:val="17"/>
              </w:rPr>
              <w:t>Wagen und Fach</w:t>
            </w:r>
          </w:p>
        </w:tc>
        <w:tc>
          <w:tcPr>
            <w:tcW w:type="dxa" w:w="7143"/>
          </w:tcPr>
          <w:p>
            <w:pPr>
              <w:spacing w:after="0" w:line="252" w:lineRule="auto"/>
            </w:pPr>
            <w:r>
              <w:rPr>
                <w:sz w:val="17"/>
              </w:rPr>
              <w:t>BC legt Wagen und Zielfach je Position fest und sendet sie als WAGE (extRefVal1 Wagen, extRefVal2 Fach). Ob WAMAS Touch die Referenz anzeigt, ist offen; sonst steht das Fach im Lieferschein bzw. auf dem BC-Scanner. Alternative: WAMAS-eigene Kommissionierwagen (LM153/LM154, UM 5.5).</w:t>
            </w:r>
          </w:p>
        </w:tc>
      </w:tr>
      <w:tr>
        <w:tc>
          <w:tcPr>
            <w:tcW w:type="dxa" w:w="2381"/>
          </w:tcPr>
          <w:p>
            <w:pPr>
              <w:spacing w:after="0" w:line="252" w:lineRule="auto"/>
            </w:pPr>
            <w:r>
              <w:rPr>
                <w:b/>
                <w:sz w:val="17"/>
              </w:rPr>
              <w:t>Zuteilung</w:t>
            </w:r>
          </w:p>
        </w:tc>
        <w:tc>
          <w:tcPr>
            <w:tcW w:type="dxa" w:w="7143"/>
          </w:tcPr>
          <w:p>
            <w:pPr>
              <w:spacing w:after="0" w:line="252" w:lineRule="auto"/>
            </w:pPr>
            <w:r>
              <w:rPr>
                <w:sz w:val="17"/>
              </w:rPr>
              <w:t>Vorgegebene Charge bzw. Seriennummer schränkt den Bestand ein; ohne Vorgabe wählt WAMAS nach timeBasedAccMode (BBD = FEFO). Die genaue Reihenfolge und das Zusammenspiel mit LM053 sind im Test zu bestätigen.</w:t>
            </w:r>
          </w:p>
        </w:tc>
      </w:tr>
      <w:tr>
        <w:tc>
          <w:tcPr>
            <w:tcW w:type="dxa" w:w="2381"/>
          </w:tcPr>
          <w:p>
            <w:pPr>
              <w:spacing w:after="0" w:line="252" w:lineRule="auto"/>
            </w:pPr>
            <w:r>
              <w:rPr>
                <w:b/>
                <w:sz w:val="17"/>
              </w:rPr>
              <w:t>Rückmeldung</w:t>
            </w:r>
          </w:p>
        </w:tc>
        <w:tc>
          <w:tcPr>
            <w:tcW w:type="dxa" w:w="7143"/>
          </w:tcPr>
          <w:p>
            <w:pPr>
              <w:spacing w:after="0" w:line="252" w:lineRule="auto"/>
            </w:pPr>
            <w:r>
              <w:rPr>
                <w:sz w:val="17"/>
              </w:rPr>
              <w:t>BC übernimmt Charge, MHD und Seriennummer aus WLSPDLACTIVITYACK001 (sia), nicht aus WLSPDLACK001 (sqa). Rückmeldemodus „When demand finished“.</w:t>
            </w:r>
          </w:p>
        </w:tc>
      </w:tr>
      <w:tr>
        <w:tc>
          <w:tcPr>
            <w:tcW w:type="dxa" w:w="2381"/>
          </w:tcPr>
          <w:p>
            <w:pPr>
              <w:spacing w:after="0" w:line="252" w:lineRule="auto"/>
            </w:pPr>
            <w:r>
              <w:rPr>
                <w:b/>
                <w:sz w:val="17"/>
              </w:rPr>
              <w:t>Differenzgrund</w:t>
            </w:r>
          </w:p>
        </w:tc>
        <w:tc>
          <w:tcPr>
            <w:tcW w:type="dxa" w:w="7143"/>
          </w:tcPr>
          <w:p>
            <w:pPr>
              <w:spacing w:after="0" w:line="252" w:lineRule="auto"/>
            </w:pPr>
            <w:r>
              <w:rPr>
                <w:sz w:val="17"/>
              </w:rPr>
              <w:t>Die Werte von diffReason (z. B. DEFICIENT_QTY, DAMAGED_GOODS, USER) sind im Manual nicht aufgelistet; im Beispiel ist DEFICIENT_QTY eingesetzt.</w:t>
            </w:r>
          </w:p>
        </w:tc>
      </w:tr>
      <w:tr>
        <w:tc>
          <w:tcPr>
            <w:tcW w:type="dxa" w:w="2381"/>
          </w:tcPr>
          <w:p>
            <w:pPr>
              <w:spacing w:after="0" w:line="252" w:lineRule="auto"/>
            </w:pPr>
            <w:r>
              <w:rPr>
                <w:b/>
                <w:sz w:val="17"/>
              </w:rPr>
              <w:t>Fehlmenge in BC</w:t>
            </w:r>
          </w:p>
        </w:tc>
        <w:tc>
          <w:tcPr>
            <w:tcW w:type="dxa" w:w="7143"/>
          </w:tcPr>
          <w:p>
            <w:pPr>
              <w:spacing w:after="0" w:line="252" w:lineRule="auto"/>
            </w:pPr>
            <w:r>
              <w:rPr>
                <w:sz w:val="17"/>
              </w:rPr>
              <w:t>BC bucht die gelieferte Menge; die Restmenge bleibt als Rückstand offen oder wird nach Freigabe storniert.</w:t>
            </w:r>
          </w:p>
        </w:tc>
      </w:tr>
      <w:tr>
        <w:tc>
          <w:tcPr>
            <w:tcW w:type="dxa" w:w="2381"/>
          </w:tcPr>
          <w:p>
            <w:pPr>
              <w:spacing w:after="0" w:line="252" w:lineRule="auto"/>
            </w:pPr>
            <w:r>
              <w:rPr>
                <w:b/>
                <w:sz w:val="17"/>
              </w:rPr>
              <w:t>BC Artikelverfolgung</w:t>
            </w:r>
          </w:p>
        </w:tc>
        <w:tc>
          <w:tcPr>
            <w:tcW w:type="dxa" w:w="7143"/>
          </w:tcPr>
          <w:p>
            <w:pPr>
              <w:spacing w:after="0" w:line="252" w:lineRule="auto"/>
            </w:pPr>
            <w:r>
              <w:rPr>
                <w:sz w:val="17"/>
              </w:rPr>
              <w:t>Ablaufdatum in BC = MHD (bbDate). Seriennummer in BC = csia1.</w:t>
            </w:r>
          </w:p>
        </w:tc>
      </w:tr>
      <w:tr>
        <w:tc>
          <w:tcPr>
            <w:tcW w:type="dxa" w:w="2381"/>
          </w:tcPr>
          <w:p>
            <w:pPr>
              <w:spacing w:after="0" w:line="252" w:lineRule="auto"/>
            </w:pPr>
            <w:r>
              <w:rPr>
                <w:b/>
                <w:sz w:val="17"/>
              </w:rPr>
              <w:t>Werte im Beispiel</w:t>
            </w:r>
          </w:p>
        </w:tc>
        <w:tc>
          <w:tcPr>
            <w:tcW w:type="dxa" w:w="7143"/>
          </w:tcPr>
          <w:p>
            <w:pPr>
              <w:spacing w:after="0" w:line="252" w:lineRule="auto"/>
            </w:pPr>
            <w:r>
              <w:rPr>
                <w:sz w:val="17"/>
              </w:rPr>
              <w:t>Bestände, Behälter, Trays, Plätze, Chargen, MHD, Seriennummern, Benutzer und Zeiten sind erfunden. Die Akumax-Artikel haben heute keine Charge, kein MHD und keine Seriennummer; JB-3030, JB-2015 und M0401-48 sind nur im Beispiel so eingestellt.</w:t>
            </w:r>
          </w:p>
        </w:tc>
      </w:tr>
    </w:tbl>
    <w:p>
      <w:pPr>
        <w:pStyle w:val="BeschriftungSSI"/>
      </w:pPr>
      <w:r>
        <w:t>Tab. 25: Annahmen</w:t>
      </w:r>
    </w:p>
    <w:p>
      <w:pPr>
        <w:pStyle w:val="Heading2"/>
      </w:pPr>
      <w:r>
        <w:t>13.2 Offene Fragen</w:t>
      </w:r>
    </w:p>
    <w:p>
      <w:pPr>
        <w:tabs>
          <w:tab w:pos="425" w:val="left"/>
        </w:tabs>
        <w:spacing w:after="60"/>
        <w:ind w:left="425" w:hanging="425"/>
      </w:pPr>
      <w:r>
        <w:rPr>
          <w:b/>
        </w:rPr>
        <w:t>1.</w:t>
        <w:tab/>
      </w:r>
      <w:r>
        <w:t>Recordversion: Nimmt die DI-API WLSPD003 an oder (wie die Referenz-App) WLSPD002? Gleiches für WLSPDACK003 (die Tabellenüberschrift im Manual lautet WLSPDACK002).</w:t>
      </w:r>
    </w:p>
    <w:p>
      <w:pPr>
        <w:tabs>
          <w:tab w:pos="425" w:val="left"/>
        </w:tabs>
        <w:spacing w:after="60"/>
        <w:ind w:left="425" w:hanging="425"/>
      </w:pPr>
      <w:r>
        <w:rPr>
          <w:b/>
        </w:rPr>
        <w:t>2.</w:t>
        <w:tab/>
      </w:r>
      <w:r>
        <w:t>Rückmeldung: Wie kommt die Rückmeldung zu BC Dynamics (Push an eine BC-Schnittstelle oder Abholung)? Welcher Rückmeldemodus (Auftrag fertig, jede Entnahme, Ziel voll; AM 3.5.1.6.1)?</w:t>
      </w:r>
    </w:p>
    <w:p>
      <w:pPr>
        <w:tabs>
          <w:tab w:pos="425" w:val="left"/>
        </w:tabs>
        <w:spacing w:after="60"/>
        <w:ind w:left="425" w:hanging="425"/>
      </w:pPr>
      <w:r>
        <w:rPr>
          <w:b/>
        </w:rPr>
        <w:t>3.</w:t>
        <w:tab/>
      </w:r>
      <w:r>
        <w:t>JSON-Aufbau der Rückmeldung: Verschachtelung von WLSPDLACTIVITYACK001 und WLSPDLEXTREFACK001 an einem echten ACK bestätigen.</w:t>
      </w:r>
    </w:p>
    <w:p>
      <w:pPr>
        <w:tabs>
          <w:tab w:pos="425" w:val="left"/>
        </w:tabs>
        <w:spacing w:after="60"/>
        <w:ind w:left="425" w:hanging="425"/>
      </w:pPr>
      <w:r>
        <w:rPr>
          <w:b/>
        </w:rPr>
        <w:t>4.</w:t>
        <w:tab/>
      </w:r>
      <w:r>
        <w:t>Differenzgründe: Welche Werte schreibt WAMAS in diffReason für Beschädigte Ware, Fehlmenge und Benutzer?</w:t>
      </w:r>
    </w:p>
    <w:p>
      <w:pPr>
        <w:tabs>
          <w:tab w:pos="425" w:val="left"/>
        </w:tabs>
        <w:spacing w:after="60"/>
        <w:ind w:left="425" w:hanging="425"/>
      </w:pPr>
      <w:r>
        <w:rPr>
          <w:b/>
        </w:rPr>
        <w:t>5.</w:t>
        <w:tab/>
      </w:r>
      <w:r>
        <w:t>Fehlmenge: Bleibt der Rest in BC als Rückstand, oder wird die Zeile gekürzt? Darf der Kommissionierer den Auftrag mit Fehlmenge abschliessen oder nur die Leitstelle (organisatorischer Abschluss, UM 6.4.12)?</w:t>
      </w:r>
    </w:p>
    <w:p>
      <w:pPr>
        <w:tabs>
          <w:tab w:pos="425" w:val="left"/>
        </w:tabs>
        <w:spacing w:after="60"/>
        <w:ind w:left="425" w:hanging="425"/>
      </w:pPr>
      <w:r>
        <w:rPr>
          <w:b/>
        </w:rPr>
        <w:t>6.</w:t>
        <w:tab/>
      </w:r>
      <w:r>
        <w:t>Wagen: Vergibt BC Wagen und Zielfach (WAGE) oder werden WAMAS-Kommissionierwagen genutzt (LM153/LM154)? Zeigt WAMAS Touch die Positionsreferenz WAGE an?</w:t>
      </w:r>
    </w:p>
    <w:p>
      <w:pPr>
        <w:tabs>
          <w:tab w:pos="425" w:val="left"/>
        </w:tabs>
        <w:spacing w:after="60"/>
        <w:ind w:left="425" w:hanging="425"/>
      </w:pPr>
      <w:r>
        <w:rPr>
          <w:b/>
        </w:rPr>
        <w:t>7.</w:t>
        <w:tab/>
      </w:r>
      <w:r>
        <w:t>Charge und MHD: Welche Artikel führen Charge, MHD oder Seriennummer? Soll die Charge beim Kommissionieren bestätigt werden (ogBatchRegistration)?</w:t>
      </w:r>
    </w:p>
    <w:p>
      <w:pPr>
        <w:tabs>
          <w:tab w:pos="425" w:val="left"/>
        </w:tabs>
        <w:spacing w:after="60"/>
        <w:ind w:left="425" w:hanging="425"/>
      </w:pPr>
      <w:r>
        <w:rPr>
          <w:b/>
        </w:rPr>
        <w:t>8.</w:t>
        <w:tab/>
      </w:r>
      <w:r>
        <w:t>FEFO: timeBasedAccMode BBD für alle MHD-Artikel? Toleranz itemEquivPeriod? MHD-Regel in LM053 (Picking reservation) für Mindest-MHD des Kunden: grösser gleich?</w:t>
      </w:r>
    </w:p>
    <w:p>
      <w:pPr>
        <w:tabs>
          <w:tab w:pos="425" w:val="left"/>
        </w:tabs>
        <w:spacing w:after="60"/>
        <w:ind w:left="425" w:hanging="425"/>
      </w:pPr>
      <w:r>
        <w:rPr>
          <w:b/>
        </w:rPr>
        <w:t>9.</w:t>
        <w:tab/>
      </w:r>
      <w:r>
        <w:t>Restlaufzeit: Muss BC ein Mindest-MHD je Kunde mitsenden (bbDate in der Position), oder reicht FEFO?</w:t>
      </w:r>
    </w:p>
    <w:p>
      <w:pPr>
        <w:tabs>
          <w:tab w:pos="425" w:val="left"/>
        </w:tabs>
        <w:spacing w:after="60"/>
        <w:ind w:left="425" w:hanging="425"/>
      </w:pPr>
      <w:r>
        <w:rPr>
          <w:b/>
        </w:rPr>
        <w:t>10.</w:t>
        <w:tab/>
      </w:r>
      <w:r>
        <w:t>Seriennummer: Bei Vorgabe einer Seriennummer eine Position je Stück (baseQty 1)? Ist die CSIA 01 eindeutig (MD080)?</w:t>
      </w:r>
    </w:p>
    <w:p>
      <w:pPr>
        <w:tabs>
          <w:tab w:pos="425" w:val="left"/>
        </w:tabs>
        <w:spacing w:after="60"/>
        <w:ind w:left="425" w:hanging="425"/>
      </w:pPr>
      <w:r>
        <w:rPr>
          <w:b/>
        </w:rPr>
        <w:t>11.</w:t>
        <w:tab/>
      </w:r>
      <w:r>
        <w:t>Storno und Änderung: Ab welchem Status lehnt WAMAS UPDATE bzw. CANCEL ab (Auftrag aktiv)?</w:t>
      </w:r>
    </w:p>
    <w:p>
      <w:pPr>
        <w:tabs>
          <w:tab w:pos="425" w:val="left"/>
        </w:tabs>
        <w:spacing w:after="60"/>
        <w:ind w:left="425" w:hanging="425"/>
      </w:pPr>
      <w:r>
        <w:rPr>
          <w:b/>
        </w:rPr>
        <w:t>12.</w:t>
        <w:tab/>
      </w:r>
      <w:r>
        <w:t>Nummernkreis: Prefix Ausl und Länge (max. 20) für demandNo bestätigen; noteNo max. 18.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Hinweise zum Manual</w:t>
            </w:r>
          </w:p>
          <w:p>
            <w:pPr>
              <w:spacing w:after="40"/>
            </w:pPr>
            <w:r>
              <w:rPr>
                <w:sz w:val="19"/>
              </w:rPr>
              <w:t xml:space="preserve">Tabellenüberschrift 7.2.1.1 lautet WLSPDACK002 statt WLSPDACK003 (Tab. 66). Das Feld </w:t>
            </w:r>
            <w:r>
              <w:rPr>
                <w:rFonts w:ascii="Consolas" w:hAnsi="Consolas" w:cs="Consolas" w:eastAsia="Consolas"/>
                <w:sz w:val="17"/>
              </w:rPr>
              <w:t>zone</w:t>
            </w:r>
            <w:r>
              <w:rPr>
                <w:sz w:val="19"/>
              </w:rPr>
              <w:t xml:space="preserve"> hat im Auftrag S 10, in der Rückmeldung S 20. Die Beschreibung von </w:t>
            </w:r>
            <w:r>
              <w:rPr>
                <w:rFonts w:ascii="Consolas" w:hAnsi="Consolas" w:cs="Consolas" w:eastAsia="Consolas"/>
                <w:sz w:val="17"/>
              </w:rPr>
              <w:t>typeId</w:t>
            </w:r>
            <w:r>
              <w:rPr>
                <w:sz w:val="19"/>
              </w:rPr>
              <w:t xml:space="preserve"> spricht von „received at the warehouse“, gemeint ist der Kommissionierauftrag SHPG. Die Werte für </w:t>
            </w:r>
            <w:r>
              <w:rPr>
                <w:rFonts w:ascii="Consolas" w:hAnsi="Consolas" w:cs="Consolas" w:eastAsia="Consolas"/>
                <w:sz w:val="17"/>
              </w:rPr>
              <w:t>diffReason</w:t>
            </w:r>
            <w:r>
              <w:rPr>
                <w:sz w:val="19"/>
              </w:rPr>
              <w:t xml:space="preserve"> fehlen.</w:t>
            </w:r>
          </w:p>
        </w:tc>
      </w:tr>
    </w:tbl>
    <w:p>
      <w:pPr>
        <w:spacing w:after="40"/>
      </w:pPr>
    </w:p>
    <w:p>
      <w:pPr>
        <w:pStyle w:val="Heading2"/>
      </w:pPr>
      <w:r>
        <w:t>13.3 Annahmen im Text (Übersicht)</w:t>
      </w:r>
    </w:p>
    <w:p>
      <w:r>
        <w:t>Die folgenden Kästen „Annahme, zu prüfen“ stehen im Text an der jeweiligen Stelle; hier als Übersicht:</w:t>
      </w:r>
    </w:p>
    <w:p>
      <w:pPr>
        <w:pStyle w:val="ListBullet"/>
      </w:pPr>
      <w:r>
        <w:rPr>
          <w:b/>
        </w:rPr>
        <w:t>Recordversion:</w:t>
      </w:r>
      <w:r>
        <w:t xml:space="preserve"> Das Manual 2.8 nennt </w:t>
      </w:r>
      <w:r>
        <w:rPr>
          <w:rFonts w:ascii="Consolas" w:hAnsi="Consolas" w:cs="Consolas" w:eastAsia="Consolas"/>
          <w:sz w:val="18"/>
        </w:rPr>
        <w:t>WLSPD003</w:t>
      </w:r>
      <w:r>
        <w:t xml:space="preserve"> und </w:t>
      </w:r>
      <w:r>
        <w:rPr>
          <w:rFonts w:ascii="Consolas" w:hAnsi="Consolas" w:cs="Consolas" w:eastAsia="Consolas"/>
          <w:sz w:val="18"/>
        </w:rPr>
        <w:t>WLSPDACK003</w:t>
      </w:r>
      <w:r>
        <w:t xml:space="preserve">; die Tabellenüberschrift von 7.2.1.1 lautet aber </w:t>
      </w:r>
      <w:r>
        <w:rPr>
          <w:rFonts w:ascii="Consolas" w:hAnsi="Consolas" w:cs="Consolas" w:eastAsia="Consolas"/>
          <w:sz w:val="18"/>
        </w:rPr>
        <w:t>WLSPDACK002</w:t>
      </w:r>
      <w:r>
        <w:t xml:space="preserve"> (IM Tab. 66, S. 109). Die Referenz-App nutzt </w:t>
      </w:r>
      <w:r>
        <w:rPr>
          <w:rFonts w:ascii="Consolas" w:hAnsi="Consolas" w:cs="Consolas" w:eastAsia="Consolas"/>
          <w:sz w:val="18"/>
        </w:rPr>
        <w:t>WLSPD002</w:t>
      </w:r>
      <w:r>
        <w:t xml:space="preserve">. Gegenüber 002 bringt 003 das Feld </w:t>
      </w:r>
      <w:r>
        <w:rPr>
          <w:rFonts w:ascii="Consolas" w:hAnsi="Consolas" w:cs="Consolas" w:eastAsia="Consolas"/>
          <w:sz w:val="18"/>
        </w:rPr>
        <w:t>extLuId</w:t>
      </w:r>
      <w:r>
        <w:t xml:space="preserve">. Beim Wareneingang wurde echt </w:t>
      </w:r>
      <w:r>
        <w:rPr>
          <w:rFonts w:ascii="Consolas" w:hAnsi="Consolas" w:cs="Consolas" w:eastAsia="Consolas"/>
          <w:sz w:val="18"/>
        </w:rPr>
        <w:t>WLSSD002</w:t>
      </w:r>
      <w:r>
        <w:t xml:space="preserve"> gesendet, obwohl das Manual </w:t>
      </w:r>
      <w:r>
        <w:rPr>
          <w:rFonts w:ascii="Consolas" w:hAnsi="Consolas" w:cs="Consolas" w:eastAsia="Consolas"/>
          <w:sz w:val="18"/>
        </w:rPr>
        <w:t>WLSSD003</w:t>
      </w:r>
      <w:r>
        <w:t xml:space="preserve"> nennt. Vor dem ersten Test klären, welche Version die DI-API annimmt.</w:t>
      </w:r>
    </w:p>
    <w:p>
      <w:pPr>
        <w:pStyle w:val="ListBullet"/>
      </w:pPr>
      <w:r>
        <w:rPr>
          <w:b/>
        </w:rPr>
        <w:t>Nicht belegt:</w:t>
      </w:r>
      <w:r>
        <w:t xml:space="preserve"> Ob WAMAS Touch die Charge und das MHD des reservierten Behälters vorbelegt anzeigt und ob ein gescannter abweichender Wert abgelehnt wird. Ob die Positionsreferenz WAGE (Wagen, Fach) am Touch erscheint; sonst steht das Zielfach auf dem Kommissionierbeleg aus BC. Ob das Zielfach geprüft werden kann (Fach-QR) ist nur mit einer Erweiterung oder mit WAMAS-Kommissionierwagen (LM151/LM154, UM 5.5, S. 65/66) möglich.</w:t>
      </w:r>
    </w:p>
    <w:p>
      <w:pPr>
        <w:pStyle w:val="Heading2"/>
      </w:pPr>
      <w:r>
        <w:t>13.4 Fehlende Screenshots und Fotos</w:t>
      </w:r>
    </w:p>
    <w:p>
      <w:r>
        <w:t>Diese Bilder sind im Dokument als Lücke markiert und werden nachgeliefert:</w:t>
      </w:r>
    </w:p>
    <w:p>
      <w:pPr>
        <w:pStyle w:val="ListBullet"/>
      </w:pPr>
      <w:r>
        <w:rPr>
          <w:b/>
        </w:rPr>
        <w:t>Screenshot folgt:</w:t>
      </w:r>
      <w:r>
        <w:t xml:space="preserve"> WAMAS Touch: Auftragsliste mit Ausl000002</w:t>
      </w:r>
    </w:p>
    <w:p>
      <w:pPr>
        <w:pStyle w:val="Heading1"/>
      </w:pPr>
      <w:r>
        <w:t>14 Quellenverzeichnis</w:t>
      </w:r>
    </w:p>
    <w:p>
      <w:pPr>
        <w:pStyle w:val="Heading2"/>
      </w:pPr>
      <w:r>
        <w:t>14.1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8283"/>
      </w:tblGrid>
      <w:tr>
        <w:trPr>
          <w:tblHeader w:val="true"/>
        </w:trPr>
        <w:tc>
          <w:tcPr>
            <w:tcW w:type="dxa" w:w="1242"/>
            <w:shd w:val="clear" w:color="auto" w:fill="FEEE19"/>
          </w:tcPr>
          <w:p>
            <w:pPr>
              <w:spacing w:after="0"/>
            </w:pPr>
            <w:r>
              <w:rPr>
                <w:b/>
                <w:sz w:val="17"/>
              </w:rPr>
              <w:t>Kürzel</w:t>
            </w:r>
          </w:p>
        </w:tc>
        <w:tc>
          <w:tcPr>
            <w:tcW w:type="dxa" w:w="8282"/>
            <w:shd w:val="clear" w:color="auto" w:fill="FEEE19"/>
          </w:tcPr>
          <w:p>
            <w:pPr>
              <w:spacing w:after="0"/>
            </w:pPr>
            <w:r>
              <w:rPr>
                <w:b/>
                <w:sz w:val="17"/>
              </w:rPr>
              <w:t>Bedeutung</w:t>
            </w:r>
          </w:p>
        </w:tc>
      </w:tr>
      <w:tr>
        <w:tc>
          <w:tcPr>
            <w:tcW w:type="dxa" w:w="1242"/>
          </w:tcPr>
          <w:p>
            <w:pPr>
              <w:spacing w:after="0" w:line="252" w:lineRule="auto"/>
            </w:pPr>
            <w:r>
              <w:rPr>
                <w:sz w:val="17"/>
              </w:rPr>
              <w:t>ACK</w:t>
            </w:r>
          </w:p>
        </w:tc>
        <w:tc>
          <w:tcPr>
            <w:tcW w:type="dxa" w:w="8282"/>
          </w:tcPr>
          <w:p>
            <w:pPr>
              <w:spacing w:after="0" w:line="252" w:lineRule="auto"/>
            </w:pPr>
            <w:r>
              <w:rPr>
                <w:sz w:val="17"/>
              </w:rPr>
              <w:t>Acknowledge, Rückmeldung von WAMAS an den Host</w:t>
            </w:r>
          </w:p>
        </w:tc>
      </w:tr>
      <w:tr>
        <w:tc>
          <w:tcPr>
            <w:tcW w:type="dxa" w:w="1242"/>
          </w:tcPr>
          <w:p>
            <w:pPr>
              <w:spacing w:after="0" w:line="252" w:lineRule="auto"/>
            </w:pPr>
            <w:r>
              <w:rPr>
                <w:sz w:val="17"/>
              </w:rPr>
              <w:t>AM</w:t>
            </w:r>
          </w:p>
        </w:tc>
        <w:tc>
          <w:tcPr>
            <w:tcW w:type="dxa" w:w="8282"/>
          </w:tcPr>
          <w:p>
            <w:pPr>
              <w:spacing w:after="0" w:line="252" w:lineRule="auto"/>
            </w:pPr>
            <w:r>
              <w:rPr>
                <w:sz w:val="17"/>
              </w:rPr>
              <w:t>Administrator Manual WAMAS Lift &amp; Store 2.8</w:t>
            </w:r>
          </w:p>
        </w:tc>
      </w:tr>
      <w:tr>
        <w:tc>
          <w:tcPr>
            <w:tcW w:type="dxa" w:w="1242"/>
          </w:tcPr>
          <w:p>
            <w:pPr>
              <w:spacing w:after="0" w:line="252" w:lineRule="auto"/>
            </w:pPr>
            <w:r>
              <w:rPr>
                <w:sz w:val="17"/>
              </w:rPr>
              <w:t>BC</w:t>
            </w:r>
          </w:p>
        </w:tc>
        <w:tc>
          <w:tcPr>
            <w:tcW w:type="dxa" w:w="8282"/>
          </w:tcPr>
          <w:p>
            <w:pPr>
              <w:spacing w:after="0" w:line="252" w:lineRule="auto"/>
            </w:pPr>
            <w:r>
              <w:rPr>
                <w:sz w:val="17"/>
              </w:rPr>
              <w:t>BC Dynamics (Microsoft Dynamics 365 Business Central), ERP und Host</w:t>
            </w:r>
          </w:p>
        </w:tc>
      </w:tr>
      <w:tr>
        <w:tc>
          <w:tcPr>
            <w:tcW w:type="dxa" w:w="1242"/>
          </w:tcPr>
          <w:p>
            <w:pPr>
              <w:spacing w:after="0" w:line="252" w:lineRule="auto"/>
            </w:pPr>
            <w:r>
              <w:rPr>
                <w:sz w:val="17"/>
              </w:rPr>
              <w:t>CSIA</w:t>
            </w:r>
          </w:p>
        </w:tc>
        <w:tc>
          <w:tcPr>
            <w:tcW w:type="dxa" w:w="8282"/>
          </w:tcPr>
          <w:p>
            <w:pPr>
              <w:spacing w:after="0" w:line="252" w:lineRule="auto"/>
            </w:pPr>
            <w:r>
              <w:rPr>
                <w:sz w:val="17"/>
              </w:rPr>
              <w:t>Customizable stock-identifying attribute (frei definierbares Bestandsmerkmal)</w:t>
            </w:r>
          </w:p>
        </w:tc>
      </w:tr>
      <w:tr>
        <w:tc>
          <w:tcPr>
            <w:tcW w:type="dxa" w:w="1242"/>
          </w:tcPr>
          <w:p>
            <w:pPr>
              <w:spacing w:after="0" w:line="252" w:lineRule="auto"/>
            </w:pPr>
            <w:r>
              <w:rPr>
                <w:sz w:val="17"/>
              </w:rPr>
              <w:t>DI-API</w:t>
            </w:r>
          </w:p>
        </w:tc>
        <w:tc>
          <w:tcPr>
            <w:tcW w:type="dxa" w:w="8282"/>
          </w:tcPr>
          <w:p>
            <w:pPr>
              <w:spacing w:after="0" w:line="252" w:lineRule="auto"/>
            </w:pPr>
            <w:r>
              <w:rPr>
                <w:sz w:val="17"/>
              </w:rPr>
              <w:t>REST-Schnittstelle von WAMAS für Telegramme (DI_TELEGRAMS)</w:t>
            </w:r>
          </w:p>
        </w:tc>
      </w:tr>
      <w:tr>
        <w:tc>
          <w:tcPr>
            <w:tcW w:type="dxa" w:w="1242"/>
          </w:tcPr>
          <w:p>
            <w:pPr>
              <w:spacing w:after="0" w:line="252" w:lineRule="auto"/>
            </w:pPr>
            <w:r>
              <w:rPr>
                <w:sz w:val="17"/>
              </w:rPr>
              <w:t>FEFO</w:t>
            </w:r>
          </w:p>
        </w:tc>
        <w:tc>
          <w:tcPr>
            <w:tcW w:type="dxa" w:w="8282"/>
          </w:tcPr>
          <w:p>
            <w:pPr>
              <w:spacing w:after="0" w:line="252" w:lineRule="auto"/>
            </w:pPr>
            <w:r>
              <w:rPr>
                <w:sz w:val="17"/>
              </w:rPr>
              <w:t>First Expired, First Out</w:t>
            </w:r>
          </w:p>
        </w:tc>
      </w:tr>
      <w:tr>
        <w:tc>
          <w:tcPr>
            <w:tcW w:type="dxa" w:w="1242"/>
          </w:tcPr>
          <w:p>
            <w:pPr>
              <w:spacing w:after="0" w:line="252" w:lineRule="auto"/>
            </w:pPr>
            <w:r>
              <w:rPr>
                <w:sz w:val="17"/>
              </w:rPr>
              <w:t>FIFO</w:t>
            </w:r>
          </w:p>
        </w:tc>
        <w:tc>
          <w:tcPr>
            <w:tcW w:type="dxa" w:w="8282"/>
          </w:tcPr>
          <w:p>
            <w:pPr>
              <w:spacing w:after="0" w:line="252" w:lineRule="auto"/>
            </w:pPr>
            <w:r>
              <w:rPr>
                <w:sz w:val="17"/>
              </w:rPr>
              <w:t>First In, First Out</w:t>
            </w:r>
          </w:p>
        </w:tc>
      </w:tr>
      <w:tr>
        <w:tc>
          <w:tcPr>
            <w:tcW w:type="dxa" w:w="1242"/>
          </w:tcPr>
          <w:p>
            <w:pPr>
              <w:spacing w:after="0" w:line="252" w:lineRule="auto"/>
            </w:pPr>
            <w:r>
              <w:rPr>
                <w:sz w:val="17"/>
              </w:rPr>
              <w:t>IM</w:t>
            </w:r>
          </w:p>
        </w:tc>
        <w:tc>
          <w:tcPr>
            <w:tcW w:type="dxa" w:w="8282"/>
          </w:tcPr>
          <w:p>
            <w:pPr>
              <w:spacing w:after="0" w:line="252" w:lineRule="auto"/>
            </w:pPr>
            <w:r>
              <w:rPr>
                <w:sz w:val="17"/>
              </w:rPr>
              <w:t>Interface Manual WLS-ERP WAMAS Lift &amp; Store 2.8</w:t>
            </w:r>
          </w:p>
        </w:tc>
      </w:tr>
      <w:tr>
        <w:tc>
          <w:tcPr>
            <w:tcW w:type="dxa" w:w="1242"/>
          </w:tcPr>
          <w:p>
            <w:pPr>
              <w:spacing w:after="0" w:line="252" w:lineRule="auto"/>
            </w:pPr>
            <w:r>
              <w:rPr>
                <w:sz w:val="17"/>
              </w:rPr>
              <w:t>MHD</w:t>
            </w:r>
          </w:p>
        </w:tc>
        <w:tc>
          <w:tcPr>
            <w:tcW w:type="dxa" w:w="8282"/>
          </w:tcPr>
          <w:p>
            <w:pPr>
              <w:spacing w:after="0" w:line="252" w:lineRule="auto"/>
            </w:pPr>
            <w:r>
              <w:rPr>
                <w:sz w:val="17"/>
              </w:rPr>
              <w:t>Mindesthaltbarkeitsdatum (bbDate, best before date)</w:t>
            </w:r>
          </w:p>
        </w:tc>
      </w:tr>
      <w:tr>
        <w:tc>
          <w:tcPr>
            <w:tcW w:type="dxa" w:w="1242"/>
          </w:tcPr>
          <w:p>
            <w:pPr>
              <w:spacing w:after="0" w:line="252" w:lineRule="auto"/>
            </w:pPr>
            <w:r>
              <w:rPr>
                <w:sz w:val="17"/>
              </w:rPr>
              <w:t>sqa / sia</w:t>
            </w:r>
          </w:p>
        </w:tc>
        <w:tc>
          <w:tcPr>
            <w:tcW w:type="dxa" w:w="8282"/>
          </w:tcPr>
          <w:p>
            <w:pPr>
              <w:spacing w:after="0" w:line="252" w:lineRule="auto"/>
            </w:pPr>
            <w:r>
              <w:rPr>
                <w:sz w:val="17"/>
              </w:rPr>
              <w:t>verlangte Merkmale (Vorgabe) / tatsächliche Bestandsmerkmale</w:t>
            </w:r>
          </w:p>
        </w:tc>
      </w:tr>
      <w:tr>
        <w:tc>
          <w:tcPr>
            <w:tcW w:type="dxa" w:w="1242"/>
          </w:tcPr>
          <w:p>
            <w:pPr>
              <w:spacing w:after="0" w:line="252" w:lineRule="auto"/>
            </w:pPr>
            <w:r>
              <w:rPr>
                <w:sz w:val="17"/>
              </w:rPr>
              <w:t>UM</w:t>
            </w:r>
          </w:p>
        </w:tc>
        <w:tc>
          <w:tcPr>
            <w:tcW w:type="dxa" w:w="8282"/>
          </w:tcPr>
          <w:p>
            <w:pPr>
              <w:spacing w:after="0" w:line="252" w:lineRule="auto"/>
            </w:pPr>
            <w:r>
              <w:rPr>
                <w:sz w:val="17"/>
              </w:rPr>
              <w:t>User Manual WAMAS Lift &amp; Store 2.8</w:t>
            </w:r>
          </w:p>
        </w:tc>
      </w:tr>
      <w:tr>
        <w:tc>
          <w:tcPr>
            <w:tcW w:type="dxa" w:w="1242"/>
          </w:tcPr>
          <w:p>
            <w:pPr>
              <w:spacing w:after="0" w:line="252" w:lineRule="auto"/>
            </w:pPr>
            <w:r>
              <w:rPr>
                <w:sz w:val="17"/>
              </w:rPr>
              <w:t>WAGE</w:t>
            </w:r>
          </w:p>
        </w:tc>
        <w:tc>
          <w:tcPr>
            <w:tcW w:type="dxa" w:w="8282"/>
          </w:tcPr>
          <w:p>
            <w:pPr>
              <w:spacing w:after="0" w:line="252" w:lineRule="auto"/>
            </w:pPr>
            <w:r>
              <w:rPr>
                <w:sz w:val="17"/>
              </w:rPr>
              <w:t>Referenzschlüssel für den Kommissionierwagen (nicht „Waage“)</w:t>
            </w:r>
          </w:p>
        </w:tc>
      </w:tr>
    </w:tbl>
    <w:p>
      <w:pPr>
        <w:pStyle w:val="BeschriftungSSI"/>
      </w:pPr>
      <w:r>
        <w:t>Tab. 26: Abkürzungen</w:t>
      </w:r>
    </w:p>
    <w:p>
      <w:pPr>
        <w:pStyle w:val="Heading2"/>
      </w:pPr>
      <w:r>
        <w:t>14.2 Dokumente und Dateien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495"/>
        <w:gridCol w:w="4030"/>
      </w:tblGrid>
      <w:tr>
        <w:trPr>
          <w:tblHeader w:val="true"/>
        </w:trPr>
        <w:tc>
          <w:tcPr>
            <w:tcW w:type="dxa" w:w="5495"/>
            <w:shd w:val="clear" w:color="auto" w:fill="FEEE19"/>
          </w:tcPr>
          <w:p>
            <w:pPr>
              <w:spacing w:after="0"/>
            </w:pPr>
            <w:r>
              <w:rPr>
                <w:b/>
                <w:sz w:val="17"/>
              </w:rPr>
              <w:t>Dokument / Datei</w:t>
            </w:r>
          </w:p>
        </w:tc>
        <w:tc>
          <w:tcPr>
            <w:tcW w:type="dxa" w:w="4030"/>
            <w:shd w:val="clear" w:color="auto" w:fill="FEEE19"/>
          </w:tcPr>
          <w:p>
            <w:pPr>
              <w:spacing w:after="0"/>
            </w:pPr>
            <w:r>
              <w:rPr>
                <w:b/>
                <w:sz w:val="17"/>
              </w:rPr>
              <w:t>Verwendung</w:t>
            </w:r>
          </w:p>
        </w:tc>
      </w:tr>
      <w:tr>
        <w:tc>
          <w:tcPr>
            <w:tcW w:type="dxa" w:w="5495"/>
          </w:tcPr>
          <w:p>
            <w:pPr>
              <w:spacing w:after="0" w:line="252" w:lineRule="auto"/>
            </w:pPr>
            <w:r>
              <w:rPr>
                <w:sz w:val="17"/>
              </w:rPr>
              <w:t>Interface Manual WLS-ERP 2.8 (IM), User Manual (UM) und Administrator Manual (AM) WAMAS Lift &amp; Store 2.8</w:t>
            </w:r>
          </w:p>
        </w:tc>
        <w:tc>
          <w:tcPr>
            <w:tcW w:type="dxa" w:w="4030"/>
          </w:tcPr>
          <w:p>
            <w:pPr>
              <w:spacing w:after="0" w:line="252" w:lineRule="auto"/>
            </w:pPr>
            <w:r>
              <w:rPr>
                <w:sz w:val="17"/>
              </w:rPr>
              <w:t>Satzarten, Felder, Lift-Dialoge, Rückmeldung</w:t>
            </w:r>
          </w:p>
        </w:tc>
      </w:tr>
      <w:tr>
        <w:tc>
          <w:tcPr>
            <w:tcW w:type="dxa" w:w="5495"/>
          </w:tcPr>
          <w:p>
            <w:pPr>
              <w:spacing w:after="0" w:line="252" w:lineRule="auto"/>
            </w:pPr>
            <w:r>
              <w:rPr>
                <w:sz w:val="17"/>
              </w:rPr>
              <w:t xml:space="preserve">Referenz-App </w:t>
            </w:r>
            <w:r>
              <w:rPr>
                <w:rFonts w:ascii="Consolas" w:hAnsi="Consolas" w:cs="Consolas" w:eastAsia="Consolas"/>
                <w:sz w:val="15"/>
              </w:rPr>
              <w:t>server.py</w:t>
            </w:r>
          </w:p>
        </w:tc>
        <w:tc>
          <w:tcPr>
            <w:tcW w:type="dxa" w:w="4030"/>
          </w:tcPr>
          <w:p>
            <w:pPr>
              <w:spacing w:after="0" w:line="252" w:lineRule="auto"/>
            </w:pPr>
            <w:r>
              <w:rPr>
                <w:sz w:val="17"/>
              </w:rPr>
              <w:t>Recordversionen, Prüfungen</w:t>
            </w:r>
          </w:p>
        </w:tc>
      </w:tr>
      <w:tr>
        <w:tc>
          <w:tcPr>
            <w:tcW w:type="dxa" w:w="5495"/>
          </w:tcPr>
          <w:p>
            <w:pPr>
              <w:spacing w:after="0" w:line="252" w:lineRule="auto"/>
            </w:pPr>
            <w:r>
              <w:rPr>
                <w:sz w:val="17"/>
              </w:rPr>
              <w:t>Echter Einlagerauftrag Einl000031 (</w:t>
            </w:r>
            <w:r>
              <w:rPr>
                <w:rFonts w:ascii="Consolas" w:hAnsi="Consolas" w:cs="Consolas" w:eastAsia="Consolas"/>
                <w:sz w:val="15"/>
              </w:rPr>
              <w:t>04_​Telegramme/​Einlagerung/​echt</w:t>
            </w:r>
            <w:r>
              <w:rPr>
                <w:sz w:val="17"/>
              </w:rPr>
              <w:t>)</w:t>
            </w:r>
          </w:p>
        </w:tc>
        <w:tc>
          <w:tcPr>
            <w:tcW w:type="dxa" w:w="4030"/>
          </w:tcPr>
          <w:p>
            <w:pPr>
              <w:spacing w:after="0" w:line="252" w:lineRule="auto"/>
            </w:pPr>
            <w:r>
              <w:rPr>
                <w:sz w:val="17"/>
              </w:rPr>
              <w:t>Aufbau externe Referenz WAGE</w:t>
            </w:r>
          </w:p>
        </w:tc>
      </w:tr>
      <w:tr>
        <w:tc>
          <w:tcPr>
            <w:tcW w:type="dxa" w:w="5495"/>
          </w:tcPr>
          <w:p>
            <w:pPr>
              <w:spacing w:after="0" w:line="252" w:lineRule="auto"/>
            </w:pPr>
            <w:r>
              <w:rPr>
                <w:sz w:val="17"/>
              </w:rPr>
              <w:t xml:space="preserve">Telegramme </w:t>
            </w:r>
            <w:r>
              <w:rPr>
                <w:rFonts w:ascii="Consolas" w:hAnsi="Consolas" w:cs="Consolas" w:eastAsia="Consolas"/>
                <w:sz w:val="15"/>
              </w:rPr>
              <w:t>04_​Telegramme/​Auslagerung/*.json</w:t>
            </w:r>
            <w:r>
              <w:rPr>
                <w:sz w:val="17"/>
              </w:rPr>
              <w:t xml:space="preserve"> (WLSPD, WLSPDACK, WLSITEM001-Ausschnitt, </w:t>
            </w:r>
            <w:r>
              <w:rPr>
                <w:rFonts w:ascii="Consolas" w:hAnsi="Consolas" w:cs="Consolas" w:eastAsia="Consolas"/>
                <w:sz w:val="15"/>
              </w:rPr>
              <w:t>_index.json</w:t>
            </w:r>
            <w:r>
              <w:rPr>
                <w:sz w:val="17"/>
              </w:rPr>
              <w:t xml:space="preserve">, </w:t>
            </w:r>
            <w:r>
              <w:rPr>
                <w:rFonts w:ascii="Consolas" w:hAnsi="Consolas" w:cs="Consolas" w:eastAsia="Consolas"/>
                <w:sz w:val="15"/>
              </w:rPr>
              <w:t>LIESMICH.txt</w:t>
            </w:r>
            <w:r>
              <w:rPr>
                <w:sz w:val="17"/>
              </w:rPr>
              <w:t>)</w:t>
            </w:r>
          </w:p>
        </w:tc>
        <w:tc>
          <w:tcPr>
            <w:tcW w:type="dxa" w:w="4030"/>
          </w:tcPr>
          <w:p>
            <w:pPr>
              <w:spacing w:after="0" w:line="252" w:lineRule="auto"/>
            </w:pPr>
            <w:r>
              <w:rPr>
                <w:sz w:val="17"/>
              </w:rPr>
              <w:t>Beispielaufträge Ausl000001 bis Ausl000003</w:t>
            </w:r>
          </w:p>
        </w:tc>
      </w:tr>
      <w:tr>
        <w:tc>
          <w:tcPr>
            <w:tcW w:type="dxa" w:w="5495"/>
          </w:tcPr>
          <w:p>
            <w:pPr>
              <w:spacing w:after="0" w:line="252" w:lineRule="auto"/>
            </w:pPr>
            <w:r>
              <w:rPr>
                <w:rFonts w:ascii="Consolas" w:hAnsi="Consolas" w:cs="Consolas" w:eastAsia="Consolas"/>
                <w:sz w:val="15"/>
              </w:rPr>
              <w:t>Feldmapping_​Auslagerung_​Kommissionierauftrag.​xlsx</w:t>
            </w:r>
          </w:p>
        </w:tc>
        <w:tc>
          <w:tcPr>
            <w:tcW w:type="dxa" w:w="4030"/>
          </w:tcPr>
          <w:p>
            <w:pPr>
              <w:spacing w:after="0" w:line="252" w:lineRule="auto"/>
            </w:pPr>
            <w:r>
              <w:rPr>
                <w:sz w:val="17"/>
              </w:rPr>
              <w:t>Excel-Fassung Feldmapping (unverändert)</w:t>
            </w:r>
          </w:p>
        </w:tc>
      </w:tr>
      <w:tr>
        <w:tc>
          <w:tcPr>
            <w:tcW w:type="dxa" w:w="5495"/>
          </w:tcPr>
          <w:p>
            <w:pPr>
              <w:spacing w:after="0" w:line="252" w:lineRule="auto"/>
            </w:pPr>
            <w:r>
              <w:rPr>
                <w:sz w:val="17"/>
              </w:rPr>
              <w:t xml:space="preserve">Abbildungen </w:t>
            </w:r>
            <w:r>
              <w:rPr>
                <w:rFonts w:ascii="Consolas" w:hAnsi="Consolas" w:cs="Consolas" w:eastAsia="Consolas"/>
                <w:sz w:val="15"/>
              </w:rPr>
              <w:t>ausl_​sequenz.​png</w:t>
            </w:r>
            <w:r>
              <w:rPr>
                <w:sz w:val="17"/>
              </w:rPr>
              <w:t xml:space="preserve">, </w:t>
            </w:r>
            <w:r>
              <w:rPr>
                <w:rFonts w:ascii="Consolas" w:hAnsi="Consolas" w:cs="Consolas" w:eastAsia="Consolas"/>
                <w:sz w:val="15"/>
              </w:rPr>
              <w:t>ausl_​zuteilung.​png</w:t>
            </w:r>
            <w:r>
              <w:rPr>
                <w:sz w:val="17"/>
              </w:rPr>
              <w:t xml:space="preserve">, </w:t>
            </w:r>
            <w:r>
              <w:rPr>
                <w:rFonts w:ascii="Consolas" w:hAnsi="Consolas" w:cs="Consolas" w:eastAsia="Consolas"/>
                <w:sz w:val="15"/>
              </w:rPr>
              <w:t>ausl_​wagen_​KW-100x_​Ausl00000x.​png</w:t>
            </w:r>
          </w:p>
        </w:tc>
        <w:tc>
          <w:tcPr>
            <w:tcW w:type="dxa" w:w="4030"/>
          </w:tcPr>
          <w:p>
            <w:pPr>
              <w:spacing w:after="0" w:line="252" w:lineRule="auto"/>
            </w:pPr>
            <w:r>
              <w:rPr>
                <w:sz w:val="17"/>
              </w:rPr>
              <w:t>Ablauf, Zuteilung, Zielfächer</w:t>
            </w:r>
          </w:p>
        </w:tc>
      </w:tr>
      <w:tr>
        <w:tc>
          <w:tcPr>
            <w:tcW w:type="dxa" w:w="5495"/>
          </w:tcPr>
          <w:p>
            <w:pPr>
              <w:spacing w:after="0" w:line="252" w:lineRule="auto"/>
            </w:pPr>
            <w:r>
              <w:rPr>
                <w:sz w:val="17"/>
              </w:rPr>
              <w:t>Ablaeufe_​Auslagerung_​Kommissionierauftrag v1.0 (HTML/Word, bisheriges Layout)</w:t>
            </w:r>
          </w:p>
        </w:tc>
        <w:tc>
          <w:tcPr>
            <w:tcW w:type="dxa" w:w="4030"/>
          </w:tcPr>
          <w:p>
            <w:pPr>
              <w:spacing w:after="0" w:line="252" w:lineRule="auto"/>
            </w:pPr>
            <w:r>
              <w:rPr>
                <w:sz w:val="17"/>
              </w:rPr>
              <w:t>Vorgängerversion, Inhalt übernommen</w:t>
            </w:r>
          </w:p>
        </w:tc>
      </w:tr>
    </w:tbl>
    <w:p>
      <w:pPr>
        <w:pStyle w:val="BeschriftungSSI"/>
      </w:pPr>
      <w:r>
        <w:t>Tab. 27: Verwendete Dokumente und Dateien</w:t>
      </w:r>
    </w:p>
    <w:p>
      <w:pPr>
        <w:pStyle w:val="Heading2"/>
      </w:pPr>
      <w:r>
        <w:t>14.3 Verwendete Kapitel und Tabellen der Manuals</w:t>
      </w:r>
    </w:p>
    <w:p>
      <w:r>
        <w:t>Im Text zitierte Stellen (Kapitel, Tabellen, Seiten der PDF-Fassung):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Manual</w:t>
            </w:r>
          </w:p>
        </w:tc>
        <w:tc>
          <w:tcPr>
            <w:tcW w:type="dxa" w:w="6145"/>
            <w:shd w:val="clear" w:color="auto" w:fill="FEEE19"/>
          </w:tcPr>
          <w:p>
            <w:pPr>
              <w:spacing w:after="0"/>
            </w:pPr>
            <w:r>
              <w:rPr>
                <w:b/>
                <w:sz w:val="17"/>
              </w:rPr>
              <w:t>Zitierte Stellen</w:t>
            </w:r>
          </w:p>
        </w:tc>
      </w:tr>
      <w:tr>
        <w:tc>
          <w:tcPr>
            <w:tcW w:type="dxa" w:w="3380"/>
          </w:tcPr>
          <w:p>
            <w:pPr>
              <w:spacing w:after="0" w:line="252" w:lineRule="auto"/>
            </w:pPr>
            <w:r>
              <w:rPr>
                <w:sz w:val="17"/>
              </w:rPr>
              <w:t>Interface Manual WLS-ERP 2.8 (IM)</w:t>
            </w:r>
          </w:p>
        </w:tc>
        <w:tc>
          <w:tcPr>
            <w:tcW w:type="dxa" w:w="6145"/>
          </w:tcPr>
          <w:p>
            <w:pPr>
              <w:spacing w:after="0" w:line="252" w:lineRule="auto"/>
            </w:pPr>
            <w:r>
              <w:rPr>
                <w:sz w:val="17"/>
              </w:rPr>
              <w:t>Tab. 6, Tab. 14, Tab. 35, Tab. 56, Tab. 57, Tab. 59, Tab. 60, Tab. 66, Tab. 67, Tab. 69, Tab. 70, Tab. 71, Tab. 72, 2.8, 7.1, 7.1.1.1, 7.1.1.2, 7.1.1.3, 7.1.1.4, 7.1.1.5, 7.2, 7.2.1.1, 7.2.1.2, 7.2.1.3, 7.2.1.4, 7.2.1.5, 7.2.1.6</w:t>
            </w:r>
          </w:p>
        </w:tc>
      </w:tr>
      <w:tr>
        <w:tc>
          <w:tcPr>
            <w:tcW w:type="dxa" w:w="3380"/>
          </w:tcPr>
          <w:p>
            <w:pPr>
              <w:spacing w:after="0" w:line="252" w:lineRule="auto"/>
            </w:pPr>
            <w:r>
              <w:rPr>
                <w:sz w:val="17"/>
              </w:rPr>
              <w:t>User Manual 2.8 (UM)</w:t>
            </w:r>
          </w:p>
        </w:tc>
        <w:tc>
          <w:tcPr>
            <w:tcW w:type="dxa" w:w="6145"/>
          </w:tcPr>
          <w:p>
            <w:pPr>
              <w:spacing w:after="0" w:line="252" w:lineRule="auto"/>
            </w:pPr>
            <w:r>
              <w:rPr>
                <w:sz w:val="17"/>
              </w:rPr>
              <w:t>5.5, 6.2.2.2, 6.2.2.3.1, 6.2.5.2, 6.2.5.5.2, 6.2.5.11, 6.2.5.11.1, 6.4.12, 6.4.12.1</w:t>
            </w:r>
          </w:p>
        </w:tc>
      </w:tr>
      <w:tr>
        <w:tc>
          <w:tcPr>
            <w:tcW w:type="dxa" w:w="3380"/>
          </w:tcPr>
          <w:p>
            <w:pPr>
              <w:spacing w:after="0" w:line="252" w:lineRule="auto"/>
            </w:pPr>
            <w:r>
              <w:rPr>
                <w:sz w:val="17"/>
              </w:rPr>
              <w:t>Administrator Manual 2.8 (AM)</w:t>
            </w:r>
          </w:p>
        </w:tc>
        <w:tc>
          <w:tcPr>
            <w:tcW w:type="dxa" w:w="6145"/>
          </w:tcPr>
          <w:p>
            <w:pPr>
              <w:spacing w:after="0" w:line="252" w:lineRule="auto"/>
            </w:pPr>
            <w:r>
              <w:rPr>
                <w:sz w:val="17"/>
              </w:rPr>
              <w:t>3.1.3.2, 3.5.1.6.1, 3.6.3.1, 3.6.6</w:t>
            </w:r>
          </w:p>
        </w:tc>
      </w:tr>
    </w:tbl>
    <w:p>
      <w:pPr>
        <w:pStyle w:val="BeschriftungSSI"/>
      </w:pPr>
      <w:r>
        <w:t>Tab. 28: Zitierte Stellen der Manuals</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Ablaufbeschreibung V 2.0 (Redesign)</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Ablaufbeschreibung</w:t>
    </w:r>
  </w:p>
  <w:p>
    <w:pPr>
      <w:jc w:val="right"/>
      <w:pBdr>
        <w:bottom w:val="single" w:sz="4" w:space="4" w:color="000000"/>
      </w:pBdr>
    </w:pPr>
    <w:r>
      <w:rPr>
        <w:b/>
        <w:sz w:val="22"/>
      </w:rPr>
      <w:t>Abläufe Auslagerung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Abläufe Auslagerung: Kommissionierauftrag BC Dynamics an WAMAS</dc:title>
  <dc:subject>Akumax AG · Zuteilung nach Charge, MHD und Seriennummer, Rückmeldung, Beispiele, Anleitung Lager</dc:subject>
  <dc:creator>Marek Sobona /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