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Protokoll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Schulungs- und Abnahmeprotokoll</w:t>
            </w:r>
          </w:p>
          <w:p>
            <w:r>
              <w:rPr>
                <w:sz w:val="18"/>
              </w:rPr>
              <w:t>Hauri AG  ·  WAMAS Lift &amp; Store 2.8 · SSI LOGIMAT  ·  V 1.0  ·  19.10.2026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p>
      <w:pPr>
        <w:pStyle w:val="Heading1"/>
      </w:pPr>
      <w:r>
        <w:t>1 Angaben zur Schulung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Hauri 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System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2.8, ein SSI LOGIMAT, Touch-, Desktop- und Mobile-Client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19.10.2026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Schulungsleiter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Teilnehmende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Damian · Marcel (Kontaktperson) · Alex Mittag (Logistiker) · siehe Teilnehmerliste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Unterlagen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Schulungsmappe Hauri AG v1.0 vom 19.10.2026 (Dokumente 01–09)</w:t>
            </w:r>
          </w:p>
        </w:tc>
      </w:tr>
    </w:tbl>
    <w:p>
      <w:pPr>
        <w:spacing w:after="40"/>
      </w:pPr>
    </w:p>
    <w:p>
      <w:pPr>
        <w:pStyle w:val="Heading1"/>
      </w:pPr>
      <w:r>
        <w:t>2 Checkliste Schulungsinhalte</w:t>
      </w:r>
    </w:p>
    <w:p>
      <w:r>
        <w:t xml:space="preserve">Bitte je Thema ankreuzen: </w:t>
      </w:r>
      <w:r>
        <w:rPr>
          <w:b/>
        </w:rPr>
        <w:t>geschult</w:t>
      </w:r>
      <w:r>
        <w:t xml:space="preserve"> (Inhalt gezeigt und geübt), </w:t>
      </w:r>
      <w:r>
        <w:rPr>
          <w:b/>
        </w:rPr>
        <w:t>verstanden</w:t>
      </w:r>
      <w:r>
        <w:t xml:space="preserve"> (Teilnehmende können es selbst), </w:t>
      </w:r>
      <w:r>
        <w:rPr>
          <w:b/>
        </w:rPr>
        <w:t>offen</w:t>
      </w:r>
      <w:r>
        <w:t xml:space="preserve"> (Nacharbeit nötig).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3969"/>
        <w:gridCol w:w="1020"/>
        <w:gridCol w:w="1190"/>
        <w:gridCol w:w="793"/>
        <w:gridCol w:w="2041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1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geschult</w:t>
            </w:r>
          </w:p>
        </w:tc>
        <w:tc>
          <w:tcPr>
            <w:tcW w:type="dxa" w:w="1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verstanden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Anmelden / Abmelden am Touch-Client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Tablar anfordern und retournieren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im Tablarlayouteditor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Tablarvorlagen speichern und laden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 einer Box zuordnen, Höchstmenge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Einlagern mit Buchungsschlüssel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Entnehmen (Auslagern)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Bestand prüfen (Touch, Mobile, Desktop)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Typische Meldungen und Fehler, Ansprechpartner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 / pflegen am Touch-Client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Artikelimport Excel (EXCEL_ITEM_V5), Kontrolle DI002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Importdatei Hauri: Dashboard, nicht importierbare Zeilen, Offene Punkte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Rechte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Einheiten und Warengruppe (MD017)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Boxtypen und Boxtyp-Zuordnung (LM084)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und Support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3 Bemerkungen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525"/>
      </w:tblGrid>
      <w:tr>
        <w:trPr>
          <w:tblHeader w:val="true"/>
          <w:cantSplit w:val="true"/>
        </w:trPr>
        <w:tc>
          <w:tcPr>
            <w:tcW w:type="dxa" w:w="95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Bemerkungen der Hauri AG / von SSI SCHÄFER</w:t>
            </w:r>
          </w:p>
        </w:tc>
      </w:tr>
      <w:tr>
        <w:trPr>
          <w:trHeight w:val="1247" w:hRule="atLeast"/>
          <w:cantSplit w:val="true"/>
        </w:trPr>
        <w:tc>
          <w:tcPr>
            <w:tcW w:type="dxa" w:w="9524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r>
        <w:br w:type="page"/>
      </w:r>
    </w:p>
    <w:p>
      <w:pPr>
        <w:pStyle w:val="Heading1"/>
      </w:pPr>
      <w:r>
        <w:t>4 Abnahmekriterien (Vorschlag)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Vorschlag</w:t>
            </w:r>
          </w:p>
          <w:p>
            <w:pPr>
              <w:spacing w:after="40"/>
            </w:pPr>
            <w:r>
              <w:rPr>
                <w:sz w:val="19"/>
              </w:rPr>
              <w:t>Die Kriterien sind ein Vorschlag von SSI SCHÄFER und werden vor Ort mit der Hauri AG bestätigt oder angepasst.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6066"/>
        <w:gridCol w:w="907"/>
        <w:gridCol w:w="907"/>
        <w:gridCol w:w="1134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0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Kriterium</w:t>
            </w:r>
          </w:p>
        </w:tc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erfüllt</w:t>
            </w:r>
          </w:p>
        </w:tc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nicht erfüllt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a.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K1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Alex Mittag lagert selbständig einen Artikel ein und entnimmt ihn (Übungen Ü3.2, Ü4.1)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K2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Eine neue Box wird im Tablarlayouteditor angelegt und einem Artikel zugeordnet (Ü2.1, Ü3.1)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K3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Der Bestand eines Artikels wird an zwei Stellen geprüft und stimmt überein (Ü4.2)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K4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Marcel oder Damian importiert eine Testdatei und kontrolliert das Ergebnis in DI002/MD001 (Ü6.1)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K5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Die Teilnehmenden kennen Ansprechpartner und Vorgehen bei Störungen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K6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Die Schulungsunterlagen (01–09) wurden übergeben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1"/>
      </w:pPr>
      <w:r>
        <w:t>5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4762"/>
        <w:gridCol w:w="1757"/>
        <w:gridCol w:w="1247"/>
        <w:gridCol w:w="1247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Offener Punkt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Termin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Einheiten PAAR, M, GAR in MD017 anlegen (Freigabe offen); danach Teildateien 08–11 importieren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 / Hauri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STANDARD: Verhalten beim V5-Import klären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Nicht importierbare Artikel (2077 Zeilen) klären, v. a. doppelte Hersteller-Nr. und fehlende Einheiten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Hauri (Marcel)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mit IT (MTCOM) vereinbaren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Hauri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vom Hauri-System für die Anleitungen ergänzen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</w:p>
        </w:tc>
        <w:tc>
          <w:tcPr>
            <w:tcW w:type="dxa" w:w="175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1"/>
      </w:pPr>
      <w:r>
        <w:t>6 Bestätigung</w:t>
      </w:r>
    </w:p>
    <w:p>
      <w:r>
        <w:t>Mit der Unterschrift bestätigen die Parteien die Durchführung der Schulung gemäss Checkliste. Offene Punkte werden wie oben vereinbart nachbearbeitet.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Hauri AG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SSI SCHÄFER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Name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Funktion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Projektleiter WAMAS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Ort, Datum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Abnahmeprotokoll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Protokoll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Abnahmeprotokoll Schulung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Schulungs- und Abnahmeprotokoll</dc:title>
  <dc:subject>Schulung WAMAS Lift &amp; Store 2.8 am SSI LOGIMAT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