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Administratoranleitung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Administratoranleitung WAMAS Lift &amp; Store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Benutzer und Rechte, Artikelstamm, Einheiten, Warengruppe, Boxtypen und Tablarvorlagen, Import-Profile, Kontrolle, Datensicherung und Ansprechpartner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1.1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</w:t>
        <w:tab/>
        <w:t>3</w:t>
      </w:r>
    </w:p>
    <w:p>
      <w:pPr>
        <w:pStyle w:val="TOC2"/>
        <w:tabs>
          <w:tab w:pos="9524" w:val="right" w:leader="dot"/>
        </w:tabs>
      </w:pPr>
      <w:r>
        <w:t>1.2 Kennzeichnungen</w:t>
        <w:tab/>
        <w:t>3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Grundregeln für Administratoren</w:t>
        <w:tab/>
        <w:t>4</w:t>
      </w:r>
    </w:p>
    <w:p>
      <w:pPr>
        <w:pStyle w:val="TOC1"/>
        <w:tabs>
          <w:tab w:pos="9524" w:val="right" w:leader="dot"/>
        </w:tabs>
      </w:pPr>
      <w:r>
        <w:t>3 Desktop-Client: Bedienung</w:t>
        <w:tab/>
        <w:t>5</w:t>
      </w:r>
    </w:p>
    <w:p>
      <w:pPr>
        <w:pStyle w:val="TOC1"/>
        <w:tabs>
          <w:tab w:pos="9524" w:val="right" w:leader="dot"/>
        </w:tabs>
      </w:pPr>
      <w:r>
        <w:t>4 Benutzer und Rechte</w:t>
        <w:tab/>
        <w:t>6</w:t>
      </w:r>
    </w:p>
    <w:p>
      <w:pPr>
        <w:pStyle w:val="TOC2"/>
        <w:tabs>
          <w:tab w:pos="9524" w:val="right" w:leader="dot"/>
        </w:tabs>
      </w:pPr>
      <w:r>
        <w:t>4.1 Aufbau</w:t>
        <w:tab/>
        <w:t>6</w:t>
      </w:r>
    </w:p>
    <w:p>
      <w:pPr>
        <w:pStyle w:val="TOC2"/>
        <w:tabs>
          <w:tab w:pos="9524" w:val="right" w:leader="dot"/>
        </w:tabs>
      </w:pPr>
      <w:r>
        <w:t>4.2 Profile im SSI-Testsystem</w:t>
        <w:tab/>
        <w:t>6</w:t>
      </w:r>
    </w:p>
    <w:p>
      <w:pPr>
        <w:pStyle w:val="TOC2"/>
        <w:tabs>
          <w:tab w:pos="9524" w:val="right" w:leader="dot"/>
        </w:tabs>
      </w:pPr>
      <w:r>
        <w:t>4.3 Neuen Benutzer anlegen</w:t>
        <w:tab/>
        <w:t>6</w:t>
      </w:r>
    </w:p>
    <w:p>
      <w:pPr>
        <w:pStyle w:val="TOC1"/>
        <w:tabs>
          <w:tab w:pos="9524" w:val="right" w:leader="dot"/>
        </w:tabs>
      </w:pPr>
      <w:r>
        <w:t>5 Artikelstamm</w:t>
        <w:tab/>
        <w:t>8</w:t>
      </w:r>
    </w:p>
    <w:p>
      <w:pPr>
        <w:pStyle w:val="TOC2"/>
        <w:tabs>
          <w:tab w:pos="9524" w:val="right" w:leader="dot"/>
        </w:tabs>
      </w:pPr>
      <w:r>
        <w:t>5.1 Artikel suchen und ansehen</w:t>
        <w:tab/>
        <w:t>8</w:t>
      </w:r>
    </w:p>
    <w:p>
      <w:pPr>
        <w:pStyle w:val="TOC2"/>
        <w:tabs>
          <w:tab w:pos="9524" w:val="right" w:leader="dot"/>
        </w:tabs>
      </w:pPr>
      <w:r>
        <w:t>5.2 Artikel einzeln anlegen (empfohlen: vereinfacht)</w:t>
        <w:tab/>
        <w:t>8</w:t>
      </w:r>
    </w:p>
    <w:p>
      <w:pPr>
        <w:pStyle w:val="TOC2"/>
        <w:tabs>
          <w:tab w:pos="9524" w:val="right" w:leader="dot"/>
        </w:tabs>
      </w:pPr>
      <w:r>
        <w:t>5.3 Viele Artikel</w:t>
        <w:tab/>
        <w:t>8</w:t>
      </w:r>
    </w:p>
    <w:p>
      <w:pPr>
        <w:pStyle w:val="TOC1"/>
        <w:tabs>
          <w:tab w:pos="9524" w:val="right" w:leader="dot"/>
        </w:tabs>
      </w:pPr>
      <w:r>
        <w:t>6 Einheiten (Klient pflegen, MD017)</w:t>
        <w:tab/>
        <w:t>9</w:t>
      </w:r>
    </w:p>
    <w:p>
      <w:pPr>
        <w:pStyle w:val="TOC1"/>
        <w:tabs>
          <w:tab w:pos="9524" w:val="right" w:leader="dot"/>
        </w:tabs>
      </w:pPr>
      <w:r>
        <w:t>7 Warengruppe STANDARD</w:t>
        <w:tab/>
        <w:t>10</w:t>
      </w:r>
    </w:p>
    <w:p>
      <w:pPr>
        <w:pStyle w:val="TOC1"/>
        <w:tabs>
          <w:tab w:pos="9524" w:val="right" w:leader="dot"/>
        </w:tabs>
      </w:pPr>
      <w:r>
        <w:t>8 Boxtypen und Tablarvorlagen</w:t>
        <w:tab/>
        <w:t>11</w:t>
      </w:r>
    </w:p>
    <w:p>
      <w:pPr>
        <w:pStyle w:val="TOC2"/>
        <w:tabs>
          <w:tab w:pos="9524" w:val="right" w:leader="dot"/>
        </w:tabs>
      </w:pPr>
      <w:r>
        <w:t>8.1 Was wo gepflegt wird</w:t>
        <w:tab/>
        <w:t>11</w:t>
      </w:r>
    </w:p>
    <w:p>
      <w:pPr>
        <w:pStyle w:val="TOC1"/>
        <w:tabs>
          <w:tab w:pos="9524" w:val="right" w:leader="dot"/>
        </w:tabs>
      </w:pPr>
      <w:r>
        <w:t>9 Import-Profile und Artikelimport (LM161 / LM163)</w:t>
        <w:tab/>
        <w:t>12</w:t>
      </w:r>
    </w:p>
    <w:p>
      <w:pPr>
        <w:pStyle w:val="TOC2"/>
        <w:tabs>
          <w:tab w:pos="9524" w:val="right" w:leader="dot"/>
        </w:tabs>
      </w:pPr>
      <w:r>
        <w:t>9.1 Überblick</w:t>
        <w:tab/>
        <w:t>12</w:t>
      </w:r>
    </w:p>
    <w:p>
      <w:pPr>
        <w:pStyle w:val="TOC2"/>
        <w:tabs>
          <w:tab w:pos="9524" w:val="right" w:leader="dot"/>
        </w:tabs>
      </w:pPr>
      <w:r>
        <w:t>9.2 Profil EXCEL_ITEM_V5</w:t>
        <w:tab/>
        <w:t>12</w:t>
      </w:r>
    </w:p>
    <w:p>
      <w:pPr>
        <w:pStyle w:val="TOC1"/>
        <w:tabs>
          <w:tab w:pos="9524" w:val="right" w:leader="dot"/>
        </w:tabs>
      </w:pPr>
      <w:r>
        <w:t>10 Zugriffsöffnung und Touch-Terminal</w:t>
        <w:tab/>
        <w:t>13</w:t>
      </w:r>
    </w:p>
    <w:p>
      <w:pPr>
        <w:pStyle w:val="TOC1"/>
        <w:tabs>
          <w:tab w:pos="9524" w:val="right" w:leader="dot"/>
        </w:tabs>
      </w:pPr>
      <w:r>
        <w:t>11 Kontrolle, Protokolle und Logs</w:t>
        <w:tab/>
        <w:t>14</w:t>
      </w:r>
    </w:p>
    <w:p>
      <w:pPr>
        <w:pStyle w:val="TOC1"/>
        <w:tabs>
          <w:tab w:pos="9524" w:val="right" w:leader="dot"/>
        </w:tabs>
      </w:pPr>
      <w:r>
        <w:t>12 Datensicherung und Ansprechpartner</w:t>
        <w:tab/>
        <w:t>15</w:t>
      </w:r>
    </w:p>
    <w:p>
      <w:pPr>
        <w:pStyle w:val="TOC2"/>
        <w:tabs>
          <w:tab w:pos="9524" w:val="right" w:leader="dot"/>
        </w:tabs>
      </w:pPr>
      <w:r>
        <w:t>12.1 Datensicherung</w:t>
        <w:tab/>
        <w:t>15</w:t>
      </w:r>
    </w:p>
    <w:p>
      <w:pPr>
        <w:pStyle w:val="TOC2"/>
        <w:tabs>
          <w:tab w:pos="9524" w:val="right" w:leader="dot"/>
        </w:tabs>
      </w:pPr>
      <w:r>
        <w:t>12.2 Ansprechpartner</w:t>
        <w:tab/>
        <w:t>15</w:t>
      </w:r>
    </w:p>
    <w:p>
      <w:pPr>
        <w:pStyle w:val="TOC1"/>
        <w:tabs>
          <w:tab w:pos="9524" w:val="right" w:leader="dot"/>
        </w:tabs>
      </w:pPr>
      <w:r>
        <w:t>13 Stolperfallen</w:t>
        <w:tab/>
        <w:t>16</w:t>
      </w:r>
    </w:p>
    <w:p>
      <w:pPr>
        <w:pStyle w:val="TOC1"/>
        <w:tabs>
          <w:tab w:pos="9524" w:val="right" w:leader="dot"/>
        </w:tabs>
      </w:pPr>
      <w:r>
        <w:t>14 Praxisbeispiele</w:t>
        <w:tab/>
        <w:t>17</w:t>
      </w:r>
    </w:p>
    <w:p>
      <w:pPr>
        <w:pStyle w:val="TOC2"/>
        <w:tabs>
          <w:tab w:pos="9524" w:val="right" w:leader="dot"/>
        </w:tabs>
      </w:pPr>
      <w:r>
        <w:t>14.1 Neuer Bediener</w:t>
        <w:tab/>
        <w:t>17</w:t>
      </w:r>
    </w:p>
    <w:p>
      <w:pPr>
        <w:pStyle w:val="TOC2"/>
        <w:tabs>
          <w:tab w:pos="9524" w:val="right" w:leader="dot"/>
        </w:tabs>
      </w:pPr>
      <w:r>
        <w:t>14.2 Artikelimport Teil 1</w:t>
        <w:tab/>
        <w:t>17</w:t>
      </w:r>
    </w:p>
    <w:p>
      <w:pPr>
        <w:pStyle w:val="TOC1"/>
        <w:tabs>
          <w:tab w:pos="9524" w:val="right" w:leader="dot"/>
        </w:tabs>
      </w:pPr>
      <w:r>
        <w:t>15 Offene Punkte</w:t>
        <w:tab/>
        <w:t>18</w:t>
      </w:r>
    </w:p>
    <w:p>
      <w:pPr>
        <w:pStyle w:val="TOC1"/>
        <w:tabs>
          <w:tab w:pos="9524" w:val="right" w:leader="dot"/>
        </w:tabs>
      </w:pPr>
      <w:r>
        <w:t>16 Quellenverzeichnis</w:t>
        <w:tab/>
        <w:t>19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Anleitung ist für die </w:t>
      </w:r>
      <w:r>
        <w:rPr>
          <w:b/>
        </w:rPr>
        <w:t>Key-User</w:t>
      </w:r>
      <w:r>
        <w:t xml:space="preserve"> der Hauri AG. Sie beschreibt die Aufgaben im </w:t>
      </w:r>
      <w:r>
        <w:rPr>
          <w:b/>
        </w:rPr>
        <w:t>Desktop-Client</w:t>
      </w:r>
      <w:r>
        <w:t xml:space="preserve"> (Admin-Client) von WAMAS Lift &amp; Store 2.8, die bei der Hauri AG anfallen. Die Hauri AG arbeitet mit einem schlanken Setup: ein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eine Warengruppe </w:t>
      </w:r>
      <w:r>
        <w:rPr>
          <w:rFonts w:ascii="Consolas" w:hAnsi="Consolas" w:cs="Consolas" w:eastAsia="Consolas"/>
          <w:sz w:val="18"/>
        </w:rPr>
        <w:t>STANDARD</w:t>
      </w:r>
      <w:r>
        <w:t>, Artikelnummer = Hersteller-Nr., kein Hostsystem.</w:t>
      </w:r>
    </w:p>
    <w:p>
      <w:pPr>
        <w:pStyle w:val="Heading2"/>
      </w:pPr>
      <w:r>
        <w:t>1.2 Kennzeichnungen</w:t>
      </w:r>
    </w:p>
    <w:p>
      <w:pPr>
        <w:pStyle w:val="ListBullet"/>
      </w:pPr>
      <w:r>
        <w:rPr>
          <w:b/>
        </w:rPr>
        <w:t>Bildschirmname</w:t>
      </w:r>
      <w:r>
        <w:t xml:space="preserve"> (Dialognummer), z. B. </w:t>
      </w:r>
      <w:r>
        <w:rPr>
          <w:b/>
        </w:rPr>
        <w:t>Übersicht Artikel</w:t>
      </w:r>
      <w:r>
        <w:t xml:space="preserve"> (MD001).</w:t>
      </w:r>
    </w:p>
    <w:p>
      <w:pPr>
        <w:pStyle w:val="ListBullet"/>
      </w:pPr>
      <w:r>
        <w:rPr>
          <w:b/>
        </w:rPr>
        <w:t>[vor Ort prüfen]</w:t>
      </w:r>
      <w:r>
        <w:t>: im Testsystem bzw. Handbuch belegt, auf dem System der Hauri AG noch zu bestätigen.</w:t>
      </w:r>
    </w:p>
    <w:p>
      <w:pPr>
        <w:pStyle w:val="ListBullet"/>
      </w:pPr>
      <w:r>
        <w:t>Graue Kästen „Vor Ort prüfen“ bzw. „In den Unterlagen nicht beschrieben“: Lücke, die bei der Einführung geklärt wird.</w:t>
      </w:r>
    </w:p>
    <w:p>
      <w:pPr>
        <w:pStyle w:val="ListBullet"/>
      </w:pPr>
      <w:r>
        <w:t>Bildschirmfotos: SSI-Testsystem srv01 (WAMAS LS 2.8). Daten und Artikel sind Testdaten.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Administratoranleitung WAMAS Lift &amp; Store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Key-User und Administratoren der Hauri AG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Live-Tests auf SSI-Testsystem srv01 (Stand 17.10.2026), Administrator Manual 2.8 (enUS), Administratorhandbuch 2.7 (deDE), SSI-Schulungsunterlage Administrator v1.0</w:t>
            </w:r>
          </w:p>
        </w:tc>
      </w:tr>
    </w:tbl>
    <w:p>
      <w:pPr>
        <w:spacing w:after="40"/>
      </w:pPr>
    </w:p>
    <w:p>
      <w:pPr>
        <w:pStyle w:val="Heading1"/>
      </w:pPr>
      <w:r>
        <w:t>2 Grundregeln für Administratoren</w:t>
      </w:r>
    </w:p>
    <w:p>
      <w:pPr>
        <w:pStyle w:val="ListBullet"/>
      </w:pPr>
      <w:r>
        <w:rPr>
          <w:b/>
        </w:rPr>
        <w:t>Nur ein WAMAS-Tab</w:t>
      </w:r>
      <w:r>
        <w:t xml:space="preserve"> im Browser. Mehrere Tabs führen zu Session-Timeout und Serverfehlern.</w:t>
      </w:r>
    </w:p>
    <w:p>
      <w:pPr>
        <w:pStyle w:val="ListBullet"/>
      </w:pPr>
      <w:r>
        <w:rPr>
          <w:b/>
        </w:rPr>
        <w:t>Standard-Datensätze nicht ändern</w:t>
      </w:r>
      <w:r>
        <w:t xml:space="preserve"> (z. B. Standard-Boxtypen, Standard-Bedarfstyp </w:t>
      </w:r>
      <w:r>
        <w:rPr>
          <w:rFonts w:ascii="Consolas" w:hAnsi="Consolas" w:cs="Consolas" w:eastAsia="Consolas"/>
          <w:sz w:val="18"/>
        </w:rPr>
        <w:t>SHPG</w:t>
      </w:r>
      <w:r>
        <w:t xml:space="preserve">, Druck-Konfigurationen). Immer eine </w:t>
      </w:r>
      <w:r>
        <w:rPr>
          <w:b/>
        </w:rPr>
        <w:t>Kopie</w:t>
      </w:r>
      <w:r>
        <w:t xml:space="preserve"> anlegen (Rechtsklick </w:t>
      </w:r>
      <w:r>
        <w:rPr>
          <w:b/>
        </w:rPr>
        <w:t>Datensatz duplizieren…</w:t>
      </w:r>
      <w:r>
        <w:t>, FW014) und nur die Kopie ändern.</w:t>
      </w:r>
    </w:p>
    <w:p>
      <w:pPr>
        <w:pStyle w:val="ListBullet"/>
      </w:pPr>
      <w:r>
        <w:t>Jede Änderung an Parametern und Stammdaten mit Datum, altem und neuem Wert notieren.</w:t>
      </w:r>
    </w:p>
    <w:p>
      <w:pPr>
        <w:pStyle w:val="ListBullet"/>
      </w:pPr>
      <w:r>
        <w:t>Keine Zugangsdaten in Dokumente oder E-Mails schreiben.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drücken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Zuordnung aufheben</w:t>
            </w:r>
            <w:r>
              <w:rPr>
                <w:sz w:val="19"/>
              </w:rPr>
              <w:t xml:space="preserve"> (Öffnung), </w:t>
            </w:r>
            <w:r>
              <w:rPr>
                <w:b/>
                <w:sz w:val="19"/>
              </w:rPr>
              <w:t>Tablarvorgänge stornieren</w:t>
            </w:r>
            <w:r>
              <w:rPr>
                <w:sz w:val="19"/>
              </w:rPr>
              <w:t xml:space="preserve"> (rot, Touch LM002) und </w:t>
            </w:r>
            <w:r>
              <w:rPr>
                <w:b/>
                <w:sz w:val="19"/>
              </w:rPr>
              <w:t>Dokument noch einmal verteilen</w:t>
            </w:r>
            <w:r>
              <w:rPr>
                <w:sz w:val="19"/>
              </w:rPr>
              <w:t xml:space="preserve"> (Berichtsarchiv). Die letzte Funktion verteilt Dokumente erneut über alle Kanäle, auch per E-Mail.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10.1; KH-L Kap. 8.1</w:t>
      </w:r>
    </w:p>
    <w:p>
      <w:pPr>
        <w:pStyle w:val="Heading1"/>
      </w:pPr>
      <w:r>
        <w:t>3 Desktop-Client: Bedienung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51"/>
        <w:gridCol w:w="7574"/>
      </w:tblGrid>
      <w:tr>
        <w:trPr>
          <w:tblHeader w:val="true"/>
          <w:cantSplit w:val="true"/>
        </w:trPr>
        <w:tc>
          <w:tcPr>
            <w:tcW w:type="dxa" w:w="19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75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So geht es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Dialog öffnen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Feld </w:t>
            </w:r>
            <w:r>
              <w:rPr>
                <w:b/>
                <w:sz w:val="17"/>
              </w:rPr>
              <w:t>Dialogsuche</w:t>
            </w:r>
            <w:r>
              <w:rPr>
                <w:sz w:val="17"/>
              </w:rPr>
              <w:t xml:space="preserve"> oben (</w:t>
            </w:r>
            <w:r>
              <w:rPr>
                <w:b/>
                <w:sz w:val="17"/>
              </w:rPr>
              <w:t>STRG+F</w:t>
            </w:r>
            <w:r>
              <w:rPr>
                <w:sz w:val="17"/>
              </w:rPr>
              <w:t xml:space="preserve">): Nummer oder Titel eingeben, führende Nullen weglassen, z. B. </w:t>
            </w:r>
            <w:r>
              <w:rPr>
                <w:rFonts w:ascii="Consolas" w:hAnsi="Consolas" w:cs="Consolas" w:eastAsia="Consolas"/>
                <w:sz w:val="15"/>
              </w:rPr>
              <w:t>md1</w:t>
            </w:r>
            <w:r>
              <w:rPr>
                <w:sz w:val="17"/>
              </w:rPr>
              <w:t xml:space="preserve"> für MD001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Suchen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Bereich </w:t>
            </w: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ausfüllen → </w:t>
            </w: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. Im Suchergebnis öffnet ein </w:t>
            </w:r>
            <w:r>
              <w:rPr>
                <w:b/>
                <w:sz w:val="17"/>
              </w:rPr>
              <w:t>Rechtsklick</w:t>
            </w:r>
            <w:r>
              <w:rPr>
                <w:sz w:val="17"/>
              </w:rPr>
              <w:t xml:space="preserve"> die Folgedialoge (z. B. </w:t>
            </w:r>
            <w:r>
              <w:rPr>
                <w:b/>
                <w:sz w:val="17"/>
              </w:rPr>
              <w:t>Artikel importieren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Speichern / Neu / Löschen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STRG+S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STRG++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STRG+−</w:t>
            </w:r>
            <w:r>
              <w:rPr>
                <w:sz w:val="17"/>
              </w:rPr>
              <w:t xml:space="preserve">, Aktualisieren </w:t>
            </w:r>
            <w:r>
              <w:rPr>
                <w:b/>
                <w:sz w:val="17"/>
              </w:rPr>
              <w:t>F5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Datensatz kopieren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STRG+D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Datensatz duplizieren</w:t>
            </w:r>
            <w:r>
              <w:rPr>
                <w:sz w:val="17"/>
              </w:rPr>
              <w:t xml:space="preserve"> (FW014)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Fehler erkennen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>Eingabefehler: rote Zeile bzw. Symbol im Feld; Hinweis rechts in der Statuszeile (Tooltip)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Änderungen nachverfolgen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Rechtsklick → </w:t>
            </w:r>
            <w:r>
              <w:rPr>
                <w:b/>
                <w:sz w:val="17"/>
              </w:rPr>
              <w:t>Aktivitätsprotokoll anzeigen</w:t>
            </w:r>
            <w:r>
              <w:rPr>
                <w:sz w:val="17"/>
              </w:rPr>
              <w:t xml:space="preserve"> (FW027)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Ergebnis exportieren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>Suchergebnis als HTML, CSV oder Excel</w:t>
            </w:r>
          </w:p>
        </w:tc>
      </w:tr>
    </w:tbl>
    <w:p>
      <w:pPr>
        <w:pStyle w:val="BeschriftungSSI"/>
      </w:pPr>
      <w:r>
        <w:t>Tab. 1: Bedienung Desktop-Client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Eingaben prüfen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langsamer Verbindung gehen beim Tippen Zeichen verloren und Zahlenfelder bleiben auf 0. Felder vor dem Speichern prüfen und mit </w:t>
            </w:r>
            <w:r>
              <w:rPr>
                <w:b/>
                <w:sz w:val="19"/>
              </w:rPr>
              <w:t>Tab</w:t>
            </w:r>
            <w:r>
              <w:rPr>
                <w:sz w:val="19"/>
              </w:rPr>
              <w:t xml:space="preserve"> verlassen.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1_md001_uebersicht_artikel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Übersicht Artikel (MD001) im Desktop-Client (Testsystem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1, 10.12; BH28 3.2–3.4</w:t>
      </w:r>
    </w:p>
    <w:p>
      <w:pPr>
        <w:pStyle w:val="Heading1"/>
      </w:pPr>
      <w:r>
        <w:t>4 Benutzer und Rechte</w:t>
      </w:r>
    </w:p>
    <w:p>
      <w:pPr>
        <w:pStyle w:val="Heading2"/>
      </w:pPr>
      <w:r>
        <w:t>4.1 Aufbau</w:t>
      </w:r>
    </w:p>
    <w:p>
      <w:r>
        <w:t xml:space="preserve">Ein </w:t>
      </w:r>
      <w:r>
        <w:rPr>
          <w:b/>
        </w:rPr>
        <w:t>Benutzer</w:t>
      </w:r>
      <w:r>
        <w:t xml:space="preserve"> hat ein oder mehrere </w:t>
      </w:r>
      <w:r>
        <w:rPr>
          <w:b/>
        </w:rPr>
        <w:t>Logins</w:t>
      </w:r>
      <w:r>
        <w:t xml:space="preserve"> (Anwendung Desktop, Touch oder Mobile) und eine </w:t>
      </w:r>
      <w:r>
        <w:rPr>
          <w:b/>
        </w:rPr>
        <w:t>Rolle</w:t>
      </w:r>
      <w:r>
        <w:t xml:space="preserve">. Die Rolle enthält </w:t>
      </w:r>
      <w:r>
        <w:rPr>
          <w:b/>
        </w:rPr>
        <w:t>Anwendungsberechtigungsprofile</w:t>
      </w:r>
      <w:r>
        <w:t>, die festlegen, welche Dialoge und Aktionen erlaubt sind.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819"/>
        <w:gridCol w:w="5706"/>
      </w:tblGrid>
      <w:tr>
        <w:trPr>
          <w:tblHeader w:val="true"/>
          <w:cantSplit w:val="true"/>
        </w:trPr>
        <w:tc>
          <w:tcPr>
            <w:tcW w:type="dxa" w:w="38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57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Zweck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Benutzer</w:t>
            </w:r>
            <w:r>
              <w:rPr>
                <w:sz w:val="17"/>
              </w:rPr>
              <w:t xml:space="preserve"> (UM001)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Benutzer suchen, sperren, Login-Protokoll (UM005)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Benutzer und Logins pflegen</w:t>
            </w:r>
            <w:r>
              <w:rPr>
                <w:sz w:val="17"/>
              </w:rPr>
              <w:t xml:space="preserve"> (UM002)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Benutzer, Login, Rolle, regionales Profil (Sprache)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Anwendungsberechtigungsprofil pflegen</w:t>
            </w:r>
            <w:r>
              <w:rPr>
                <w:sz w:val="17"/>
              </w:rPr>
              <w:t xml:space="preserve"> (UM004)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Desktop-, Mobile-, Touch-Zugriff; Registerkarte Import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Benutzersitzungen</w:t>
            </w:r>
            <w:r>
              <w:rPr>
                <w:sz w:val="17"/>
              </w:rPr>
              <w:t xml:space="preserve"> (UM013)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aktive Sitzungen; Rechtsklick </w:t>
            </w:r>
            <w:r>
              <w:rPr>
                <w:b/>
                <w:sz w:val="17"/>
              </w:rPr>
              <w:t>Benutzer abmelden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Audit-Log</w:t>
            </w:r>
            <w:r>
              <w:rPr>
                <w:sz w:val="17"/>
              </w:rPr>
              <w:t xml:space="preserve"> (UM028)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Änderungen an Profilen, Logins, Sperren</w:t>
            </w:r>
          </w:p>
        </w:tc>
      </w:tr>
    </w:tbl>
    <w:p>
      <w:pPr>
        <w:pStyle w:val="BeschriftungSSI"/>
      </w:pPr>
      <w:r>
        <w:t>Tab. 2: Dialoge Benutzerverwaltung</w:t>
      </w:r>
    </w:p>
    <w:p>
      <w:pPr>
        <w:pStyle w:val="Heading2"/>
      </w:pPr>
      <w:r>
        <w:t>4.2 Profile im SSI-Testsystem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62"/>
        <w:gridCol w:w="6244"/>
        <w:gridCol w:w="1719"/>
      </w:tblGrid>
      <w:tr>
        <w:trPr>
          <w:tblHeader w:val="true"/>
          <w:cantSplit w:val="true"/>
        </w:trPr>
        <w:tc>
          <w:tcPr>
            <w:tcW w:type="dxa" w:w="15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Profil</w:t>
            </w:r>
          </w:p>
        </w:tc>
        <w:tc>
          <w:tcPr>
            <w:tcW w:type="dxa" w:w="62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Wofür</w:t>
            </w:r>
          </w:p>
        </w:tc>
        <w:tc>
          <w:tcPr>
            <w:tcW w:type="dxa" w:w="17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 Touch</w:t>
            </w:r>
          </w:p>
        </w:tc>
        <w:tc>
          <w:tcPr>
            <w:tcW w:type="dxa" w:w="6243"/>
          </w:tcPr>
          <w:p>
            <w:pPr>
              <w:spacing w:after="0" w:line="252" w:lineRule="auto"/>
            </w:pPr>
            <w:r>
              <w:rPr>
                <w:sz w:val="17"/>
              </w:rPr>
              <w:t>Bediener am Touch-Client (u. a. LM045, LM109)</w:t>
            </w:r>
          </w:p>
        </w:tc>
        <w:tc>
          <w:tcPr>
            <w:tcW w:type="dxa" w:w="1719"/>
          </w:tcPr>
          <w:p>
            <w:pPr>
              <w:spacing w:after="0" w:line="252" w:lineRule="auto"/>
            </w:pPr>
            <w:r>
              <w:rPr>
                <w:sz w:val="17"/>
              </w:rPr>
              <w:t>live srv01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 Admin</w:t>
            </w:r>
          </w:p>
        </w:tc>
        <w:tc>
          <w:tcPr>
            <w:tcW w:type="dxa" w:w="6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Administration LOGIMAT, </w:t>
            </w:r>
            <w:r>
              <w:rPr>
                <w:b/>
                <w:sz w:val="17"/>
              </w:rPr>
              <w:t>einziges</w:t>
            </w:r>
            <w:r>
              <w:rPr>
                <w:sz w:val="17"/>
              </w:rPr>
              <w:t xml:space="preserve"> Profil mit Recht auf LM160, LM161, LM163, LM165, LM166 (u. a. Import-Profile und Artikelimport)</w:t>
            </w:r>
          </w:p>
        </w:tc>
        <w:tc>
          <w:tcPr>
            <w:tcW w:type="dxa" w:w="1719"/>
          </w:tcPr>
          <w:p>
            <w:pPr>
              <w:spacing w:after="0" w:line="252" w:lineRule="auto"/>
            </w:pPr>
            <w:r>
              <w:rPr>
                <w:sz w:val="17"/>
              </w:rPr>
              <w:t>live srv01 (Dialogrechte)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Administrator</w:t>
            </w:r>
          </w:p>
        </w:tc>
        <w:tc>
          <w:tcPr>
            <w:tcW w:type="dxa" w:w="6243"/>
          </w:tcPr>
          <w:p>
            <w:pPr>
              <w:spacing w:after="0" w:line="252" w:lineRule="auto"/>
            </w:pPr>
            <w:r>
              <w:rPr>
                <w:sz w:val="17"/>
              </w:rPr>
              <w:t>Desktop unbeschränkt, u. a. Daten exportieren/importieren (SE029/SE030)</w:t>
            </w:r>
          </w:p>
        </w:tc>
        <w:tc>
          <w:tcPr>
            <w:tcW w:type="dxa" w:w="1719"/>
          </w:tcPr>
          <w:p>
            <w:pPr>
              <w:spacing w:after="0" w:line="252" w:lineRule="auto"/>
            </w:pPr>
            <w:r>
              <w:rPr>
                <w:sz w:val="17"/>
              </w:rPr>
              <w:t>live srv01 (Dialogrechte)</w:t>
            </w:r>
          </w:p>
        </w:tc>
      </w:tr>
    </w:tbl>
    <w:p>
      <w:pPr>
        <w:pStyle w:val="BeschriftungSSI"/>
      </w:pPr>
      <w:r>
        <w:t>Tab. 3: Profile (Namen auf dem Hauri-System vor Ort prüfen)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Benutzer der Hauri AG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 Profile auf dem Hauri-System vorhanden sind, ist noch nicht belegt. Vorschlag: </w:t>
            </w:r>
            <w:r>
              <w:rPr>
                <w:b/>
                <w:sz w:val="19"/>
              </w:rPr>
              <w:t>Bediener/innen</w:t>
            </w:r>
            <w:r>
              <w:rPr>
                <w:sz w:val="19"/>
              </w:rPr>
              <w:t xml:space="preserve"> = LogiMat Touch; </w:t>
            </w:r>
            <w:r>
              <w:rPr>
                <w:b/>
                <w:sz w:val="19"/>
              </w:rPr>
              <w:t>Key-User</w:t>
            </w:r>
            <w:r>
              <w:rPr>
                <w:sz w:val="19"/>
              </w:rPr>
              <w:t xml:space="preserve"> = LogiMat Admin (für den Artikelimport nötig). Bezeichnung der Dialoge LM160 und LM166 vor Ort ablesen.</w:t>
            </w:r>
          </w:p>
        </w:tc>
      </w:tr>
    </w:tbl>
    <w:p>
      <w:pPr>
        <w:spacing w:after="40"/>
      </w:pPr>
    </w:p>
    <w:p>
      <w:pPr>
        <w:pStyle w:val="Heading2"/>
      </w:pPr>
      <w:r>
        <w:t>4.3 Neuen Benutzer anlegen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Benutzer und Logins pflegen</w:t>
      </w:r>
      <w:r>
        <w:t xml:space="preserve"> (UM002) öffnen, neuen Benutzernamen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Registerkarte </w:t>
      </w:r>
      <w:r>
        <w:rPr>
          <w:b/>
        </w:rPr>
        <w:t>Benutzer</w:t>
      </w:r>
      <w:r>
        <w:t xml:space="preserve">: Name, </w:t>
      </w:r>
      <w:r>
        <w:rPr>
          <w:b/>
        </w:rPr>
        <w:t>Regionales Profil</w:t>
      </w:r>
      <w:r>
        <w:t xml:space="preserve"> (Sprache, z. B. deutsch).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Registerkarte </w:t>
      </w:r>
      <w:r>
        <w:rPr>
          <w:b/>
        </w:rPr>
        <w:t>Login</w:t>
      </w:r>
      <w:r>
        <w:t xml:space="preserve"> → </w:t>
      </w:r>
      <w:r>
        <w:rPr>
          <w:b/>
        </w:rPr>
        <w:t>Datensatz anlegen</w:t>
      </w:r>
      <w:r>
        <w:t xml:space="preserve">: Login, Anwendung (Desktop, Touch oder Mobile), Passwortrichtlinie. Initialpasswort vergeben und </w:t>
      </w:r>
      <w:r>
        <w:rPr>
          <w:b/>
        </w:rPr>
        <w:t>Passwort ändern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Registerkarte </w:t>
      </w:r>
      <w:r>
        <w:rPr>
          <w:b/>
        </w:rPr>
        <w:t>Rolle</w:t>
      </w:r>
      <w:r>
        <w:t>: Rolle setzen (</w:t>
      </w:r>
      <w:r>
        <w:rPr>
          <w:b/>
        </w:rPr>
        <w:t>Verwendet</w:t>
      </w:r>
      <w:r>
        <w:t xml:space="preserve">, </w:t>
      </w:r>
      <w:r>
        <w:rPr>
          <w:b/>
        </w:rPr>
        <w:t>Standard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Speichern</w:t>
      </w:r>
      <w:r>
        <w:t>. Rechte gelten ab der nächsten Anmeldung.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2_Benutzer_und_Logins_pflegen_UM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Screenshot folgt (vor Ort aufnehmen) – Benutzer und Logins pflegen (UM002) auf dem Hauri-System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Touch-Sprache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lief die Touch-Sitzung trotz deutschem Regionalprofil teilweise auf </w:t>
            </w:r>
            <w:r>
              <w:rPr>
                <w:b/>
                <w:sz w:val="19"/>
              </w:rPr>
              <w:t>Englisch</w:t>
            </w:r>
            <w:r>
              <w:rPr>
                <w:sz w:val="19"/>
              </w:rPr>
              <w:t xml:space="preserve">. Ursache offen.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Sprache beim ersten Login der Bediener/innen kontrollieren.</w:t>
            </w:r>
          </w:p>
        </w:tc>
      </w:tr>
    </w:tbl>
    <w:p>
      <w:pPr>
        <w:spacing w:after="40"/>
      </w:pPr>
    </w:p>
    <w:p>
      <w:pPr>
        <w:pStyle w:val="ListBullet"/>
      </w:pPr>
      <w:r>
        <w:t xml:space="preserve">Benutzer sperren: UM001 → Rechtsklick </w:t>
      </w:r>
      <w:r>
        <w:rPr>
          <w:b/>
        </w:rPr>
        <w:t>Benutzer sperren</w:t>
      </w:r>
      <w:r>
        <w:t xml:space="preserve">. Sitzung beenden: UM013 → Rechtsklick </w:t>
      </w:r>
      <w:r>
        <w:rPr>
          <w:b/>
        </w:rPr>
        <w:t>Benutzer abmelden</w:t>
      </w:r>
      <w:r>
        <w:t xml:space="preserve"> (laufende Aufträge bleiben erhalten).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6.1, 6.6, 7; SCH-A Kap. 7 (Ablauf aus AH 2.7/2.8, Schritte 2–4 vor Ort prüfen); TL 07:41, 10:08</w:t>
      </w:r>
    </w:p>
    <w:p>
      <w:pPr>
        <w:pStyle w:val="Heading1"/>
      </w:pPr>
      <w:r>
        <w:t>5 Artikelstamm</w:t>
      </w:r>
    </w:p>
    <w:p>
      <w:pPr>
        <w:pStyle w:val="Heading2"/>
      </w:pPr>
      <w:r>
        <w:t>5.1 Artikel suchen und ansehen</w:t>
      </w:r>
    </w:p>
    <w:p>
      <w:r>
        <w:rPr>
          <w:b/>
        </w:rPr>
        <w:t>Übersicht Artikel</w:t>
      </w:r>
      <w:r>
        <w:t xml:space="preserve"> (MD001) → Suchkriterien (z. B. Artikelnummer, Platzhalter </w:t>
      </w:r>
      <w:r>
        <w:rPr>
          <w:rFonts w:ascii="Consolas" w:hAnsi="Consolas" w:cs="Consolas" w:eastAsia="Consolas"/>
          <w:sz w:val="18"/>
        </w:rPr>
        <w:t>*</w:t>
      </w:r>
      <w:r>
        <w:t xml:space="preserve">) → </w:t>
      </w:r>
      <w:r>
        <w:rPr>
          <w:b/>
        </w:rPr>
        <w:t>Suche</w:t>
      </w:r>
      <w:r>
        <w:t xml:space="preserve">. Ein Artikel ist eindeutig über </w:t>
      </w:r>
      <w:r>
        <w:rPr>
          <w:b/>
        </w:rPr>
        <w:t>Klient + Artikelnummer + Variante</w:t>
      </w:r>
      <w:r>
        <w:t xml:space="preserve"> (bei der Hauri AG: </w:t>
      </w:r>
      <w:r>
        <w:rPr>
          <w:rFonts w:ascii="Consolas" w:hAnsi="Consolas" w:cs="Consolas" w:eastAsia="Consolas"/>
          <w:sz w:val="18"/>
        </w:rPr>
        <w:t>DEFAULT</w:t>
      </w:r>
      <w:r>
        <w:t xml:space="preserve"> + Hersteller-Nr. + </w:t>
      </w:r>
      <w:r>
        <w:rPr>
          <w:rFonts w:ascii="Consolas" w:hAnsi="Consolas" w:cs="Consolas" w:eastAsia="Consolas"/>
          <w:sz w:val="18"/>
        </w:rPr>
        <w:t>00000</w:t>
      </w:r>
      <w:r>
        <w:t>).</w:t>
      </w:r>
    </w:p>
    <w:p>
      <w:pPr>
        <w:pStyle w:val="Heading2"/>
      </w:pPr>
      <w:r>
        <w:t>5.2 Artikel einzeln anlegen (empfohlen: vereinfacht)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Übersicht Artikel</w:t>
      </w:r>
      <w:r>
        <w:t xml:space="preserve"> (MD001) → Rechtsklick im Suchergebnis → </w:t>
      </w:r>
      <w:r>
        <w:rPr>
          <w:b/>
        </w:rPr>
        <w:t>Neu (vereinfacht)…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Es öffnet sich </w:t>
      </w:r>
      <w:r>
        <w:rPr>
          <w:b/>
        </w:rPr>
        <w:t>Artikel pflegen (vereinfacht)</w:t>
      </w:r>
      <w:r>
        <w:t xml:space="preserve"> (MD089).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Eingeben: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Artikelnummer (Hersteller-Nr.), Variante </w:t>
      </w:r>
      <w:r>
        <w:rPr>
          <w:rFonts w:ascii="Consolas" w:hAnsi="Consolas" w:cs="Consolas" w:eastAsia="Consolas"/>
          <w:sz w:val="18"/>
        </w:rPr>
        <w:t>00000</w:t>
      </w:r>
      <w:r>
        <w:t xml:space="preserve">, Bezeichnung, Artikeltyp </w:t>
      </w:r>
      <w:r>
        <w:rPr>
          <w:rFonts w:ascii="Consolas" w:hAnsi="Consolas" w:cs="Consolas" w:eastAsia="Consolas"/>
          <w:sz w:val="18"/>
        </w:rPr>
        <w:t>MERC</w:t>
      </w:r>
      <w:r>
        <w:t xml:space="preserve">, Warengruppe </w:t>
      </w:r>
      <w:r>
        <w:rPr>
          <w:rFonts w:ascii="Consolas" w:hAnsi="Consolas" w:cs="Consolas" w:eastAsia="Consolas"/>
          <w:sz w:val="18"/>
        </w:rPr>
        <w:t>STANDARD</w:t>
      </w:r>
      <w:r>
        <w:t xml:space="preserve">, Basismengeneinheit (z. B. </w:t>
      </w:r>
      <w:r>
        <w:rPr>
          <w:rFonts w:ascii="Consolas" w:hAnsi="Consolas" w:cs="Consolas" w:eastAsia="Consolas"/>
          <w:sz w:val="18"/>
        </w:rPr>
        <w:t>PCS</w:t>
      </w:r>
      <w:r>
        <w:t xml:space="preserve">), Hauptsystempartner </w:t>
      </w:r>
      <w:r>
        <w:rPr>
          <w:rFonts w:ascii="Consolas" w:hAnsi="Consolas" w:cs="Consolas" w:eastAsia="Consolas"/>
          <w:sz w:val="18"/>
        </w:rPr>
        <w:t>HOST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Bei der Artikelmengeneinheit das Häkchen </w:t>
      </w:r>
      <w:r>
        <w:rPr>
          <w:b/>
        </w:rPr>
        <w:t>Lagermengeneinheit</w:t>
      </w:r>
      <w:r>
        <w:t xml:space="preserve"> setzen (Pflicht).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Speichern</w:t>
      </w:r>
      <w:r>
        <w:t>. Status „Synchronisiert“.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Warum nicht MD002 „Neu…“?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blieb </w:t>
            </w:r>
            <w:r>
              <w:rPr>
                <w:b/>
                <w:sz w:val="19"/>
              </w:rPr>
              <w:t>Artikel pflegen</w:t>
            </w:r>
            <w:r>
              <w:rPr>
                <w:sz w:val="19"/>
              </w:rPr>
              <w:t xml:space="preserve"> (MD002) bei „Neu…“ gesperrt (Speicherengpass des Servers). MD089 funktionierte. Für Änderungen an bestehenden Artikeln ist MD002 nutzbar (Registerkarten Artikel, Verpackungsversion, Artikelalias, WLS-Artikel u. a.).</w:t>
            </w:r>
          </w:p>
        </w:tc>
      </w:tr>
    </w:tbl>
    <w:p>
      <w:pPr>
        <w:spacing w:after="40"/>
      </w:pPr>
    </w:p>
    <w:p>
      <w:pPr>
        <w:pStyle w:val="Heading2"/>
      </w:pPr>
      <w:r>
        <w:t>5.3 Viele Artikel</w:t>
      </w:r>
    </w:p>
    <w:p>
      <w:r>
        <w:t xml:space="preserve">Für viele Artikel den Excel-Import verwenden (Kapitel 9 und Anleitung </w:t>
      </w:r>
      <w:r>
        <w:rPr>
          <w:b/>
        </w:rPr>
        <w:t>Artikel importieren</w:t>
      </w:r>
      <w:r>
        <w:t xml:space="preserve">). Einzelne Artikel können auch am Touch-Client gepflegt werden (Anleitung </w:t>
      </w:r>
      <w:r>
        <w:rPr>
          <w:b/>
        </w:rPr>
        <w:t>Artikel anlegen und pflegen am Touch-Client</w:t>
      </w:r>
      <w:r>
        <w:t>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8_md002_artikelbild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Artikel pflegen (MD002), Registerkarte mit Artikelbild (Testsystem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2.1, 10.11; TL 09:28–09:40</w:t>
      </w:r>
    </w:p>
    <w:p>
      <w:pPr>
        <w:pStyle w:val="Heading1"/>
      </w:pPr>
      <w:r>
        <w:t>6 Einheiten (Klient pflegen, MD017)</w:t>
      </w:r>
    </w:p>
    <w:p>
      <w:pPr>
        <w:pStyle w:val="ListBullet"/>
      </w:pPr>
      <w:r>
        <w:t xml:space="preserve">Mengeneinheiten pflegen Sie in </w:t>
      </w:r>
      <w:r>
        <w:rPr>
          <w:b/>
        </w:rPr>
        <w:t>Klient pflegen</w:t>
      </w:r>
      <w:r>
        <w:t xml:space="preserve"> (MD017) →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 → Registerkarte </w:t>
      </w:r>
      <w:r>
        <w:rPr>
          <w:b/>
        </w:rPr>
        <w:t>Mengeneinheit</w:t>
      </w:r>
      <w:r>
        <w:t>.</w:t>
      </w:r>
    </w:p>
    <w:p>
      <w:pPr>
        <w:pStyle w:val="ListBullet"/>
      </w:pPr>
      <w:r>
        <w:t xml:space="preserve">Einheiten lassen sich </w:t>
      </w:r>
      <w:r>
        <w:rPr>
          <w:b/>
        </w:rPr>
        <w:t>nicht</w:t>
      </w:r>
      <w:r>
        <w:t xml:space="preserve"> über eine Importdatei anlegen. Sie müssen vorher in MD017 vorhanden sein, sonst scheitert der Artikelimport.</w:t>
      </w:r>
    </w:p>
    <w:p>
      <w:pPr>
        <w:pStyle w:val="ListBullet"/>
      </w:pPr>
      <w:r>
        <w:t xml:space="preserve">Stand SSI-Testsystem: </w:t>
      </w:r>
      <w:r>
        <w:rPr>
          <w:b/>
        </w:rPr>
        <w:t>PCS</w:t>
      </w:r>
      <w:r>
        <w:t xml:space="preserve">, </w:t>
      </w:r>
      <w:r>
        <w:rPr>
          <w:b/>
        </w:rPr>
        <w:t>PKG</w:t>
      </w:r>
      <w:r>
        <w:t xml:space="preserve"> (laut WAMAS-Dev-Anleitung 18.10. zusätzlich </w:t>
      </w:r>
      <w:r>
        <w:rPr>
          <w:rFonts w:ascii="Consolas" w:hAnsi="Consolas" w:cs="Consolas" w:eastAsia="Consolas"/>
          <w:sz w:val="18"/>
        </w:rPr>
        <w:t>Stück</w:t>
      </w:r>
      <w:r>
        <w:t>). Laut Projekt-Checkliste Hauri zeigt MD017 nur PCS und PKG.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94"/>
        <w:gridCol w:w="1562"/>
        <w:gridCol w:w="6268"/>
      </w:tblGrid>
      <w:tr>
        <w:trPr>
          <w:tblHeader w:val="true"/>
          <w:cantSplit w:val="true"/>
        </w:trPr>
        <w:tc>
          <w:tcPr>
            <w:tcW w:type="dxa" w:w="169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Hauri-Einheit (Excel)</w:t>
            </w:r>
          </w:p>
        </w:tc>
        <w:tc>
          <w:tcPr>
            <w:tcW w:type="dxa" w:w="15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WAMAS-Einheit</w:t>
            </w:r>
          </w:p>
        </w:tc>
        <w:tc>
          <w:tcPr>
            <w:tcW w:type="dxa" w:w="6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rPr>
          <w:cantSplit w:val="true"/>
        </w:trPr>
        <w:tc>
          <w:tcPr>
            <w:tcW w:type="dxa" w:w="1695"/>
          </w:tcPr>
          <w:p>
            <w:pPr>
              <w:spacing w:after="0" w:line="252" w:lineRule="auto"/>
            </w:pPr>
            <w:r>
              <w:rPr>
                <w:sz w:val="17"/>
              </w:rPr>
              <w:t>Stk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  <w:tc>
          <w:tcPr>
            <w:tcW w:type="dxa" w:w="6268"/>
          </w:tcPr>
          <w:p>
            <w:pPr>
              <w:spacing w:after="0" w:line="252" w:lineRule="auto"/>
            </w:pPr>
            <w:r>
              <w:rPr>
                <w:sz w:val="17"/>
              </w:rPr>
              <w:t>vorhanden</w:t>
            </w:r>
          </w:p>
        </w:tc>
      </w:tr>
      <w:tr>
        <w:trPr>
          <w:cantSplit w:val="true"/>
        </w:trPr>
        <w:tc>
          <w:tcPr>
            <w:tcW w:type="dxa" w:w="1695"/>
          </w:tcPr>
          <w:p>
            <w:pPr>
              <w:spacing w:after="0" w:line="252" w:lineRule="auto"/>
            </w:pPr>
            <w:r>
              <w:rPr>
                <w:sz w:val="17"/>
              </w:rPr>
              <w:t>Paar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PAAR</w:t>
            </w:r>
          </w:p>
        </w:tc>
        <w:tc>
          <w:tcPr>
            <w:tcW w:type="dxa" w:w="6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offen</w:t>
            </w:r>
            <w:r>
              <w:rPr>
                <w:sz w:val="17"/>
              </w:rPr>
              <w:t xml:space="preserve"> – neu anzulegen, noch nicht freigegeben</w:t>
            </w:r>
          </w:p>
        </w:tc>
      </w:tr>
      <w:tr>
        <w:trPr>
          <w:cantSplit w:val="true"/>
        </w:trPr>
        <w:tc>
          <w:tcPr>
            <w:tcW w:type="dxa" w:w="1695"/>
          </w:tcPr>
          <w:p>
            <w:pPr>
              <w:spacing w:after="0" w:line="252" w:lineRule="auto"/>
            </w:pPr>
            <w:r>
              <w:rPr>
                <w:sz w:val="17"/>
              </w:rPr>
              <w:t>m1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</w:t>
            </w:r>
          </w:p>
        </w:tc>
        <w:tc>
          <w:tcPr>
            <w:tcW w:type="dxa" w:w="6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offen</w:t>
            </w:r>
            <w:r>
              <w:rPr>
                <w:sz w:val="17"/>
              </w:rPr>
              <w:t xml:space="preserve"> – neu anzulegen, noch nicht freigegeben</w:t>
            </w:r>
          </w:p>
        </w:tc>
      </w:tr>
      <w:tr>
        <w:trPr>
          <w:cantSplit w:val="true"/>
        </w:trPr>
        <w:tc>
          <w:tcPr>
            <w:tcW w:type="dxa" w:w="1695"/>
          </w:tcPr>
          <w:p>
            <w:pPr>
              <w:spacing w:after="0" w:line="252" w:lineRule="auto"/>
            </w:pPr>
            <w:r>
              <w:rPr>
                <w:sz w:val="17"/>
              </w:rPr>
              <w:t>Garnitur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GAR</w:t>
            </w:r>
          </w:p>
        </w:tc>
        <w:tc>
          <w:tcPr>
            <w:tcW w:type="dxa" w:w="6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offen</w:t>
            </w:r>
            <w:r>
              <w:rPr>
                <w:sz w:val="17"/>
              </w:rPr>
              <w:t xml:space="preserve"> – neu anzulegen, noch nicht freigegeben</w:t>
            </w:r>
          </w:p>
        </w:tc>
      </w:tr>
    </w:tbl>
    <w:p>
      <w:pPr>
        <w:pStyle w:val="BeschriftungSSI"/>
      </w:pPr>
      <w:r>
        <w:t>Tab. 4: Einheiten-Mapping Hauri AG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4_Klient_pflegen_MD017_Registerk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Screenshot folgt (vor Ort aufnehmen) – Klient pflegen (MD017), Registerkarte Mengeneinheit – Hauri-System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Einheiten anlegen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Felder der Registerkarte Mengeneinheit und die genaue Anlage von </w:t>
            </w:r>
            <w:r>
              <w:rPr>
                <w:rFonts w:ascii="Consolas" w:hAnsi="Consolas" w:cs="Consolas" w:eastAsia="Consolas"/>
                <w:sz w:val="17"/>
              </w:rPr>
              <w:t>PAAR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M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GAR</w:t>
            </w:r>
            <w:r>
              <w:rPr>
                <w:sz w:val="19"/>
              </w:rPr>
              <w:t xml:space="preserve"> sind in den Unterlagen nicht Schritt für Schritt beschrieben. Erst nach Freigabe durch die SSI-Projektleitung anlegen, dann Teildateien PAAR/M/GAR importieren.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2.2, 6.5, 10.9; SIR Kap. 1 Nr. 6; Projekt-Checkliste Hauri (MD017 geprüft: PCS, PKG)</w:t>
      </w:r>
    </w:p>
    <w:p>
      <w:pPr>
        <w:pStyle w:val="Heading1"/>
      </w:pPr>
      <w:r>
        <w:t>7 Warengruppe STANDARD</w:t>
      </w:r>
    </w:p>
    <w:p>
      <w:pPr>
        <w:pStyle w:val="ListBullet"/>
      </w:pPr>
      <w:r>
        <w:t xml:space="preserve">Warengruppen stehen in </w:t>
      </w:r>
      <w:r>
        <w:rPr>
          <w:b/>
        </w:rPr>
        <w:t>Klient pflegen</w:t>
      </w:r>
      <w:r>
        <w:t xml:space="preserve"> (MD017) → Registerkarte </w:t>
      </w:r>
      <w:r>
        <w:rPr>
          <w:b/>
        </w:rPr>
        <w:t>Warengruppe</w:t>
      </w:r>
      <w:r>
        <w:t xml:space="preserve">. Felder u. a.: Warengruppe, Bezeichnung, Überwachungsart, GTIN-Prüfung, </w:t>
      </w:r>
      <w:r>
        <w:rPr>
          <w:b/>
        </w:rPr>
        <w:t>Einlagerreservierungsstrategie</w:t>
      </w:r>
      <w:r>
        <w:t>.</w:t>
      </w:r>
    </w:p>
    <w:p>
      <w:pPr>
        <w:pStyle w:val="ListBullet"/>
      </w:pPr>
      <w:r>
        <w:t xml:space="preserve">Die Hauri AG nutzt eine einzige Warengruppe </w:t>
      </w:r>
      <w:r>
        <w:rPr>
          <w:rFonts w:ascii="Consolas" w:hAnsi="Consolas" w:cs="Consolas" w:eastAsia="Consolas"/>
          <w:sz w:val="18"/>
        </w:rPr>
        <w:t>STANDARD</w:t>
      </w:r>
      <w:r>
        <w:t xml:space="preserve"> (schlankes Setup). Die Originalgruppen aus der Excel-Liste (z. B. „Blum Merivobox“) werden nicht übernommen.</w:t>
      </w:r>
    </w:p>
    <w:p>
      <w:pPr>
        <w:pStyle w:val="ListBullet"/>
      </w:pPr>
      <w:r>
        <w:t>Warengruppen lassen sich nicht über eine Importdatei anlegen.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Warengruppe beim Excel-Import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Importprofil </w:t>
            </w:r>
            <w:r>
              <w:rPr>
                <w:rFonts w:ascii="Consolas" w:hAnsi="Consolas" w:cs="Consolas" w:eastAsia="Consolas"/>
                <w:sz w:val="17"/>
              </w:rPr>
              <w:t>EXCEL_ITEM_V5</w:t>
            </w:r>
            <w:r>
              <w:rPr>
                <w:sz w:val="19"/>
              </w:rPr>
              <w:t xml:space="preserve"> hat </w:t>
            </w:r>
            <w:r>
              <w:rPr>
                <w:b/>
                <w:sz w:val="19"/>
              </w:rPr>
              <w:t>keine</w:t>
            </w:r>
            <w:r>
              <w:rPr>
                <w:sz w:val="19"/>
              </w:rPr>
              <w:t xml:space="preserve"> Spalte für die Warengruppe. Im Testsystem wurden Artikel auch ohne Warengruppe angelegt. Prüfen: Wird </w:t>
            </w:r>
            <w:r>
              <w:rPr>
                <w:rFonts w:ascii="Consolas" w:hAnsi="Consolas" w:cs="Consolas" w:eastAsia="Consolas"/>
                <w:sz w:val="17"/>
              </w:rPr>
              <w:t>STANDARD</w:t>
            </w:r>
            <w:r>
              <w:rPr>
                <w:sz w:val="19"/>
              </w:rPr>
              <w:t xml:space="preserve"> automatisch gesetzt oder muss das Profil einen festen Wert erhalten (statischer Wert in LM161)? Ebenso die Reservierungsstrategie für </w:t>
            </w:r>
            <w:r>
              <w:rPr>
                <w:rFonts w:ascii="Consolas" w:hAnsi="Consolas" w:cs="Consolas" w:eastAsia="Consolas"/>
                <w:sz w:val="17"/>
              </w:rPr>
              <w:t>STANDARD</w:t>
            </w:r>
            <w:r>
              <w:rPr>
                <w:sz w:val="19"/>
              </w:rPr>
              <w:t xml:space="preserve"> festlegen.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2.2, 6.1, 10.9; TL 09:28–09:40 (Artikel ohne Warengruppe)</w:t>
      </w:r>
    </w:p>
    <w:p>
      <w:pPr>
        <w:pStyle w:val="Heading1"/>
      </w:pPr>
      <w:r>
        <w:t>8 Boxtypen und Tablarvorlagen</w:t>
      </w:r>
    </w:p>
    <w:p>
      <w:pPr>
        <w:pStyle w:val="Heading2"/>
      </w:pPr>
      <w:r>
        <w:t>8.1 Was wo gepflegt wird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90"/>
        <w:gridCol w:w="4968"/>
        <w:gridCol w:w="2366"/>
      </w:tblGrid>
      <w:tr>
        <w:trPr>
          <w:tblHeader w:val="true"/>
          <w:cantSplit w:val="true"/>
        </w:trPr>
        <w:tc>
          <w:tcPr>
            <w:tcW w:type="dxa" w:w="219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49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</w:t>
            </w:r>
          </w:p>
        </w:tc>
        <w:tc>
          <w:tcPr>
            <w:tcW w:type="dxa" w:w="23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Boxtyp ansehen/anlegen (Touch)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 pflegen</w:t>
            </w:r>
            <w:r>
              <w:rPr>
                <w:sz w:val="17"/>
              </w:rPr>
              <w:t xml:space="preserve"> (LM042) aus dem Tablarlayouteditor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Anleitung </w:t>
            </w:r>
            <w:r>
              <w:rPr>
                <w:b/>
                <w:sz w:val="17"/>
              </w:rPr>
              <w:t>Boxen kreieren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Eigenen Boxtyp anlegen (Desktop)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Ladehilfsmittel</w:t>
            </w:r>
            <w:r>
              <w:rPr>
                <w:sz w:val="17"/>
              </w:rPr>
              <w:t xml:space="preserve"> (MD015) duplizieren → Kubaturzuordnung auf eigene Kubatur umstellen → </w:t>
            </w:r>
            <w:r>
              <w:rPr>
                <w:b/>
                <w:sz w:val="17"/>
              </w:rPr>
              <w:t>Kubatur</w:t>
            </w:r>
            <w:r>
              <w:rPr>
                <w:sz w:val="17"/>
              </w:rPr>
              <w:t xml:space="preserve"> (MD031) zeigt Art „Box“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danach in LM084 wählbar; </w:t>
            </w:r>
            <w:r>
              <w:rPr>
                <w:b/>
                <w:sz w:val="17"/>
              </w:rPr>
              <w:t>Boxtyp pflegen</w:t>
            </w:r>
            <w:r>
              <w:rPr>
                <w:sz w:val="17"/>
              </w:rPr>
              <w:t xml:space="preserve"> (LM058) konnte im Testsystem nicht anlegen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Artikel ↔ Boxtyp (Höchstmenge)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Boxtyp-Zuordnung pflegen</w:t>
            </w:r>
            <w:r>
              <w:rPr>
                <w:sz w:val="17"/>
              </w:rPr>
              <w:t xml:space="preserve"> (LM084)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Anleitung </w:t>
            </w:r>
            <w:r>
              <w:rPr>
                <w:b/>
                <w:sz w:val="17"/>
              </w:rPr>
              <w:t>Zuordnungen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Vorgabe je Warengruppe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Warengruppe-zu-Boxtyp-Zuordnung pflegen</w:t>
            </w:r>
            <w:r>
              <w:rPr>
                <w:sz w:val="17"/>
              </w:rPr>
              <w:t xml:space="preserve"> (LM144)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>optional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Tablarlayout / Tablarvorlage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 Touch: </w:t>
            </w:r>
            <w:r>
              <w:rPr>
                <w:b/>
                <w:sz w:val="17"/>
              </w:rPr>
              <w:t>Tablarlayouteditor</w:t>
            </w:r>
            <w:r>
              <w:rPr>
                <w:sz w:val="17"/>
              </w:rPr>
              <w:t xml:space="preserve"> (LM004), </w:t>
            </w:r>
            <w:r>
              <w:rPr>
                <w:b/>
                <w:sz w:val="17"/>
              </w:rPr>
              <w:t>Vorlage laden</w:t>
            </w:r>
            <w:r>
              <w:rPr>
                <w:sz w:val="17"/>
              </w:rPr>
              <w:t xml:space="preserve"> (LM015), </w:t>
            </w:r>
            <w:r>
              <w:rPr>
                <w:b/>
                <w:sz w:val="17"/>
              </w:rPr>
              <w:t>Als Vorlage speichern</w:t>
            </w:r>
            <w:r>
              <w:rPr>
                <w:sz w:val="17"/>
              </w:rPr>
              <w:t xml:space="preserve"> (LM016)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>kein Desktop-Dialog</w:t>
            </w:r>
          </w:p>
        </w:tc>
      </w:tr>
    </w:tbl>
    <w:p>
      <w:pPr>
        <w:pStyle w:val="BeschriftungSSI"/>
      </w:pPr>
      <w:r>
        <w:t>Tab. 5: Boxtypen, Zuordnungen und Vorlagen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6_lm084_zuordnungen_admi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Boxtyp-Zuordnung pflegen (LM084) im Desktop-Client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Boxtypen der Hauri AG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 Boxtypen und Tablarmasse der Hauri-LOGIMAT hat, ist in den Unterlagen nicht belegt. Bei der Schulung am Touch-Client im </w:t>
            </w:r>
            <w:r>
              <w:rPr>
                <w:b/>
                <w:sz w:val="19"/>
              </w:rPr>
              <w:t>Tablarlayouteditor</w:t>
            </w:r>
            <w:r>
              <w:rPr>
                <w:sz w:val="19"/>
              </w:rPr>
              <w:t xml:space="preserve"> ablesen und eine Tablarvorlage für die häufigste Aufteilung anlegen.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3, 10.11; KH-L Kap. 2.5, 3; BH28 5.2, 6.5.2</w:t>
      </w:r>
    </w:p>
    <w:p>
      <w:pPr>
        <w:pStyle w:val="Heading1"/>
      </w:pPr>
      <w:r>
        <w:t>9 Import-Profile und Artikelimport (LM161 / LM163)</w:t>
      </w:r>
    </w:p>
    <w:p>
      <w:pPr>
        <w:pStyle w:val="Heading2"/>
      </w:pPr>
      <w:r>
        <w:t>9.1 Überblick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98"/>
        <w:gridCol w:w="6047"/>
        <w:gridCol w:w="1479"/>
      </w:tblGrid>
      <w:tr>
        <w:trPr>
          <w:tblHeader w:val="true"/>
          <w:cantSplit w:val="true"/>
        </w:trPr>
        <w:tc>
          <w:tcPr>
            <w:tcW w:type="dxa" w:w="19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60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14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</w:t>
            </w:r>
          </w:p>
        </w:tc>
      </w:tr>
      <w:tr>
        <w:trPr>
          <w:cantSplit w:val="true"/>
        </w:trPr>
        <w:tc>
          <w:tcPr>
            <w:tcW w:type="dxa" w:w="1998"/>
          </w:tcPr>
          <w:p>
            <w:pPr>
              <w:spacing w:after="0" w:line="252" w:lineRule="auto"/>
            </w:pPr>
            <w:r>
              <w:rPr>
                <w:sz w:val="17"/>
              </w:rPr>
              <w:t>Profil anlegen bzw. prüfen</w:t>
            </w:r>
          </w:p>
        </w:tc>
        <w:tc>
          <w:tcPr>
            <w:tcW w:type="dxa" w:w="604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Schnittstellen-Mapping-Profil pflegen</w:t>
            </w:r>
            <w:r>
              <w:rPr>
                <w:sz w:val="17"/>
              </w:rPr>
              <w:t xml:space="preserve"> (LM161)</w:t>
            </w:r>
          </w:p>
        </w:tc>
        <w:tc>
          <w:tcPr>
            <w:tcW w:type="dxa" w:w="1479"/>
          </w:tcPr>
          <w:p>
            <w:pPr>
              <w:spacing w:after="0" w:line="252" w:lineRule="auto"/>
            </w:pPr>
            <w:r>
              <w:rPr>
                <w:sz w:val="17"/>
              </w:rPr>
              <w:t>einmalig, Profil LogiMat Admin</w:t>
            </w:r>
          </w:p>
        </w:tc>
      </w:tr>
      <w:tr>
        <w:trPr>
          <w:cantSplit w:val="true"/>
        </w:trPr>
        <w:tc>
          <w:tcPr>
            <w:tcW w:type="dxa" w:w="1998"/>
          </w:tcPr>
          <w:p>
            <w:pPr>
              <w:spacing w:after="0" w:line="252" w:lineRule="auto"/>
            </w:pPr>
            <w:r>
              <w:rPr>
                <w:sz w:val="17"/>
              </w:rPr>
              <w:t>Excel-Datei ausfüllen</w:t>
            </w:r>
          </w:p>
        </w:tc>
        <w:tc>
          <w:tcPr>
            <w:tcW w:type="dxa" w:w="604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Vorlage </w:t>
            </w:r>
            <w:r>
              <w:rPr>
                <w:rFonts w:ascii="Consolas" w:hAnsi="Consolas" w:cs="Consolas" w:eastAsia="Consolas"/>
                <w:sz w:val="15"/>
              </w:rPr>
              <w:t>EXCEL_ITEM_V5</w:t>
            </w:r>
            <w:r>
              <w:rPr>
                <w:sz w:val="17"/>
              </w:rPr>
              <w:t xml:space="preserve"> (9 Spalten)</w:t>
            </w:r>
          </w:p>
        </w:tc>
        <w:tc>
          <w:tcPr>
            <w:tcW w:type="dxa" w:w="1479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</w:tr>
      <w:tr>
        <w:trPr>
          <w:cantSplit w:val="true"/>
        </w:trPr>
        <w:tc>
          <w:tcPr>
            <w:tcW w:type="dxa" w:w="1998"/>
          </w:tcPr>
          <w:p>
            <w:pPr>
              <w:spacing w:after="0" w:line="252" w:lineRule="auto"/>
            </w:pPr>
            <w:r>
              <w:rPr>
                <w:sz w:val="17"/>
              </w:rPr>
              <w:t>Import starten</w:t>
            </w:r>
          </w:p>
        </w:tc>
        <w:tc>
          <w:tcPr>
            <w:tcW w:type="dxa" w:w="604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Artikel</w:t>
            </w:r>
            <w:r>
              <w:rPr>
                <w:sz w:val="17"/>
              </w:rPr>
              <w:t xml:space="preserve"> (MD001) → Rechtsklick → </w:t>
            </w:r>
            <w:r>
              <w:rPr>
                <w:b/>
                <w:sz w:val="17"/>
              </w:rPr>
              <w:t>Artikel importieren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Datei importieren</w:t>
            </w:r>
            <w:r>
              <w:rPr>
                <w:sz w:val="17"/>
              </w:rPr>
              <w:t xml:space="preserve"> (LM163)</w:t>
            </w:r>
          </w:p>
        </w:tc>
        <w:tc>
          <w:tcPr>
            <w:tcW w:type="dxa" w:w="1479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</w:tr>
      <w:tr>
        <w:trPr>
          <w:cantSplit w:val="true"/>
        </w:trPr>
        <w:tc>
          <w:tcPr>
            <w:tcW w:type="dxa" w:w="1998"/>
          </w:tcPr>
          <w:p>
            <w:pPr>
              <w:spacing w:after="0" w:line="252" w:lineRule="auto"/>
            </w:pPr>
            <w:r>
              <w:rPr>
                <w:sz w:val="17"/>
              </w:rPr>
              <w:t>Kontrolle</w:t>
            </w:r>
          </w:p>
        </w:tc>
        <w:tc>
          <w:tcPr>
            <w:tcW w:type="dxa" w:w="604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eingehende Systempartnernachrichten</w:t>
            </w:r>
            <w:r>
              <w:rPr>
                <w:sz w:val="17"/>
              </w:rPr>
              <w:t xml:space="preserve"> (DI002), MD001</w:t>
            </w:r>
          </w:p>
        </w:tc>
        <w:tc>
          <w:tcPr>
            <w:tcW w:type="dxa" w:w="1479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</w:tr>
    </w:tbl>
    <w:p>
      <w:pPr>
        <w:pStyle w:val="BeschriftungSSI"/>
      </w:pPr>
      <w:r>
        <w:t>Tab. 6: Ablauf Artikelimport</w:t>
      </w:r>
    </w:p>
    <w:p>
      <w:pPr>
        <w:pStyle w:val="Heading2"/>
      </w:pPr>
      <w:r>
        <w:t>9.2 Profil EXCEL_ITEM_V5</w:t>
      </w:r>
    </w:p>
    <w:p>
      <w:pPr>
        <w:pStyle w:val="ListBullet"/>
      </w:pPr>
      <w:r>
        <w:t xml:space="preserve">Registerkarte </w:t>
      </w:r>
      <w:r>
        <w:rPr>
          <w:b/>
        </w:rPr>
        <w:t>Interface Mapping</w:t>
      </w:r>
      <w:r>
        <w:t xml:space="preserve">: Datensatz </w:t>
      </w:r>
      <w:r>
        <w:rPr>
          <w:b/>
        </w:rPr>
        <w:t>Artikel</w:t>
      </w:r>
      <w:r>
        <w:t xml:space="preserve">, Datenvalidierung und Mapping-Fehler = </w:t>
      </w:r>
      <w:r>
        <w:rPr>
          <w:b/>
        </w:rPr>
        <w:t>Import abbrechen</w:t>
      </w:r>
      <w:r>
        <w:t xml:space="preserve"> (ABORT_IMPORT). Bei einem Fehler wird nichts angelegt.</w:t>
      </w:r>
    </w:p>
    <w:p>
      <w:pPr>
        <w:pStyle w:val="ListBullet"/>
      </w:pPr>
      <w:r>
        <w:t xml:space="preserve">Registerkarte </w:t>
      </w:r>
      <w:r>
        <w:rPr>
          <w:b/>
        </w:rPr>
        <w:t>Data Mapping</w:t>
      </w:r>
      <w:r>
        <w:t xml:space="preserve">: Satzart → Datenfeld → Blattindex, Spaltenindex. V5 nutzt die Satzarten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, </w:t>
      </w:r>
      <w:r>
        <w:rPr>
          <w:rFonts w:ascii="Consolas" w:hAnsi="Consolas" w:cs="Consolas" w:eastAsia="Consolas"/>
          <w:sz w:val="18"/>
        </w:rPr>
        <w:t>WLSITEMDESC001</w:t>
      </w:r>
      <w:r>
        <w:t xml:space="preserve"> und </w:t>
      </w:r>
      <w:r>
        <w:rPr>
          <w:rFonts w:ascii="Consolas" w:hAnsi="Consolas" w:cs="Consolas" w:eastAsia="Consolas"/>
          <w:sz w:val="18"/>
        </w:rPr>
        <w:t>WLSITEMALIAS001</w:t>
      </w:r>
      <w:r>
        <w:t>.</w:t>
      </w:r>
    </w:p>
    <w:p>
      <w:pPr>
        <w:pStyle w:val="ListBullet"/>
      </w:pPr>
      <w:r>
        <w:t xml:space="preserve">Schnittstellenstand: Im SSI-Testsystem steht </w:t>
      </w:r>
      <w:r>
        <w:rPr>
          <w:rFonts w:ascii="Consolas" w:hAnsi="Consolas" w:cs="Consolas" w:eastAsia="Consolas"/>
          <w:sz w:val="18"/>
        </w:rPr>
        <w:t>logimat.interfaceMode</w:t>
      </w:r>
      <w:r>
        <w:t xml:space="preserve"> = </w:t>
      </w:r>
      <w:r>
        <w:rPr>
          <w:rFonts w:ascii="Consolas" w:hAnsi="Consolas" w:cs="Consolas" w:eastAsia="Consolas"/>
          <w:sz w:val="18"/>
        </w:rPr>
        <w:t>ERP_2_7_0</w:t>
      </w:r>
      <w:r>
        <w:t xml:space="preserve"> (Satzarten aus 2.8 werden abgelehnt) </w:t>
      </w:r>
      <w:r>
        <w:rPr>
          <w:b/>
        </w:rPr>
        <w:t>[vor Ort prüfen]</w:t>
      </w:r>
      <w:r>
        <w:t>.</w:t>
      </w:r>
    </w:p>
    <w:p>
      <w:pPr>
        <w:pStyle w:val="ListBullet"/>
      </w:pPr>
      <w:r>
        <w:t xml:space="preserve">Nicht verwenden: altes Profil </w:t>
      </w:r>
      <w:r>
        <w:rPr>
          <w:rFonts w:ascii="Consolas" w:hAnsi="Consolas" w:cs="Consolas" w:eastAsia="Consolas"/>
          <w:sz w:val="18"/>
        </w:rPr>
        <w:t>EXCEL_ITEM_EXT</w:t>
      </w:r>
      <w:r>
        <w:t xml:space="preserve"> (Fehler „Cannot invoke java.lang.reflect.Field.get(Object) because field is null“).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1277821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T_10b_LM161_Profil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778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Schnittstellen-Mapping-Profil pflegen (LM161), Kopf (Desktop-Client, 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175841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T_10_LM161_Daten-Zuordnung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7584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LM161, Registerkarte Datenzuordnung (Desktop-Client, 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Profil auf dem Hauri-System</w:t>
            </w:r>
          </w:p>
          <w:p>
            <w:pPr>
              <w:spacing w:after="40"/>
            </w:pPr>
            <w:r>
              <w:rPr>
                <w:sz w:val="19"/>
              </w:rPr>
              <w:t xml:space="preserve">Ob das Profil </w:t>
            </w:r>
            <w:r>
              <w:rPr>
                <w:rFonts w:ascii="Consolas" w:hAnsi="Consolas" w:cs="Consolas" w:eastAsia="Consolas"/>
                <w:sz w:val="17"/>
              </w:rPr>
              <w:t>EXCEL_ITEM_V5</w:t>
            </w:r>
            <w:r>
              <w:rPr>
                <w:sz w:val="19"/>
              </w:rPr>
              <w:t xml:space="preserve"> auf dem Hauri-System schon vorhanden ist, vor dem ersten Import in LM161 prüfen. Fehlt es: in LM161 nach der Spaltenliste der Anleitung </w:t>
            </w:r>
            <w:r>
              <w:rPr>
                <w:b/>
                <w:sz w:val="19"/>
              </w:rPr>
              <w:t>Artikel importieren</w:t>
            </w:r>
            <w:r>
              <w:rPr>
                <w:sz w:val="19"/>
              </w:rPr>
              <w:t xml:space="preserve"> anlegen. Profil-XML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über DI014 einspielen.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KH-A Kap. 6.1–6.6; TL Z. 12–15; Profil </w:t>
      </w:r>
      <w:r>
        <w:rPr>
          <w:rFonts w:ascii="Consolas" w:hAnsi="Consolas" w:cs="Consolas" w:eastAsia="Consolas"/>
          <w:sz w:val="15"/>
        </w:rPr>
        <w:t>/workspace/EXCEL_ITEM_V5_profile.xml</w:t>
      </w:r>
    </w:p>
    <w:p>
      <w:pPr>
        <w:pStyle w:val="Heading1"/>
      </w:pPr>
      <w:r>
        <w:t>10 Zugriffsöffnung und Touch-Terminal</w:t>
      </w:r>
    </w:p>
    <w:p>
      <w:pPr>
        <w:pStyle w:val="ListBullet"/>
      </w:pPr>
      <w:r>
        <w:t xml:space="preserve">Der Touch-Client ist fest an eine Öffnung gebunden. Beim ersten Start fragt </w:t>
      </w:r>
      <w:r>
        <w:rPr>
          <w:b/>
        </w:rPr>
        <w:t>Öffnungsnummer zuordnen</w:t>
      </w:r>
      <w:r>
        <w:t xml:space="preserve"> (LM009) nach LOGIMAT und Öffnung.</w:t>
      </w:r>
    </w:p>
    <w:p>
      <w:pPr>
        <w:pStyle w:val="ListBullet"/>
      </w:pPr>
      <w:r>
        <w:t xml:space="preserve">Ist die Liste leer, ist die Öffnung noch an ein anderes Terminal gebunden: im Desktop-Client </w:t>
      </w:r>
      <w:r>
        <w:rPr>
          <w:b/>
        </w:rPr>
        <w:t>Übersicht Zugriffsöffnungen</w:t>
      </w:r>
      <w:r>
        <w:t xml:space="preserve"> (LM056) das Terminal der Öffnung leeren. Alten und neuen Wert notieren.</w:t>
      </w:r>
    </w:p>
    <w:p>
      <w:pPr>
        <w:pStyle w:val="ListBullet"/>
      </w:pPr>
      <w:r>
        <w:t xml:space="preserve">Der Arbeitsmodus der Öffnung wird am Touch-Client durch die Kachelwahl gesetzt (z. B. </w:t>
      </w:r>
      <w:r>
        <w:rPr>
          <w:b/>
        </w:rPr>
        <w:t>Manuelle Vorgänge</w:t>
      </w:r>
      <w:r>
        <w:t>).</w:t>
      </w:r>
    </w:p>
    <w:p>
      <w:r>
        <w:rPr>
          <w:b/>
        </w:rPr>
        <w:t>[vor Ort prüfen]</w:t>
      </w:r>
      <w:r>
        <w:t xml:space="preserve"> Terminalname und Öffnung des Hauri-Touch-Clients notieren.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(Grundlagen); KH-A Kap. 4</w:t>
      </w:r>
    </w:p>
    <w:p>
      <w:pPr>
        <w:pStyle w:val="Heading1"/>
      </w:pPr>
      <w:r>
        <w:t>11 Kontrolle, Protokolle und Logs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182"/>
        <w:gridCol w:w="6343"/>
      </w:tblGrid>
      <w:tr>
        <w:trPr>
          <w:tblHeader w:val="true"/>
          <w:cantSplit w:val="true"/>
        </w:trPr>
        <w:tc>
          <w:tcPr>
            <w:tcW w:type="dxa" w:w="31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prüfen?</w:t>
            </w:r>
          </w:p>
        </w:tc>
        <w:tc>
          <w:tcPr>
            <w:tcW w:type="dxa" w:w="63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Bestand je Artikel, Box, Lagerplatz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Bestandsobjekte</w:t>
            </w:r>
            <w:r>
              <w:rPr>
                <w:sz w:val="17"/>
              </w:rPr>
              <w:t xml:space="preserve"> (SM022)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Boxen, Tablare, Sperren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Ladeeinheiten</w:t>
            </w:r>
            <w:r>
              <w:rPr>
                <w:sz w:val="17"/>
              </w:rPr>
              <w:t xml:space="preserve"> (SM023)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Importe und Fehler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eingehende Systempartnernachrichten</w:t>
            </w:r>
            <w:r>
              <w:rPr>
                <w:sz w:val="17"/>
              </w:rPr>
              <w:t xml:space="preserve"> (DI002) → Fehlerprotokoll (DI003)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Wer ist angemeldet?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Benutzersitzungen</w:t>
            </w:r>
            <w:r>
              <w:rPr>
                <w:sz w:val="17"/>
              </w:rPr>
              <w:t xml:space="preserve"> (UM013)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Wer hat was geändert?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Rechtsklick → </w:t>
            </w:r>
            <w:r>
              <w:rPr>
                <w:b/>
                <w:sz w:val="17"/>
              </w:rPr>
              <w:t>Aktivitätsprotokoll anzeigen</w:t>
            </w:r>
            <w:r>
              <w:rPr>
                <w:sz w:val="17"/>
              </w:rPr>
              <w:t xml:space="preserve"> (FW027), </w:t>
            </w:r>
            <w:r>
              <w:rPr>
                <w:b/>
                <w:sz w:val="17"/>
              </w:rPr>
              <w:t>Audit-Log</w:t>
            </w:r>
            <w:r>
              <w:rPr>
                <w:sz w:val="17"/>
              </w:rPr>
              <w:t xml:space="preserve"> (UM028)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Logdateien für den Support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Logfiles</w:t>
            </w:r>
            <w:r>
              <w:rPr>
                <w:sz w:val="17"/>
              </w:rPr>
              <w:t xml:space="preserve"> (SE031) → Suche → </w:t>
            </w:r>
            <w:r>
              <w:rPr>
                <w:b/>
                <w:sz w:val="17"/>
              </w:rPr>
              <w:t>Download</w:t>
            </w:r>
            <w:r>
              <w:rPr>
                <w:sz w:val="17"/>
              </w:rPr>
              <w:t xml:space="preserve"> </w:t>
            </w:r>
            <w:r>
              <w:rPr>
                <w:b/>
                <w:sz w:val="17"/>
              </w:rPr>
              <w:t>[vor Ort prüfen]</w:t>
            </w:r>
          </w:p>
        </w:tc>
      </w:tr>
    </w:tbl>
    <w:p>
      <w:pPr>
        <w:pStyle w:val="BeschriftungSSI"/>
      </w:pPr>
      <w:r>
        <w:t>Tab. 7: Kontrollen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4_di002_ergebnis_18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DI002 – Import fertiggestellt bzw. fehlerhaft (Testsystem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1, 6.4, 7, 8; SCH-A Kap. 11 (SE031 aus AH 2.7/2.8)</w:t>
      </w:r>
    </w:p>
    <w:p>
      <w:pPr>
        <w:pStyle w:val="Heading1"/>
      </w:pPr>
      <w:r>
        <w:t>12 Datensicherung und Ansprechpartner</w:t>
      </w:r>
    </w:p>
    <w:p>
      <w:pPr>
        <w:pStyle w:val="Heading2"/>
      </w:pPr>
      <w:r>
        <w:t>12.1 Datensicherung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Datensicherung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WAMAS-Handbücher 2.7 und 2.8 beschreiben </w:t>
            </w:r>
            <w:r>
              <w:rPr>
                <w:b/>
                <w:sz w:val="19"/>
              </w:rPr>
              <w:t>keine</w:t>
            </w:r>
            <w:r>
              <w:rPr>
                <w:sz w:val="19"/>
              </w:rPr>
              <w:t xml:space="preserve"> Datensicherung (Datenbank, Konfiguration). Sicherung, Aufbewahrung und Wiederherstellung mit der IT der Hauri AG (IT-Partner MTCOM) und SSI SCHÄFER vereinbaren und hier eintragen.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989"/>
        <w:gridCol w:w="1536"/>
      </w:tblGrid>
      <w:tr>
        <w:trPr>
          <w:tblHeader w:val="true"/>
          <w:cantSplit w:val="true"/>
        </w:trPr>
        <w:tc>
          <w:tcPr>
            <w:tcW w:type="dxa" w:w="79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15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Festlegung (vor Ort ausfüllen)</w:t>
            </w: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Was wird gesichert (Datenbank, Konfiguration, Importdateien)?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Wie oft, wohin, wie lange aufbewahrt?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Wer prüft die Sicherung?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Wiederherstellung getestet am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</w:tbl>
    <w:p>
      <w:pPr>
        <w:pStyle w:val="BeschriftungSSI"/>
      </w:pPr>
      <w:r>
        <w:t>Tab. 8: Datensicherung</w:t>
      </w:r>
    </w:p>
    <w:p>
      <w:pPr>
        <w:pStyle w:val="Heading2"/>
      </w:pPr>
      <w:r>
        <w:t>12.2 Ansprechpartner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560"/>
        <w:gridCol w:w="2177"/>
        <w:gridCol w:w="3787"/>
      </w:tblGrid>
      <w:tr>
        <w:trPr>
          <w:tblHeader w:val="true"/>
          <w:cantSplit w:val="true"/>
        </w:trPr>
        <w:tc>
          <w:tcPr>
            <w:tcW w:type="dxa" w:w="35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21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37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Kontakt</w:t>
            </w:r>
          </w:p>
        </w:tc>
      </w:tr>
      <w:tr>
        <w:trPr>
          <w:cantSplit w:val="true"/>
        </w:trPr>
        <w:tc>
          <w:tcPr>
            <w:tcW w:type="dxa" w:w="3560"/>
          </w:tcPr>
          <w:p>
            <w:pPr>
              <w:spacing w:after="0" w:line="252" w:lineRule="auto"/>
            </w:pPr>
            <w:r>
              <w:rPr>
                <w:sz w:val="17"/>
              </w:rPr>
              <w:t>Kontaktperson Hauri AG, Key-User</w:t>
            </w:r>
          </w:p>
        </w:tc>
        <w:tc>
          <w:tcPr>
            <w:tcW w:type="dxa" w:w="2177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  <w:tc>
          <w:tcPr>
            <w:tcW w:type="dxa" w:w="3787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  <w:tr>
        <w:trPr>
          <w:cantSplit w:val="true"/>
        </w:trPr>
        <w:tc>
          <w:tcPr>
            <w:tcW w:type="dxa" w:w="3560"/>
          </w:tcPr>
          <w:p>
            <w:pPr>
              <w:spacing w:after="0" w:line="252" w:lineRule="auto"/>
            </w:pPr>
            <w:r>
              <w:rPr>
                <w:sz w:val="17"/>
              </w:rPr>
              <w:t>Key-User Hauri AG</w:t>
            </w:r>
          </w:p>
        </w:tc>
        <w:tc>
          <w:tcPr>
            <w:tcW w:type="dxa" w:w="2177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  <w:tc>
          <w:tcPr>
            <w:tcW w:type="dxa" w:w="3787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  <w:tr>
        <w:trPr>
          <w:cantSplit w:val="true"/>
        </w:trPr>
        <w:tc>
          <w:tcPr>
            <w:tcW w:type="dxa" w:w="3560"/>
          </w:tcPr>
          <w:p>
            <w:pPr>
              <w:spacing w:after="0" w:line="252" w:lineRule="auto"/>
            </w:pPr>
            <w:r>
              <w:rPr>
                <w:sz w:val="17"/>
              </w:rPr>
              <w:t>Bediener/in LOGIMAT (Logistik)</w:t>
            </w:r>
          </w:p>
        </w:tc>
        <w:tc>
          <w:tcPr>
            <w:tcW w:type="dxa" w:w="2177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  <w:tc>
          <w:tcPr>
            <w:tcW w:type="dxa" w:w="3787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  <w:tr>
        <w:trPr>
          <w:cantSplit w:val="true"/>
        </w:trPr>
        <w:tc>
          <w:tcPr>
            <w:tcW w:type="dxa" w:w="3560"/>
          </w:tcPr>
          <w:p>
            <w:pPr>
              <w:spacing w:after="0" w:line="252" w:lineRule="auto"/>
            </w:pPr>
            <w:r>
              <w:rPr>
                <w:sz w:val="17"/>
              </w:rPr>
              <w:t>Projektleitung WAMAS, SSI SCHÄFER</w:t>
            </w:r>
          </w:p>
        </w:tc>
        <w:tc>
          <w:tcPr>
            <w:tcW w:type="dxa" w:w="2177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  <w:tc>
          <w:tcPr>
            <w:tcW w:type="dxa" w:w="3787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  <w:tr>
        <w:trPr>
          <w:cantSplit w:val="true"/>
        </w:trPr>
        <w:tc>
          <w:tcPr>
            <w:tcW w:type="dxa" w:w="3560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 Hotline / Service</w:t>
            </w:r>
          </w:p>
        </w:tc>
        <w:tc>
          <w:tcPr>
            <w:tcW w:type="dxa" w:w="2177"/>
          </w:tcPr>
          <w:p>
            <w:pPr>
              <w:spacing w:after="0" w:line="252" w:lineRule="auto"/>
            </w:pPr>
            <w:r>
              <w:rPr>
                <w:sz w:val="17"/>
              </w:rPr>
              <w:t>Call Center</w:t>
            </w:r>
          </w:p>
        </w:tc>
        <w:tc>
          <w:tcPr>
            <w:tcW w:type="dxa" w:w="378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Nummer auf dem Aufkleber am LOGIMAT; </w:t>
            </w:r>
            <w:r>
              <w:rPr>
                <w:rFonts w:ascii="Consolas" w:hAnsi="Consolas" w:cs="Consolas" w:eastAsia="Consolas"/>
                <w:sz w:val="15"/>
              </w:rPr>
              <w:t>call.center@ssi-schaefer.com</w:t>
            </w:r>
          </w:p>
        </w:tc>
      </w:tr>
      <w:tr>
        <w:trPr>
          <w:cantSplit w:val="true"/>
        </w:trPr>
        <w:tc>
          <w:tcPr>
            <w:tcW w:type="dxa" w:w="3560"/>
          </w:tcPr>
          <w:p>
            <w:pPr>
              <w:spacing w:after="0" w:line="252" w:lineRule="auto"/>
            </w:pPr>
            <w:r>
              <w:rPr>
                <w:sz w:val="17"/>
              </w:rPr>
              <w:t>IT Hauri AG</w:t>
            </w:r>
          </w:p>
        </w:tc>
        <w:tc>
          <w:tcPr>
            <w:tcW w:type="dxa" w:w="2177"/>
          </w:tcPr>
          <w:p>
            <w:pPr>
              <w:spacing w:after="0" w:line="252" w:lineRule="auto"/>
            </w:pPr>
            <w:r>
              <w:rPr>
                <w:sz w:val="17"/>
              </w:rPr>
              <w:t>MTCOM</w:t>
            </w:r>
          </w:p>
        </w:tc>
        <w:tc>
          <w:tcPr>
            <w:tcW w:type="dxa" w:w="3787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</w:tbl>
    <w:p>
      <w:pPr>
        <w:pStyle w:val="BeschriftungSSI"/>
      </w:pPr>
      <w:r>
        <w:t>Tab. 9: Ansprechpartner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SCH-A Kap. 11 (Lücke Datensicherung); BH27 Kap. 1 (Support); Projekt-Checkliste Hauri</w:t>
      </w:r>
    </w:p>
    <w:p>
      <w:pPr>
        <w:pStyle w:val="Heading1"/>
      </w:pPr>
      <w:r>
        <w:t>13 Stolperfallen</w:t>
      </w:r>
    </w:p>
    <w:p>
      <w:pPr>
        <w:pStyle w:val="ListBullet"/>
      </w:pPr>
      <w:r>
        <w:t xml:space="preserve">Artikelimport mit Einheit </w:t>
      </w:r>
      <w:r>
        <w:rPr>
          <w:rFonts w:ascii="Consolas" w:hAnsi="Consolas" w:cs="Consolas" w:eastAsia="Consolas"/>
          <w:sz w:val="18"/>
        </w:rPr>
        <w:t>PAAR</w:t>
      </w:r>
      <w:r>
        <w:t xml:space="preserve">, </w:t>
      </w:r>
      <w:r>
        <w:rPr>
          <w:rFonts w:ascii="Consolas" w:hAnsi="Consolas" w:cs="Consolas" w:eastAsia="Consolas"/>
          <w:sz w:val="18"/>
        </w:rPr>
        <w:t>M</w:t>
      </w:r>
      <w:r>
        <w:t xml:space="preserve"> oder </w:t>
      </w:r>
      <w:r>
        <w:rPr>
          <w:rFonts w:ascii="Consolas" w:hAnsi="Consolas" w:cs="Consolas" w:eastAsia="Consolas"/>
          <w:sz w:val="18"/>
        </w:rPr>
        <w:t>GAR</w:t>
      </w:r>
      <w:r>
        <w:t>, bevor die Einheit in MD017 existiert → Import bricht ab.</w:t>
      </w:r>
    </w:p>
    <w:p>
      <w:pPr>
        <w:pStyle w:val="ListBullet"/>
      </w:pPr>
      <w:r>
        <w:t xml:space="preserve">Altes Profil </w:t>
      </w:r>
      <w:r>
        <w:rPr>
          <w:rFonts w:ascii="Consolas" w:hAnsi="Consolas" w:cs="Consolas" w:eastAsia="Consolas"/>
          <w:sz w:val="18"/>
        </w:rPr>
        <w:t>EXCEL_ITEM_EXT</w:t>
      </w:r>
      <w:r>
        <w:t xml:space="preserve"> verwendet → „field is null“.</w:t>
      </w:r>
    </w:p>
    <w:p>
      <w:pPr>
        <w:pStyle w:val="ListBullet"/>
      </w:pPr>
      <w:r>
        <w:t>Excel/Profil-XML über DI014 importiert → „Hauptdatensatztyp konnte nicht bestimmt werden“.</w:t>
      </w:r>
    </w:p>
    <w:p>
      <w:pPr>
        <w:pStyle w:val="ListBullet"/>
      </w:pPr>
      <w:r>
        <w:t>Standard-Datensatz direkt geändert statt Kopie → schwer rückgängig zu machen.</w:t>
      </w:r>
    </w:p>
    <w:p>
      <w:pPr>
        <w:pStyle w:val="ListBullet"/>
      </w:pPr>
      <w:r>
        <w:t>Boxtyp-Zuordnung (LM084) für eine Box gehalten → es entsteht keine Box. Boxen entstehen nur im Tablarlayouteditor.</w:t>
      </w:r>
    </w:p>
    <w:p>
      <w:pPr>
        <w:pStyle w:val="ListBullet"/>
      </w:pPr>
      <w:r>
        <w:t xml:space="preserve">Benutzer ohne Profil „LogiMat Admin“ → Menüpunkt </w:t>
      </w:r>
      <w:r>
        <w:rPr>
          <w:b/>
        </w:rPr>
        <w:t>Artikel importieren</w:t>
      </w:r>
      <w:r>
        <w:t xml:space="preserve"> fehlt bzw. keine Rechte.</w:t>
      </w:r>
    </w:p>
    <w:p>
      <w:pPr>
        <w:pStyle w:val="Heading1"/>
      </w:pPr>
      <w:r>
        <w:t>14 Praxisbeispiele</w:t>
      </w:r>
    </w:p>
    <w:p>
      <w:pPr>
        <w:pStyle w:val="Heading2"/>
      </w:pPr>
      <w:r>
        <w:t>14.1 Neuer Bediener</w:t>
      </w:r>
    </w:p>
    <w:p>
      <w:r>
        <w:t xml:space="preserve">Ein Aushilfsmitarbeiter soll den LOGIMAT bedienen: UM002 → Benutzer anlegen → Login Anwendung Touch → Rolle mit Profil </w:t>
      </w:r>
      <w:r>
        <w:rPr>
          <w:b/>
        </w:rPr>
        <w:t>LogiMat Touch</w:t>
      </w:r>
      <w:r>
        <w:t xml:space="preserve"> → </w:t>
      </w:r>
      <w:r>
        <w:rPr>
          <w:b/>
        </w:rPr>
        <w:t>Passwort ändern</w:t>
      </w:r>
      <w:r>
        <w:t xml:space="preserve"> aktivieren → Speichern → erste Anmeldung am Touch-Client begleiten.</w:t>
      </w:r>
    </w:p>
    <w:p>
      <w:pPr>
        <w:pStyle w:val="Heading2"/>
      </w:pPr>
      <w:r>
        <w:t>14.2 Artikelimport Teil 1</w:t>
      </w:r>
    </w:p>
    <w:p>
      <w:r>
        <w:t xml:space="preserve">Der Key-User importiert </w:t>
      </w:r>
      <w:r>
        <w:rPr>
          <w:rFonts w:ascii="Consolas" w:hAnsi="Consolas" w:cs="Consolas" w:eastAsia="Consolas"/>
          <w:sz w:val="18"/>
        </w:rPr>
        <w:t>Hauri_Artikelimport_V5_teil01_PCS.xlsx</w:t>
      </w:r>
      <w:r>
        <w:t xml:space="preserve"> (500 Artikel, Einheit PCS): MD001 → Rechtsklick → </w:t>
      </w:r>
      <w:r>
        <w:rPr>
          <w:b/>
        </w:rPr>
        <w:t>Artikel importieren</w:t>
      </w:r>
      <w:r>
        <w:t xml:space="preserve"> → Profil </w:t>
      </w:r>
      <w:r>
        <w:rPr>
          <w:rFonts w:ascii="Consolas" w:hAnsi="Consolas" w:cs="Consolas" w:eastAsia="Consolas"/>
          <w:sz w:val="18"/>
        </w:rPr>
        <w:t>EXCEL_ITEM_V5</w:t>
      </w:r>
      <w:r>
        <w:t xml:space="preserve"> → Import → DI002 kontrollieren → in MD001 Stichprobe (</w:t>
      </w:r>
      <w:r>
        <w:rPr>
          <w:rFonts w:ascii="Consolas" w:hAnsi="Consolas" w:cs="Consolas" w:eastAsia="Consolas"/>
          <w:sz w:val="18"/>
        </w:rPr>
        <w:t>301.2.01</w:t>
      </w:r>
      <w:r>
        <w:t>).</w:t>
      </w:r>
    </w:p>
    <w:p>
      <w:pPr>
        <w:pStyle w:val="Heading1"/>
      </w:pPr>
      <w:r>
        <w:t>15 Offene 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67"/>
        <w:gridCol w:w="6829"/>
        <w:gridCol w:w="2129"/>
      </w:tblGrid>
      <w:tr>
        <w:trPr>
          <w:tblHeader w:val="true"/>
          <w:cantSplit w:val="true"/>
        </w:trPr>
        <w:tc>
          <w:tcPr>
            <w:tcW w:type="dxa" w:w="5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68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Punkt</w:t>
            </w:r>
          </w:p>
        </w:tc>
        <w:tc>
          <w:tcPr>
            <w:tcW w:type="dxa" w:w="21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Verantwortlich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682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Einheiten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GAR</w:t>
            </w:r>
            <w:r>
              <w:rPr>
                <w:sz w:val="17"/>
              </w:rPr>
              <w:t xml:space="preserve"> in MD017 anlegen (Freigabe offen)</w:t>
            </w:r>
          </w:p>
        </w:tc>
        <w:tc>
          <w:tcPr>
            <w:tcW w:type="dxa" w:w="2129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682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Warengruppe </w:t>
            </w:r>
            <w:r>
              <w:rPr>
                <w:rFonts w:ascii="Consolas" w:hAnsi="Consolas" w:cs="Consolas" w:eastAsia="Consolas"/>
                <w:sz w:val="15"/>
              </w:rPr>
              <w:t>STANDARD</w:t>
            </w:r>
            <w:r>
              <w:rPr>
                <w:sz w:val="17"/>
              </w:rPr>
              <w:t xml:space="preserve"> anlegen, Verhalten beim V5-Import prüfen</w:t>
            </w:r>
          </w:p>
        </w:tc>
        <w:tc>
          <w:tcPr>
            <w:tcW w:type="dxa" w:w="2129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682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Profil </w:t>
            </w:r>
            <w:r>
              <w:rPr>
                <w:rFonts w:ascii="Consolas" w:hAnsi="Consolas" w:cs="Consolas" w:eastAsia="Consolas"/>
                <w:sz w:val="15"/>
              </w:rPr>
              <w:t>EXCEL_ITEM_V5</w:t>
            </w:r>
            <w:r>
              <w:rPr>
                <w:sz w:val="17"/>
              </w:rPr>
              <w:t xml:space="preserve"> auf dem Hauri-System prüfen</w:t>
            </w:r>
          </w:p>
        </w:tc>
        <w:tc>
          <w:tcPr>
            <w:tcW w:type="dxa" w:w="2129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6829"/>
          </w:tcPr>
          <w:p>
            <w:pPr>
              <w:spacing w:after="0" w:line="252" w:lineRule="auto"/>
            </w:pPr>
            <w:r>
              <w:rPr>
                <w:sz w:val="17"/>
              </w:rPr>
              <w:t>Benutzer und Profile für Bediener/innen und Key-User anlegen</w:t>
            </w:r>
          </w:p>
        </w:tc>
        <w:tc>
          <w:tcPr>
            <w:tcW w:type="dxa" w:w="2129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 / Key-User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6829"/>
          </w:tcPr>
          <w:p>
            <w:pPr>
              <w:spacing w:after="0" w:line="252" w:lineRule="auto"/>
            </w:pPr>
            <w:r>
              <w:rPr>
                <w:sz w:val="17"/>
              </w:rPr>
              <w:t>Datensicherung mit IT (MTCOM) vereinbaren</w:t>
            </w:r>
          </w:p>
        </w:tc>
        <w:tc>
          <w:tcPr>
            <w:tcW w:type="dxa" w:w="2129"/>
          </w:tcPr>
          <w:p>
            <w:pPr>
              <w:spacing w:after="0" w:line="252" w:lineRule="auto"/>
            </w:pPr>
            <w:r>
              <w:rPr>
                <w:sz w:val="17"/>
              </w:rPr>
              <w:t>Key-User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6829"/>
          </w:tcPr>
          <w:p>
            <w:pPr>
              <w:spacing w:after="0" w:line="252" w:lineRule="auto"/>
            </w:pPr>
            <w:r>
              <w:rPr>
                <w:sz w:val="17"/>
              </w:rPr>
              <w:t>Boxtypen und Tablarvorlagen der Hauri AG festlegen</w:t>
            </w:r>
          </w:p>
        </w:tc>
        <w:tc>
          <w:tcPr>
            <w:tcW w:type="dxa" w:w="2129"/>
          </w:tcPr>
          <w:p>
            <w:pPr>
              <w:spacing w:after="0" w:line="252" w:lineRule="auto"/>
            </w:pPr>
            <w:r>
              <w:rPr>
                <w:sz w:val="17"/>
              </w:rPr>
              <w:t>Key-User / Bediener/in</w:t>
            </w:r>
          </w:p>
        </w:tc>
      </w:tr>
    </w:tbl>
    <w:p>
      <w:pPr>
        <w:pStyle w:val="BeschriftungSSI"/>
      </w:pPr>
      <w:r>
        <w:t>Tab. 10: Offene Punkte</w:t>
      </w:r>
    </w:p>
    <w:p>
      <w:pPr>
        <w:pStyle w:val="Heading1"/>
      </w:pPr>
      <w:r>
        <w:t>16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27"/>
        <w:gridCol w:w="8697"/>
      </w:tblGrid>
      <w:tr>
        <w:trPr>
          <w:tblHeader w:val="true"/>
          <w:cantSplit w:val="true"/>
        </w:trPr>
        <w:tc>
          <w:tcPr>
            <w:tcW w:type="dxa" w:w="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Know-how Admin-/Desktop-Client, Stand 17.10.2026, live verifiziert (</w:t>
            </w:r>
            <w:r>
              <w:rPr>
                <w:rFonts w:ascii="Consolas" w:hAnsi="Consolas" w:cs="Consolas" w:eastAsia="Consolas"/>
                <w:sz w:val="15"/>
              </w:rPr>
              <w:t>Revidiert_mit_echtem_System/00_Knowhow/WAMAS_Admin_Knowhow.md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SIR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Stammdaten-Import-Recherche, Stand 17.10.2026 (</w:t>
            </w:r>
            <w:r>
              <w:rPr>
                <w:rFonts w:ascii="Consolas" w:hAnsi="Consolas" w:cs="Consolas" w:eastAsia="Consolas"/>
                <w:sz w:val="15"/>
              </w:rPr>
              <w:t>00_Testplan/Stammdaten_Import_Recherche.md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TL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Testlog WAMAS Dev, 16./17.10.2026 (</w:t>
            </w:r>
            <w:r>
              <w:rPr>
                <w:rFonts w:ascii="Consolas" w:hAnsi="Consolas" w:cs="Consolas" w:eastAsia="Consolas"/>
                <w:sz w:val="15"/>
              </w:rPr>
              <w:t>00_Testplan/Testlog_WAMAS_Dev.md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SCH-A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 Administrator v1.0 (</w:t>
            </w:r>
            <w:r>
              <w:rPr>
                <w:rFonts w:ascii="Consolas" w:hAnsi="Consolas" w:cs="Consolas" w:eastAsia="Consolas"/>
                <w:sz w:val="15"/>
              </w:rPr>
              <w:t>anleitungen/Schulung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AH28 / BH28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2.8 / User Manual 2.8 (enUS)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WDW-AI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Anleitung Artikel anlegen/importieren, WAMAS Dev, Stand 18.10.2026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WDW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SSI-Testsystem srv01 (</w:t>
            </w:r>
            <w:r>
              <w:rPr>
                <w:rFonts w:ascii="Consolas" w:hAnsi="Consolas" w:cs="Consolas" w:eastAsia="Consolas"/>
                <w:sz w:val="15"/>
              </w:rPr>
              <w:t>anleitungen/WAMAS_Dev_Wissen_20261017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_screens/live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11: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Administratoranleitung V 1.1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Administratoranleitung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Administratoranleitung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Administratoranleitung WAMAS Lift &amp; Store</dc:title>
  <dc:subject>Benutzer und Rechte, Artikelstamm, Einheiten, Warengruppe, Boxtypen und Tablarvorlagen, Import-Profile, Kontrolle, Datensicherung und Ansprechpartner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