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0"/>
      </w:pPr>
      <w:r>
        <w:drawing>
          <wp:anchor distT="0" distB="0" distL="0" distR="0" simplePos="0" relativeHeight="251658341" behindDoc="1" locked="0" layoutInCell="1" allowOverlap="1">
            <wp:simplePos x="0" y="0"/>
            <wp:positionH relativeFrom="page">
              <wp:posOffset>0</wp:posOffset>
            </wp:positionH>
            <wp:positionV relativeFrom="page">
              <wp:posOffset>0</wp:posOffset>
            </wp:positionV>
            <wp:extent cx="7560000" cy="10692000"/>
            <wp:effectExtent l="0" t="0" r="0" b="0"/>
            <wp:wrapNone/>
            <wp:docPr id="101" name="Bild 101"/>
            <wp:cNvGraphicFramePr/>
            <a:graphic xmlns:a="http://schemas.openxmlformats.org/drawingml/2006/main" xmlns:pic="http://schemas.openxmlformats.org/drawingml/2006/picture">
              <a:graphicData uri="http://schemas.openxmlformats.org/drawingml/2006/picture">
                <pic:pic>
                  <pic:nvPicPr>
                    <pic:cNvPr id="0" name="logimat_titelfoto.jpg"/>
                    <pic:cNvPicPr/>
                  </pic:nvPicPr>
                  <pic:blipFill>
                    <a:blip r:embed="rId9"/>
                    <a:stretch>
                      <a:fillRect/>
                    </a:stretch>
                  </pic:blipFill>
                  <pic:spPr>
                    <a:xfrm>
                      <a:off x="0" y="0"/>
                      <a:ext cx="7560000" cy="10692000"/>
                    </a:xfrm>
                    <a:prstGeom prst="rect"/>
                  </pic:spPr>
                </pic:pic>
              </a:graphicData>
            </a:graphic>
          </wp:anchor>
        </w:drawing>
      </w:r>
      <w:r>
        <w:drawing>
          <wp:anchor distT="0" distB="0" distL="0" distR="0" simplePos="0" relativeHeight="251658342" behindDoc="0" locked="0" layoutInCell="1" allowOverlap="1">
            <wp:simplePos x="0" y="0"/>
            <wp:positionH relativeFrom="page">
              <wp:posOffset>2736000</wp:posOffset>
            </wp:positionH>
            <wp:positionV relativeFrom="page">
              <wp:posOffset>9846000</wp:posOffset>
            </wp:positionV>
            <wp:extent cx="1655999" cy="246394"/>
            <wp:effectExtent l="0" t="0" r="0" b="0"/>
            <wp:wrapNone/>
            <wp:docPr id="102" name="Bild 102"/>
            <wp:cNvGraphicFramePr/>
            <a:graphic xmlns:a="http://schemas.openxmlformats.org/drawingml/2006/main" xmlns:pic="http://schemas.openxmlformats.org/drawingml/2006/picture">
              <a:graphicData uri="http://schemas.openxmlformats.org/drawingml/2006/picture">
                <pic:pic>
                  <pic:nvPicPr>
                    <pic:cNvPr id="0" name="wamas_logo.png"/>
                    <pic:cNvPicPr/>
                  </pic:nvPicPr>
                  <pic:blipFill>
                    <a:blip r:embed="rId10"/>
                    <a:stretch>
                      <a:fillRect/>
                    </a:stretch>
                  </pic:blipFill>
                  <pic:spPr>
                    <a:xfrm>
                      <a:off x="0" y="0"/>
                      <a:ext cx="1655999" cy="246394"/>
                    </a:xfrm>
                    <a:prstGeom prst="rect"/>
                  </pic:spPr>
                </pic:pic>
              </a:graphicData>
            </a:graphic>
          </wp:anchor>
        </w:drawing>
      </w:r>
      <w:r>
        <w:drawing>
          <wp:anchor distT="0" distB="0" distL="0" distR="0" simplePos="0" relativeHeight="251658343" behindDoc="0" locked="0" layoutInCell="1" allowOverlap="1">
            <wp:simplePos x="0" y="0"/>
            <wp:positionH relativeFrom="page">
              <wp:posOffset>4680000</wp:posOffset>
            </wp:positionH>
            <wp:positionV relativeFrom="page">
              <wp:posOffset>9576000</wp:posOffset>
            </wp:positionV>
            <wp:extent cx="2376000" cy="508527"/>
            <wp:effectExtent l="0" t="0" r="0" b="0"/>
            <wp:wrapNone/>
            <wp:docPr id="103" name="Bild 103"/>
            <wp:cNvGraphicFramePr/>
            <a:graphic xmlns:a="http://schemas.openxmlformats.org/drawingml/2006/main" xmlns:pic="http://schemas.openxmlformats.org/drawingml/2006/picture">
              <a:graphicData uri="http://schemas.openxmlformats.org/drawingml/2006/picture">
                <pic:pic>
                  <pic:nvPicPr>
                    <pic:cNvPr id="0" name="ssi_logo.png"/>
                    <pic:cNvPicPr/>
                  </pic:nvPicPr>
                  <pic:blipFill>
                    <a:blip r:embed="rId11"/>
                    <a:stretch>
                      <a:fillRect/>
                    </a:stretch>
                  </pic:blipFill>
                  <pic:spPr>
                    <a:xfrm>
                      <a:off x="0" y="0"/>
                      <a:ext cx="2376000" cy="508527"/>
                    </a:xfrm>
                    <a:prstGeom prst="rect"/>
                  </pic:spPr>
                </pic:pic>
              </a:graphicData>
            </a:graphic>
          </wp:anchor>
        </w:drawing>
      </w:r>
    </w:p>
    <w:p>
      <w:pPr>
        <w:spacing w:after="0"/>
      </w:pPr>
    </w:p>
    <w:tbl>
      <w:tblPr>
        <w:tblLook w:firstColumn="1" w:firstRow="1" w:lastColumn="0" w:lastRow="0" w:noHBand="0" w:noVBand="1" w:val="04A0"/>
        <w:tblW w:w="7938" w:type="dxa"/>
        <w:tblLayout w:type="fixed"/>
      </w:tblPr>
      <w:tblGrid>
        <w:gridCol w:w="7938"/>
      </w:tblGrid>
      <w:tr>
        <w:tc>
          <w:tcPr>
            <w:tcW w:type="dxa" w:w="7937"/>
            <w:shd w:val="clear" w:color="auto" w:fill="FEEE19"/>
            <w:tcMar>
              <w:top w:w="300" w:type="dxa"/>
              <w:bottom w:w="300" w:type="dxa"/>
              <w:start w:w="300" w:type="dxa"/>
              <w:end w:w="300" w:type="dxa"/>
              <w:left w:w="300" w:type="dxa"/>
              <w:right w:w="300" w:type="dxa"/>
            </w:tcMar>
          </w:tcPr>
          <w:p>
            <w:pPr>
              <w:spacing w:after="360"/>
            </w:pPr>
            <w:r>
              <w:rPr>
                <w:b w:val="0"/>
                <w:sz w:val="40"/>
              </w:rPr>
              <w:t>Kundenanleitung</w:t>
            </w:r>
          </w:p>
          <w:p>
            <w:pPr>
              <w:spacing w:after="120"/>
            </w:pPr>
            <w:r>
              <w:rPr>
                <w:b/>
                <w:sz w:val="48"/>
              </w:rPr>
              <w:t>Manuell ein- und auslagern ohne Auftrag</w:t>
            </w:r>
          </w:p>
          <w:p>
            <w:pPr>
              <w:spacing w:after="360"/>
            </w:pPr>
            <w:r>
              <w:rPr>
                <w:b w:val="0"/>
                <w:sz w:val="32"/>
              </w:rPr>
              <w:t>WAMAS Lift &amp; Store 2.7</w:t>
            </w:r>
          </w:p>
          <w:p>
            <w:pPr>
              <w:spacing w:after="0"/>
            </w:pPr>
            <w:r>
              <w:rPr>
                <w:b w:val="0"/>
                <w:sz w:val="22"/>
              </w:rPr>
              <w:t>Kundendokument  ·  Deutsch (de-DE)</w:t>
            </w:r>
          </w:p>
        </w:tc>
      </w:tr>
    </w:tbl>
    <w:tbl>
      <w:tblPr>
        <w:tblLook w:firstColumn="1" w:firstRow="1" w:lastColumn="0" w:lastRow="0" w:noHBand="0" w:noVBand="1" w:val="04A0"/>
        <w:tblW w:w="7938" w:type="dxa"/>
        <w:tblLayout w:type="fixed"/>
      </w:tblPr>
      <w:tblGrid>
        <w:gridCol w:w="7938"/>
      </w:tblGrid>
      <w:tr>
        <w:tc>
          <w:tcPr>
            <w:tcW w:type="dxa" w:w="7937"/>
            <w:shd w:val="clear" w:color="auto" w:fill="FFFFFF"/>
            <w:tcMar>
              <w:top w:w="200" w:type="dxa"/>
              <w:bottom w:w="400" w:type="dxa"/>
              <w:start w:w="300" w:type="dxa"/>
              <w:end w:w="300" w:type="dxa"/>
              <w:left w:w="300" w:type="dxa"/>
              <w:right w:w="300" w:type="dxa"/>
            </w:tcMar>
          </w:tcPr>
          <w:p>
            <w:pPr>
              <w:spacing w:after="80"/>
            </w:pPr>
            <w:r>
              <w:rPr>
                <w:b w:val="0"/>
                <w:sz w:val="21"/>
              </w:rPr>
              <w:t>Spontane Einlagerung und Entnahme, Umlagern, Bestandskorrektur und Tablarhandling am Touch-Client, Desktop und Mobilterminal</w:t>
            </w:r>
          </w:p>
          <w:p>
            <w:pPr>
              <w:spacing w:after="0"/>
            </w:pPr>
            <w:r>
              <w:rPr>
                <w:b w:val="0"/>
                <w:color w:val="555555"/>
                <w:sz w:val="18"/>
              </w:rPr>
              <w:t>SSI SCHÄFER</w:t>
            </w:r>
          </w:p>
        </w:tc>
      </w:tr>
    </w:tbl>
    <w:p>
      <w:pPr>
        <w:spacing w:before="8617"/>
      </w:pPr>
      <w:r>
        <w:rPr>
          <w:sz w:val="18"/>
        </w:rPr>
        <w:t>V 1.0  ·  15.10.2026</w:t>
        <w:br w:type="page"/>
      </w:r>
    </w:p>
    <w:p>
      <w:r>
        <w:rPr>
          <w:b/>
          <w:sz w:val="28"/>
        </w:rPr>
        <w:t>Inhaltsverzeichnis</w:t>
      </w:r>
    </w:p>
    <w:p/>
    <w:p>
      <w:pPr>
        <w:pStyle w:val="TOC1"/>
        <w:tabs>
          <w:tab w:pos="9524" w:val="right" w:leader="dot"/>
        </w:tabs>
      </w:pPr>
      <w:r>
        <w:fldChar w:fldCharType="begin"/>
      </w:r>
      <w:r>
        <w:instrText xml:space="preserve"> TOC \o "1-2" \h \z \u </w:instrText>
      </w:r>
      <w:r>
        <w:fldChar w:fldCharType="separate"/>
      </w:r>
      <w:r>
        <w:t>1 Über dieses Dokument</w:t>
        <w:tab/>
        <w:t>5</w:t>
      </w:r>
    </w:p>
    <w:p>
      <w:pPr>
        <w:pStyle w:val="TOC2"/>
        <w:tabs>
          <w:tab w:pos="9524" w:val="right" w:leader="dot"/>
        </w:tabs>
      </w:pPr>
      <w:r>
        <w:t>1.1 Zweck</w:t>
        <w:tab/>
        <w:t>5</w:t>
      </w:r>
    </w:p>
    <w:p>
      <w:pPr>
        <w:pStyle w:val="TOC2"/>
        <w:tabs>
          <w:tab w:pos="9524" w:val="right" w:leader="dot"/>
        </w:tabs>
      </w:pPr>
      <w:r>
        <w:t>1.2 Lesehinweise</w:t>
        <w:tab/>
        <w:t>5</w:t>
      </w:r>
    </w:p>
    <w:p>
      <w:pPr>
        <w:pStyle w:val="TOC2"/>
        <w:tabs>
          <w:tab w:pos="9524" w:val="right" w:leader="dot"/>
        </w:tabs>
      </w:pPr>
      <w:r>
        <w:t>1.3 Begriffe</w:t>
        <w:tab/>
        <w:t>5</w:t>
      </w:r>
    </w:p>
    <w:p>
      <w:pPr>
        <w:pStyle w:val="TOC2"/>
        <w:tabs>
          <w:tab w:pos="9524" w:val="right" w:leader="dot"/>
        </w:tabs>
      </w:pPr>
      <w:r>
        <w:t>1.4 Dokumentinformationen</w:t>
        <w:tab/>
        <w:t>5</w:t>
      </w:r>
    </w:p>
    <w:p>
      <w:pPr>
        <w:pStyle w:val="TOC1"/>
        <w:tabs>
          <w:tab w:pos="9524" w:val="right" w:leader="dot"/>
        </w:tabs>
      </w:pPr>
      <w:r>
        <w:t>2 Überblick: Welche Wege gibt es ohne Auftrag?</w:t>
        <w:tab/>
        <w:t>7</w:t>
      </w:r>
    </w:p>
    <w:p>
      <w:pPr>
        <w:pStyle w:val="TOC2"/>
        <w:tabs>
          <w:tab w:pos="9524" w:val="right" w:leader="dot"/>
        </w:tabs>
      </w:pPr>
      <w:r>
        <w:t>2.1 Zwei Arten, ohne Hostauftrag zu arbeiten</w:t>
        <w:tab/>
        <w:t>7</w:t>
      </w:r>
    </w:p>
    <w:p>
      <w:pPr>
        <w:pStyle w:val="TOC2"/>
        <w:tabs>
          <w:tab w:pos="9524" w:val="right" w:leader="dot"/>
        </w:tabs>
      </w:pPr>
      <w:r>
        <w:t>2.2 Welcher Weg für welchen Fall?</w:t>
        <w:tab/>
        <w:t>7</w:t>
      </w:r>
    </w:p>
    <w:p>
      <w:pPr>
        <w:pStyle w:val="TOC2"/>
        <w:tabs>
          <w:tab w:pos="9524" w:val="right" w:leader="dot"/>
        </w:tabs>
      </w:pPr>
      <w:r>
        <w:t>2.3 Touch-Client, Desktop und Mobilterminal im Vergleich</w:t>
        <w:tab/>
        <w:t>7</w:t>
      </w:r>
    </w:p>
    <w:p>
      <w:pPr>
        <w:pStyle w:val="TOC2"/>
        <w:tabs>
          <w:tab w:pos="9524" w:val="right" w:leader="dot"/>
        </w:tabs>
      </w:pPr>
      <w:r>
        <w:t>2.4 Abgleich mit Version 2.8</w:t>
        <w:tab/>
        <w:t>8</w:t>
      </w:r>
    </w:p>
    <w:p>
      <w:pPr>
        <w:pStyle w:val="TOC1"/>
        <w:tabs>
          <w:tab w:pos="9524" w:val="right" w:leader="dot"/>
        </w:tabs>
      </w:pPr>
      <w:r>
        <w:t>3 Voraussetzungen und Konfiguration</w:t>
        <w:tab/>
        <w:t>9</w:t>
      </w:r>
    </w:p>
    <w:p>
      <w:pPr>
        <w:pStyle w:val="TOC2"/>
        <w:tabs>
          <w:tab w:pos="9524" w:val="right" w:leader="dot"/>
        </w:tabs>
      </w:pPr>
      <w:r>
        <w:t>3.1 Stammdaten</w:t>
        <w:tab/>
        <w:t>9</w:t>
      </w:r>
    </w:p>
    <w:p>
      <w:pPr>
        <w:pStyle w:val="TOC2"/>
        <w:tabs>
          <w:tab w:pos="9524" w:val="right" w:leader="dot"/>
        </w:tabs>
      </w:pPr>
      <w:r>
        <w:t>3.2 Benutzer, Rollen und Rechte</w:t>
        <w:tab/>
        <w:t>9</w:t>
      </w:r>
    </w:p>
    <w:p>
      <w:pPr>
        <w:pStyle w:val="TOC2"/>
        <w:tabs>
          <w:tab w:pos="9524" w:val="right" w:leader="dot"/>
        </w:tabs>
      </w:pPr>
      <w:r>
        <w:t>3.3 Buchungsschlüssel für spontane Buchungen</w:t>
        <w:tab/>
        <w:t>10</w:t>
      </w:r>
    </w:p>
    <w:p>
      <w:pPr>
        <w:pStyle w:val="TOC2"/>
        <w:tabs>
          <w:tab w:pos="9524" w:val="right" w:leader="dot"/>
        </w:tabs>
      </w:pPr>
      <w:r>
        <w:t>3.4 Bestandsklassifizierung</w:t>
        <w:tab/>
        <w:t>10</w:t>
      </w:r>
    </w:p>
    <w:p>
      <w:pPr>
        <w:pStyle w:val="TOC2"/>
        <w:tabs>
          <w:tab w:pos="9524" w:val="right" w:leader="dot"/>
        </w:tabs>
      </w:pPr>
      <w:r>
        <w:t>3.5 Systemparameter (LM053)</w:t>
        <w:tab/>
        <w:t>11</w:t>
      </w:r>
    </w:p>
    <w:p>
      <w:pPr>
        <w:pStyle w:val="TOC2"/>
        <w:tabs>
          <w:tab w:pos="9524" w:val="right" w:leader="dot"/>
        </w:tabs>
      </w:pPr>
      <w:r>
        <w:t>3.6 Bestätigungsart (LM060)</w:t>
        <w:tab/>
        <w:t>11</w:t>
      </w:r>
    </w:p>
    <w:p>
      <w:pPr>
        <w:pStyle w:val="TOC2"/>
        <w:tabs>
          <w:tab w:pos="9524" w:val="right" w:leader="dot"/>
        </w:tabs>
      </w:pPr>
      <w:r>
        <w:t>3.7 Globale Parameter</w:t>
        <w:tab/>
        <w:t>11</w:t>
      </w:r>
    </w:p>
    <w:p>
      <w:pPr>
        <w:pStyle w:val="TOC2"/>
        <w:tabs>
          <w:tab w:pos="9524" w:val="right" w:leader="dot"/>
        </w:tabs>
      </w:pPr>
      <w:r>
        <w:t>3.8 Anbindung an ein ERP- oder Hostsystem</w:t>
        <w:tab/>
        <w:t>12</w:t>
      </w:r>
    </w:p>
    <w:p>
      <w:pPr>
        <w:pStyle w:val="TOC1"/>
        <w:tabs>
          <w:tab w:pos="9524" w:val="right" w:leader="dot"/>
        </w:tabs>
      </w:pPr>
      <w:r>
        <w:t>4 Tablar holen, senden und zurückschicken</w:t>
        <w:tab/>
        <w:t>13</w:t>
      </w:r>
    </w:p>
    <w:p>
      <w:pPr>
        <w:pStyle w:val="TOC2"/>
        <w:tabs>
          <w:tab w:pos="9524" w:val="right" w:leader="dot"/>
        </w:tabs>
      </w:pPr>
      <w:r>
        <w:t>4.1 Tablar nach Artikel oder Bestandsattributen anfordern</w:t>
        <w:tab/>
        <w:t>13</w:t>
      </w:r>
    </w:p>
    <w:p>
      <w:pPr>
        <w:pStyle w:val="TOC2"/>
        <w:tabs>
          <w:tab w:pos="9524" w:val="right" w:leader="dot"/>
        </w:tabs>
      </w:pPr>
      <w:r>
        <w:t>4.2 Tablar nach Tablarnummer anfordern</w:t>
        <w:tab/>
        <w:t>13</w:t>
      </w:r>
    </w:p>
    <w:p>
      <w:pPr>
        <w:pStyle w:val="TOC2"/>
        <w:tabs>
          <w:tab w:pos="9524" w:val="right" w:leader="dot"/>
        </w:tabs>
      </w:pPr>
      <w:r>
        <w:t>4.3 Tablar aus einem anderen SSI LOGIMAT anfordern</w:t>
        <w:tab/>
        <w:t>13</w:t>
      </w:r>
    </w:p>
    <w:p>
      <w:pPr>
        <w:pStyle w:val="TOC2"/>
        <w:tabs>
          <w:tab w:pos="9524" w:val="right" w:leader="dot"/>
        </w:tabs>
      </w:pPr>
      <w:r>
        <w:t>4.4 Mehrere Tablare vormerken</w:t>
        <w:tab/>
        <w:t>13</w:t>
      </w:r>
    </w:p>
    <w:p>
      <w:pPr>
        <w:pStyle w:val="TOC2"/>
        <w:tabs>
          <w:tab w:pos="9524" w:val="right" w:leader="dot"/>
        </w:tabs>
      </w:pPr>
      <w:r>
        <w:t>4.5 Tablar an eine andere Zugriffsöffnung senden</w:t>
        <w:tab/>
        <w:t>13</w:t>
      </w:r>
    </w:p>
    <w:p>
      <w:pPr>
        <w:pStyle w:val="TOC2"/>
        <w:tabs>
          <w:tab w:pos="9524" w:val="right" w:leader="dot"/>
        </w:tabs>
      </w:pPr>
      <w:r>
        <w:t>4.6 Tablar zurückschicken</w:t>
        <w:tab/>
        <w:t>14</w:t>
      </w:r>
    </w:p>
    <w:p>
      <w:pPr>
        <w:pStyle w:val="TOC2"/>
        <w:tabs>
          <w:tab w:pos="9524" w:val="right" w:leader="dot"/>
        </w:tabs>
      </w:pPr>
      <w:r>
        <w:t>4.7 Tablare verwalten</w:t>
        <w:tab/>
        <w:t>14</w:t>
      </w:r>
    </w:p>
    <w:p>
      <w:pPr>
        <w:pStyle w:val="TOC1"/>
        <w:tabs>
          <w:tab w:pos="9524" w:val="right" w:leader="dot"/>
        </w:tabs>
      </w:pPr>
      <w:r>
        <w:t>5 Spontan einlagern</w:t>
        <w:tab/>
        <w:t>15</w:t>
      </w:r>
    </w:p>
    <w:p>
      <w:pPr>
        <w:pStyle w:val="TOC2"/>
        <w:tabs>
          <w:tab w:pos="9524" w:val="right" w:leader="dot"/>
        </w:tabs>
      </w:pPr>
      <w:r>
        <w:t>5.1 Ware in eine zugeordnete Box einlagern</w:t>
        <w:tab/>
        <w:t>15</w:t>
      </w:r>
    </w:p>
    <w:p>
      <w:pPr>
        <w:pStyle w:val="TOC2"/>
        <w:tabs>
          <w:tab w:pos="9524" w:val="right" w:leader="dot"/>
        </w:tabs>
      </w:pPr>
      <w:r>
        <w:t>5.2 Artikel ohne Box-Zuordnung einlagern</w:t>
        <w:tab/>
        <w:t>15</w:t>
      </w:r>
    </w:p>
    <w:p>
      <w:pPr>
        <w:pStyle w:val="TOC2"/>
        <w:tabs>
          <w:tab w:pos="9524" w:val="right" w:leader="dot"/>
        </w:tabs>
      </w:pPr>
      <w:r>
        <w:t>5.3 Neuen Artikel spontan anlegen</w:t>
        <w:tab/>
        <w:t>15</w:t>
      </w:r>
    </w:p>
    <w:p>
      <w:pPr>
        <w:pStyle w:val="TOC2"/>
        <w:tabs>
          <w:tab w:pos="9524" w:val="right" w:leader="dot"/>
        </w:tabs>
      </w:pPr>
      <w:r>
        <w:t>5.4 Große Artikel ohne Box einlagern</w:t>
        <w:tab/>
        <w:t>16</w:t>
      </w:r>
    </w:p>
    <w:p>
      <w:pPr>
        <w:pStyle w:val="TOC2"/>
        <w:tabs>
          <w:tab w:pos="9524" w:val="right" w:leader="dot"/>
        </w:tabs>
      </w:pPr>
      <w:r>
        <w:t>5.5 Mit Waage einlagern</w:t>
        <w:tab/>
        <w:t>16</w:t>
      </w:r>
    </w:p>
    <w:p>
      <w:pPr>
        <w:pStyle w:val="TOC2"/>
        <w:tabs>
          <w:tab w:pos="9524" w:val="right" w:leader="dot"/>
        </w:tabs>
      </w:pPr>
      <w:r>
        <w:t>5.6 Auffüllen, Nachschub und Rücklagerung</w:t>
        <w:tab/>
        <w:t>16</w:t>
      </w:r>
    </w:p>
    <w:p>
      <w:pPr>
        <w:pStyle w:val="TOC1"/>
        <w:tabs>
          <w:tab w:pos="9524" w:val="right" w:leader="dot"/>
        </w:tabs>
      </w:pPr>
      <w:r>
        <w:t>6 Spontan auslagern (Ad-hoc-Kommissionierung)</w:t>
        <w:tab/>
        <w:t>17</w:t>
      </w:r>
    </w:p>
    <w:p>
      <w:pPr>
        <w:pStyle w:val="TOC2"/>
        <w:tabs>
          <w:tab w:pos="9524" w:val="right" w:leader="dot"/>
        </w:tabs>
      </w:pPr>
      <w:r>
        <w:t>6.1 Ware aus einer Box entnehmen</w:t>
        <w:tab/>
        <w:t>17</w:t>
      </w:r>
    </w:p>
    <w:p>
      <w:pPr>
        <w:pStyle w:val="TOC2"/>
        <w:tabs>
          <w:tab w:pos="9524" w:val="right" w:leader="dot"/>
        </w:tabs>
      </w:pPr>
      <w:r>
        <w:t>6.2 Box wird leer</w:t>
        <w:tab/>
        <w:t>17</w:t>
      </w:r>
    </w:p>
    <w:p>
      <w:pPr>
        <w:pStyle w:val="TOC2"/>
        <w:tabs>
          <w:tab w:pos="9524" w:val="right" w:leader="dot"/>
        </w:tabs>
      </w:pPr>
      <w:r>
        <w:t>6.3 Entnahme gezielt nach MHD oder FIFO</w:t>
        <w:tab/>
        <w:t>17</w:t>
      </w:r>
    </w:p>
    <w:p>
      <w:pPr>
        <w:pStyle w:val="TOC1"/>
        <w:tabs>
          <w:tab w:pos="9524" w:val="right" w:leader="dot"/>
        </w:tabs>
      </w:pPr>
      <w:r>
        <w:t>7 Umlagern und Bestand bewegen</w:t>
        <w:tab/>
        <w:t>18</w:t>
      </w:r>
    </w:p>
    <w:p>
      <w:pPr>
        <w:pStyle w:val="TOC2"/>
        <w:tabs>
          <w:tab w:pos="9524" w:val="right" w:leader="dot"/>
        </w:tabs>
      </w:pPr>
      <w:r>
        <w:t>7.1 Boxen auf einem Tablar verdichten (Konsolidieren)</w:t>
        <w:tab/>
        <w:t>18</w:t>
      </w:r>
    </w:p>
    <w:p>
      <w:pPr>
        <w:pStyle w:val="TOC2"/>
        <w:tabs>
          <w:tab w:pos="9524" w:val="right" w:leader="dot"/>
        </w:tabs>
      </w:pPr>
      <w:r>
        <w:t>7.2 Bestand zwischen Tablaren oder Liften umlagern</w:t>
        <w:tab/>
        <w:t>18</w:t>
      </w:r>
    </w:p>
    <w:p>
      <w:pPr>
        <w:pStyle w:val="TOC2"/>
        <w:tabs>
          <w:tab w:pos="9524" w:val="right" w:leader="dot"/>
        </w:tabs>
      </w:pPr>
      <w:r>
        <w:t>7.3 Bestand zwischen externen Lagerplätzen bewegen (Mobilterminal)</w:t>
        <w:tab/>
        <w:t>18</w:t>
      </w:r>
    </w:p>
    <w:p>
      <w:pPr>
        <w:pStyle w:val="TOC2"/>
        <w:tabs>
          <w:tab w:pos="9524" w:val="right" w:leader="dot"/>
        </w:tabs>
      </w:pPr>
      <w:r>
        <w:t>7.4 Box-Fächer anpassen (Trennwände)</w:t>
        <w:tab/>
        <w:t>19</w:t>
      </w:r>
    </w:p>
    <w:p>
      <w:pPr>
        <w:pStyle w:val="TOC2"/>
        <w:tabs>
          <w:tab w:pos="9524" w:val="right" w:leader="dot"/>
        </w:tabs>
      </w:pPr>
      <w:r>
        <w:t>7.5 Externe LE zwischenlagern und wieder holen</w:t>
        <w:tab/>
        <w:t>19</w:t>
      </w:r>
    </w:p>
    <w:p>
      <w:pPr>
        <w:pStyle w:val="TOC2"/>
        <w:tabs>
          <w:tab w:pos="9524" w:val="right" w:leader="dot"/>
        </w:tabs>
      </w:pPr>
      <w:r>
        <w:t>7.6 LE auf einen Zielplatz buchen</w:t>
        <w:tab/>
        <w:t>19</w:t>
      </w:r>
    </w:p>
    <w:p>
      <w:pPr>
        <w:pStyle w:val="TOC2"/>
        <w:tabs>
          <w:tab w:pos="9524" w:val="right" w:leader="dot"/>
        </w:tabs>
      </w:pPr>
      <w:r>
        <w:t>7.7 LE für Einlagerung oder Kommissionierung sperren</w:t>
        <w:tab/>
        <w:t>19</w:t>
      </w:r>
    </w:p>
    <w:p>
      <w:pPr>
        <w:pStyle w:val="TOC1"/>
        <w:tabs>
          <w:tab w:pos="9524" w:val="right" w:leader="dot"/>
        </w:tabs>
      </w:pPr>
      <w:r>
        <w:t>8 Bestand zählen und korrigieren</w:t>
        <w:tab/>
        <w:t>20</w:t>
      </w:r>
    </w:p>
    <w:p>
      <w:pPr>
        <w:pStyle w:val="TOC2"/>
        <w:tabs>
          <w:tab w:pos="9524" w:val="right" w:leader="dot"/>
        </w:tabs>
      </w:pPr>
      <w:r>
        <w:t>8.1 Spontan zählen am Touch-Client</w:t>
        <w:tab/>
        <w:t>20</w:t>
      </w:r>
    </w:p>
    <w:p>
      <w:pPr>
        <w:pStyle w:val="TOC2"/>
        <w:tabs>
          <w:tab w:pos="9524" w:val="right" w:leader="dot"/>
        </w:tabs>
      </w:pPr>
      <w:r>
        <w:t>8.2 Spontane Inventur an externen Plätzen (Mobilterminal)</w:t>
        <w:tab/>
        <w:t>20</w:t>
      </w:r>
    </w:p>
    <w:p>
      <w:pPr>
        <w:pStyle w:val="TOC2"/>
        <w:tabs>
          <w:tab w:pos="9524" w:val="right" w:leader="dot"/>
        </w:tabs>
      </w:pPr>
      <w:r>
        <w:t>8.3 Korrektur über Zu- oder Abbuchung</w:t>
        <w:tab/>
        <w:t>20</w:t>
      </w:r>
    </w:p>
    <w:p>
      <w:pPr>
        <w:pStyle w:val="TOC2"/>
        <w:tabs>
          <w:tab w:pos="9524" w:val="right" w:leader="dot"/>
        </w:tabs>
      </w:pPr>
      <w:r>
        <w:t>8.4 Strukturierte Zählung mit Inventurbedarf</w:t>
        <w:tab/>
        <w:t>20</w:t>
      </w:r>
    </w:p>
    <w:p>
      <w:pPr>
        <w:pStyle w:val="TOC2"/>
        <w:tabs>
          <w:tab w:pos="9524" w:val="right" w:leader="dot"/>
        </w:tabs>
      </w:pPr>
      <w:r>
        <w:t>8.5 Bestandskorrektur am Desktop</w:t>
        <w:tab/>
        <w:t>21</w:t>
      </w:r>
    </w:p>
    <w:p>
      <w:pPr>
        <w:pStyle w:val="TOC1"/>
        <w:tabs>
          <w:tab w:pos="9524" w:val="right" w:leader="dot"/>
        </w:tabs>
      </w:pPr>
      <w:r>
        <w:t>9 Aufträge ohne Host selbst anlegen</w:t>
        <w:tab/>
        <w:t>22</w:t>
      </w:r>
    </w:p>
    <w:p>
      <w:pPr>
        <w:pStyle w:val="TOC2"/>
        <w:tabs>
          <w:tab w:pos="9524" w:val="right" w:leader="dot"/>
        </w:tabs>
      </w:pPr>
      <w:r>
        <w:t>9.1 Einlagerbedarf anlegen</w:t>
        <w:tab/>
        <w:t>22</w:t>
      </w:r>
    </w:p>
    <w:p>
      <w:pPr>
        <w:pStyle w:val="TOC2"/>
        <w:tabs>
          <w:tab w:pos="9524" w:val="right" w:leader="dot"/>
        </w:tabs>
      </w:pPr>
      <w:r>
        <w:t>9.2 Kommissionierbedarf anlegen</w:t>
        <w:tab/>
        <w:t>22</w:t>
      </w:r>
    </w:p>
    <w:p>
      <w:pPr>
        <w:pStyle w:val="TOC2"/>
        <w:tabs>
          <w:tab w:pos="9524" w:val="right" w:leader="dot"/>
        </w:tabs>
      </w:pPr>
      <w:r>
        <w:t>9.3 Inventurbedarf anlegen</w:t>
        <w:tab/>
        <w:t>22</w:t>
      </w:r>
    </w:p>
    <w:p>
      <w:pPr>
        <w:pStyle w:val="TOC2"/>
        <w:tabs>
          <w:tab w:pos="9524" w:val="right" w:leader="dot"/>
        </w:tabs>
      </w:pPr>
      <w:r>
        <w:t>9.4 Freigabe, Aktivierung und Abschluss</w:t>
        <w:tab/>
        <w:t>22</w:t>
      </w:r>
    </w:p>
    <w:p>
      <w:pPr>
        <w:pStyle w:val="TOC2"/>
        <w:tabs>
          <w:tab w:pos="9524" w:val="right" w:leader="dot"/>
        </w:tabs>
      </w:pPr>
      <w:r>
        <w:t>9.5 Menge anpassen, stornieren, abschließen</w:t>
        <w:tab/>
        <w:t>23</w:t>
      </w:r>
    </w:p>
    <w:p>
      <w:pPr>
        <w:pStyle w:val="TOC1"/>
        <w:tabs>
          <w:tab w:pos="9524" w:val="right" w:leader="dot"/>
        </w:tabs>
      </w:pPr>
      <w:r>
        <w:t>10 Was ohne Auftrag nicht möglich ist</w:t>
        <w:tab/>
        <w:t>24</w:t>
      </w:r>
    </w:p>
    <w:p>
      <w:pPr>
        <w:pStyle w:val="TOC1"/>
        <w:tabs>
          <w:tab w:pos="9524" w:val="right" w:leader="dot"/>
        </w:tabs>
      </w:pPr>
      <w:r>
        <w:t>11 Stolperfallen</w:t>
        <w:tab/>
        <w:t>25</w:t>
      </w:r>
    </w:p>
    <w:p>
      <w:pPr>
        <w:pStyle w:val="TOC1"/>
        <w:tabs>
          <w:tab w:pos="9524" w:val="right" w:leader="dot"/>
        </w:tabs>
      </w:pPr>
      <w:r>
        <w:t>12 Praxisbeispiele</w:t>
        <w:tab/>
        <w:t>26</w:t>
      </w:r>
    </w:p>
    <w:p>
      <w:pPr>
        <w:pStyle w:val="TOC2"/>
        <w:tabs>
          <w:tab w:pos="9524" w:val="right" w:leader="dot"/>
        </w:tabs>
      </w:pPr>
      <w:r>
        <w:t>12.1 Ungeplante Anlieferung spontan einlagern</w:t>
        <w:tab/>
        <w:t>26</w:t>
      </w:r>
    </w:p>
    <w:p>
      <w:pPr>
        <w:pStyle w:val="TOC2"/>
        <w:tabs>
          <w:tab w:pos="9524" w:val="right" w:leader="dot"/>
        </w:tabs>
      </w:pPr>
      <w:r>
        <w:t>12.2 Zähldifferenz korrigieren und Boxen verdichten</w:t>
        <w:tab/>
        <w:t>26</w:t>
      </w:r>
    </w:p>
    <w:p>
      <w:pPr>
        <w:pStyle w:val="TOC1"/>
        <w:tabs>
          <w:tab w:pos="9524" w:val="right" w:leader="dot"/>
        </w:tabs>
      </w:pPr>
      <w:r>
        <w:t>13 Dokumentationslücken und offene Fragen</w:t>
        <w:tab/>
        <w:t>27</w:t>
      </w:r>
    </w:p>
    <w:p>
      <w:pPr>
        <w:pStyle w:val="TOC1"/>
        <w:tabs>
          <w:tab w:pos="9524" w:val="right" w:leader="dot"/>
        </w:tabs>
      </w:pPr>
      <w:r>
        <w:t>14 Quellenverzeichnis</w:t>
        <w:tab/>
        <w:t>28</w:t>
      </w:r>
      <w:r>
        <w:fldChar w:fldCharType="end"/>
      </w:r>
    </w:p>
    <w:p>
      <w:pPr>
        <w:pStyle w:val="Heading1"/>
      </w:pPr>
      <w:r>
        <w:t>1 Über dieses Dokument</w:t>
      </w:r>
    </w:p>
    <w:p>
      <w:pPr>
        <w:pStyle w:val="Heading2"/>
      </w:pPr>
      <w:r>
        <w:t>1.1 Zweck</w:t>
      </w:r>
    </w:p>
    <w:p>
      <w:r>
        <w:t xml:space="preserve">Diese Anleitung beschreibt alle Wege, wie Sie in </w:t>
      </w:r>
      <w:r>
        <w:rPr>
          <w:b/>
        </w:rPr>
        <w:t>WAMAS Lift &amp; Store 2.7</w:t>
      </w:r>
      <w:r>
        <w:t xml:space="preserve"> Ware ohne einen Auftrag aus Ihrem ERP- oder Hostsystem in den SSI LOGIMAT einlagern, daraus entnehmen, umlagern oder korrigieren. Sie erfahren:</w:t>
      </w:r>
    </w:p>
    <w:p>
      <w:pPr>
        <w:pStyle w:val="ListBullet"/>
      </w:pPr>
      <w:r>
        <w:t>welche Möglichkeit für welchen Anwendungsfall geeignet ist (spontane Einlagerung, Ad-hoc-Entnahme, Auffüllen, Rücklagerung, Umlagern, Zählen und Korrigieren),</w:t>
      </w:r>
    </w:p>
    <w:p>
      <w:pPr>
        <w:pStyle w:val="ListBullet"/>
      </w:pPr>
      <w:r>
        <w:t>an welchem Gerät (Touch-Client, Desktop, Mobilterminal) und in welchem Dialog Sie arbeiten,</w:t>
      </w:r>
    </w:p>
    <w:p>
      <w:pPr>
        <w:pStyle w:val="ListBullet"/>
      </w:pPr>
      <w:r>
        <w:t>welche Rechte, Stammdaten und Einstellungen vorher eingerichtet sein müssen,</w:t>
      </w:r>
    </w:p>
    <w:p>
      <w:pPr>
        <w:pStyle w:val="ListBullet"/>
      </w:pPr>
      <w:r>
        <w:t>was ohne Auftrag nicht möglich ist und worauf Sie achten sollten.</w:t>
      </w:r>
    </w:p>
    <w:p>
      <w:r>
        <w:t>Wo sich Version 2.8 unterscheidet, ist das jeweils mit einem Hinweis vermerkt.</w:t>
      </w:r>
    </w:p>
    <w:p>
      <w:pPr>
        <w:pStyle w:val="Heading2"/>
      </w:pPr>
      <w:r>
        <w:t>1.2 Lesehinweise</w:t>
      </w:r>
    </w:p>
    <w:p>
      <w:pPr>
        <w:pStyle w:val="ListBullet"/>
      </w:pPr>
      <w:r>
        <w:t>Kapitel 2 gibt einen Überblick und hilft bei der Auswahl des richtigen Wegs.</w:t>
      </w:r>
    </w:p>
    <w:p>
      <w:pPr>
        <w:pStyle w:val="ListBullet"/>
      </w:pPr>
      <w:r>
        <w:t>Kapitel 3 richtet sich an Administratoren und beschreibt die nötigen Einstellungen.</w:t>
      </w:r>
    </w:p>
    <w:p>
      <w:pPr>
        <w:pStyle w:val="ListBullet"/>
      </w:pPr>
      <w:r>
        <w:t>Kapitel 4 bis 8 beschreiben die Abläufe Schritt für Schritt für den Anwender.</w:t>
      </w:r>
    </w:p>
    <w:p>
      <w:pPr>
        <w:pStyle w:val="ListBullet"/>
      </w:pPr>
      <w:r>
        <w:t>Kapitel 9 zeigt, wie Sie Aufträge selbst anlegen, wenn eine spontane Buchung nicht ausreicht.</w:t>
      </w:r>
    </w:p>
    <w:p>
      <w:pPr>
        <w:pStyle w:val="ListBullet"/>
      </w:pPr>
      <w:r>
        <w:t>Kapitel 10 bis 12 enthalten Abgrenzungen, Stolperfallen und zwei Praxisbeispiele.</w:t>
      </w:r>
    </w:p>
    <w:p>
      <w:pPr>
        <w:pStyle w:val="ListBullet"/>
      </w:pPr>
      <w:r>
        <w:t xml:space="preserve">Dialognamen, Icons und Buttons sind </w:t>
      </w:r>
      <w:r>
        <w:rPr>
          <w:b/>
        </w:rPr>
        <w:t>fett</w:t>
      </w:r>
      <w:r>
        <w:t xml:space="preserve"> gesetzt, Felder und Systemparameter in </w:t>
      </w:r>
      <w:r>
        <w:rPr>
          <w:rFonts w:ascii="Consolas" w:hAnsi="Consolas" w:cs="Consolas" w:eastAsia="Consolas"/>
          <w:sz w:val="18"/>
        </w:rPr>
        <w:t>Code</w:t>
      </w:r>
      <w:r>
        <w:t>-Schrift.</w:t>
      </w:r>
    </w:p>
    <w:p>
      <w:pPr>
        <w:pStyle w:val="ListBullet"/>
      </w:pPr>
      <w:r>
        <w:t>Unter jedem Abschnitt nennt eine Quellenzeile das zugehörige Kapitel im Benutzer- bzw. Administratorhandbuch.</w:t>
      </w:r>
    </w:p>
    <w:p>
      <w:pPr>
        <w:pStyle w:val="ListBullet"/>
      </w:pPr>
      <w:r>
        <w:t xml:space="preserve">Punkte, die in der Produktdokumentation nicht eindeutig beschrieben sind, sind als </w:t>
      </w:r>
      <w:r>
        <w:rPr>
          <w:b/>
        </w:rPr>
        <w:t>Dokumentationslücke</w:t>
      </w:r>
      <w:r>
        <w:t xml:space="preserve"> markiert. Bitte klären Sie diese im Zweifel mit Ihrem SSI SCHÄFER Ansprechpartner.</w:t>
      </w:r>
    </w:p>
    <w:p>
      <w:pPr>
        <w:pStyle w:val="Heading2"/>
      </w:pPr>
      <w:r>
        <w:t>1.3 Begriffe</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3103"/>
        <w:gridCol w:w="6421"/>
      </w:tblGrid>
      <w:tr>
        <w:trPr>
          <w:tblHeader w:val="true"/>
        </w:trPr>
        <w:tc>
          <w:tcPr>
            <w:tcW w:type="dxa" w:w="3103"/>
            <w:shd w:val="clear" w:color="auto" w:fill="FEEE19"/>
          </w:tcPr>
          <w:p>
            <w:pPr>
              <w:spacing w:after="0"/>
            </w:pPr>
            <w:r>
              <w:rPr>
                <w:b/>
                <w:sz w:val="17"/>
              </w:rPr>
              <w:t>Begriff</w:t>
            </w:r>
          </w:p>
        </w:tc>
        <w:tc>
          <w:tcPr>
            <w:tcW w:type="dxa" w:w="6421"/>
            <w:shd w:val="clear" w:color="auto" w:fill="FEEE19"/>
          </w:tcPr>
          <w:p>
            <w:pPr>
              <w:spacing w:after="0"/>
            </w:pPr>
            <w:r>
              <w:rPr>
                <w:b/>
                <w:sz w:val="17"/>
              </w:rPr>
              <w:t>Bedeutung</w:t>
            </w:r>
          </w:p>
        </w:tc>
      </w:tr>
      <w:tr>
        <w:tc>
          <w:tcPr>
            <w:tcW w:type="dxa" w:w="3103"/>
          </w:tcPr>
          <w:p>
            <w:pPr>
              <w:spacing w:after="0" w:line="252" w:lineRule="auto"/>
            </w:pPr>
            <w:r>
              <w:rPr>
                <w:sz w:val="17"/>
              </w:rPr>
              <w:t>Spontaner (manueller) Prozess</w:t>
            </w:r>
          </w:p>
        </w:tc>
        <w:tc>
          <w:tcPr>
            <w:tcW w:type="dxa" w:w="6421"/>
          </w:tcPr>
          <w:p>
            <w:pPr>
              <w:spacing w:after="0" w:line="252" w:lineRule="auto"/>
            </w:pPr>
            <w:r>
              <w:rPr>
                <w:sz w:val="17"/>
              </w:rPr>
              <w:t>Einlagern, Entnehmen, Verdichten oder Zählen direkt am Tablar, ohne dass im Hintergrund ein Auftrag existiert</w:t>
            </w:r>
          </w:p>
        </w:tc>
      </w:tr>
      <w:tr>
        <w:tc>
          <w:tcPr>
            <w:tcW w:type="dxa" w:w="3103"/>
          </w:tcPr>
          <w:p>
            <w:pPr>
              <w:spacing w:after="0" w:line="252" w:lineRule="auto"/>
            </w:pPr>
            <w:r>
              <w:rPr>
                <w:sz w:val="17"/>
              </w:rPr>
              <w:t>Bedarf / Auftrag</w:t>
            </w:r>
          </w:p>
        </w:tc>
        <w:tc>
          <w:tcPr>
            <w:tcW w:type="dxa" w:w="6421"/>
          </w:tcPr>
          <w:p>
            <w:pPr>
              <w:spacing w:after="0" w:line="252" w:lineRule="auto"/>
            </w:pPr>
            <w:r>
              <w:rPr>
                <w:sz w:val="17"/>
              </w:rPr>
              <w:t>Einlager-, Kommissionier- oder Inventurbedarf. Am Touch-Client werden Bedarfe als Aufträge bezeichnet</w:t>
            </w:r>
          </w:p>
        </w:tc>
      </w:tr>
      <w:tr>
        <w:tc>
          <w:tcPr>
            <w:tcW w:type="dxa" w:w="3103"/>
          </w:tcPr>
          <w:p>
            <w:pPr>
              <w:spacing w:after="0" w:line="252" w:lineRule="auto"/>
            </w:pPr>
            <w:r>
              <w:rPr>
                <w:sz w:val="17"/>
              </w:rPr>
              <w:t>Tablaranforderung</w:t>
            </w:r>
          </w:p>
        </w:tc>
        <w:tc>
          <w:tcPr>
            <w:tcW w:type="dxa" w:w="6421"/>
          </w:tcPr>
          <w:p>
            <w:pPr>
              <w:spacing w:after="0" w:line="252" w:lineRule="auto"/>
            </w:pPr>
            <w:r>
              <w:rPr>
                <w:sz w:val="17"/>
              </w:rPr>
              <w:t>Anforderung, ein Tablar an eine Zugriffsöffnung zu bringen</w:t>
            </w:r>
          </w:p>
        </w:tc>
      </w:tr>
      <w:tr>
        <w:tc>
          <w:tcPr>
            <w:tcW w:type="dxa" w:w="3103"/>
          </w:tcPr>
          <w:p>
            <w:pPr>
              <w:spacing w:after="0" w:line="252" w:lineRule="auto"/>
            </w:pPr>
            <w:r>
              <w:rPr>
                <w:sz w:val="17"/>
              </w:rPr>
              <w:t>Box</w:t>
            </w:r>
          </w:p>
        </w:tc>
        <w:tc>
          <w:tcPr>
            <w:tcW w:type="dxa" w:w="6421"/>
          </w:tcPr>
          <w:p>
            <w:pPr>
              <w:spacing w:after="0" w:line="252" w:lineRule="auto"/>
            </w:pPr>
            <w:r>
              <w:rPr>
                <w:sz w:val="17"/>
              </w:rPr>
              <w:t>Lagerfach auf dem Tablar. Eine Box kann in Fächer unterteilt sein</w:t>
            </w:r>
          </w:p>
        </w:tc>
      </w:tr>
      <w:tr>
        <w:tc>
          <w:tcPr>
            <w:tcW w:type="dxa" w:w="3103"/>
          </w:tcPr>
          <w:p>
            <w:pPr>
              <w:spacing w:after="0" w:line="252" w:lineRule="auto"/>
            </w:pPr>
            <w:r>
              <w:rPr>
                <w:sz w:val="17"/>
              </w:rPr>
              <w:t>Artikel-zu-Box-Zuordnung</w:t>
            </w:r>
          </w:p>
        </w:tc>
        <w:tc>
          <w:tcPr>
            <w:tcW w:type="dxa" w:w="6421"/>
          </w:tcPr>
          <w:p>
            <w:pPr>
              <w:spacing w:after="0" w:line="252" w:lineRule="auto"/>
            </w:pPr>
            <w:r>
              <w:rPr>
                <w:sz w:val="17"/>
              </w:rPr>
              <w:t>Legt fest, welcher Artikel in welcher Box gelagert werden darf</w:t>
            </w:r>
          </w:p>
        </w:tc>
      </w:tr>
      <w:tr>
        <w:tc>
          <w:tcPr>
            <w:tcW w:type="dxa" w:w="3103"/>
          </w:tcPr>
          <w:p>
            <w:pPr>
              <w:spacing w:after="0" w:line="252" w:lineRule="auto"/>
            </w:pPr>
            <w:r>
              <w:rPr>
                <w:sz w:val="17"/>
              </w:rPr>
              <w:t>Buchungsschlüssel</w:t>
            </w:r>
          </w:p>
        </w:tc>
        <w:tc>
          <w:tcPr>
            <w:tcW w:type="dxa" w:w="6421"/>
          </w:tcPr>
          <w:p>
            <w:pPr>
              <w:spacing w:after="0" w:line="252" w:lineRule="auto"/>
            </w:pPr>
            <w:r>
              <w:rPr>
                <w:sz w:val="17"/>
              </w:rPr>
              <w:t>Grund einer Bestandskorrektur, z. B. bei Inventur oder spontaner Buchung</w:t>
            </w:r>
          </w:p>
        </w:tc>
      </w:tr>
      <w:tr>
        <w:tc>
          <w:tcPr>
            <w:tcW w:type="dxa" w:w="3103"/>
          </w:tcPr>
          <w:p>
            <w:pPr>
              <w:spacing w:after="0" w:line="252" w:lineRule="auto"/>
            </w:pPr>
            <w:r>
              <w:rPr>
                <w:sz w:val="17"/>
              </w:rPr>
              <w:t>Systempartner</w:t>
            </w:r>
          </w:p>
        </w:tc>
        <w:tc>
          <w:tcPr>
            <w:tcW w:type="dxa" w:w="6421"/>
          </w:tcPr>
          <w:p>
            <w:pPr>
              <w:spacing w:after="0" w:line="252" w:lineRule="auto"/>
            </w:pPr>
            <w:r>
              <w:rPr>
                <w:sz w:val="17"/>
              </w:rPr>
              <w:t>Angebundenes Fremdsystem (z. B. ERP), das Meldungen von WAMAS erhält</w:t>
            </w:r>
          </w:p>
        </w:tc>
      </w:tr>
      <w:tr>
        <w:tc>
          <w:tcPr>
            <w:tcW w:type="dxa" w:w="3103"/>
          </w:tcPr>
          <w:p>
            <w:pPr>
              <w:spacing w:after="0" w:line="252" w:lineRule="auto"/>
            </w:pPr>
            <w:r>
              <w:rPr>
                <w:sz w:val="17"/>
              </w:rPr>
              <w:t>Externer Lagerplatz</w:t>
            </w:r>
          </w:p>
        </w:tc>
        <w:tc>
          <w:tcPr>
            <w:tcW w:type="dxa" w:w="6421"/>
          </w:tcPr>
          <w:p>
            <w:pPr>
              <w:spacing w:after="0" w:line="252" w:lineRule="auto"/>
            </w:pPr>
            <w:r>
              <w:rPr>
                <w:sz w:val="17"/>
              </w:rPr>
              <w:t>Lagerplatz außerhalb des SSI LOGIMAT, z. B. ein Fachbodenregal; Bedienung über das Mobilterminal</w:t>
            </w:r>
          </w:p>
        </w:tc>
      </w:tr>
      <w:tr>
        <w:tc>
          <w:tcPr>
            <w:tcW w:type="dxa" w:w="3103"/>
          </w:tcPr>
          <w:p>
            <w:pPr>
              <w:spacing w:after="0" w:line="252" w:lineRule="auto"/>
            </w:pPr>
            <w:r>
              <w:rPr>
                <w:sz w:val="17"/>
              </w:rPr>
              <w:t>LE</w:t>
            </w:r>
          </w:p>
        </w:tc>
        <w:tc>
          <w:tcPr>
            <w:tcW w:type="dxa" w:w="6421"/>
          </w:tcPr>
          <w:p>
            <w:pPr>
              <w:spacing w:after="0" w:line="252" w:lineRule="auto"/>
            </w:pPr>
            <w:r>
              <w:rPr>
                <w:sz w:val="17"/>
              </w:rPr>
              <w:t>Ladeeinheit</w:t>
            </w:r>
          </w:p>
        </w:tc>
      </w:tr>
    </w:tbl>
    <w:p>
      <w:pPr>
        <w:pStyle w:val="BeschriftungSSI"/>
      </w:pPr>
      <w:r>
        <w:t>Tab. 1: Begriffe</w:t>
      </w:r>
    </w:p>
    <w:p>
      <w:pPr>
        <w:pStyle w:val="Heading2"/>
      </w:pPr>
      <w:r>
        <w:t>1.4 Dokumentinformationen</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2268"/>
        <w:gridCol w:w="7257"/>
      </w:tblGrid>
      <w:tr>
        <w:trPr>
          <w:tblHeader w:val="true"/>
        </w:trPr>
        <w:tc>
          <w:tcPr>
            <w:tcW w:type="dxa" w:w="2268"/>
            <w:shd w:val="clear" w:color="auto" w:fill="FEEE19"/>
          </w:tcPr>
          <w:p>
            <w:pPr>
              <w:spacing w:after="0"/>
            </w:pPr>
            <w:r>
              <w:rPr>
                <w:b/>
                <w:sz w:val="17"/>
              </w:rPr>
              <w:t>Merkmal</w:t>
            </w:r>
          </w:p>
        </w:tc>
        <w:tc>
          <w:tcPr>
            <w:tcW w:type="dxa" w:w="7257"/>
            <w:shd w:val="clear" w:color="auto" w:fill="FEEE19"/>
          </w:tcPr>
          <w:p>
            <w:pPr>
              <w:spacing w:after="0"/>
            </w:pPr>
            <w:r>
              <w:rPr>
                <w:b/>
                <w:sz w:val="17"/>
              </w:rPr>
              <w:t>Angabe</w:t>
            </w:r>
          </w:p>
        </w:tc>
      </w:tr>
      <w:tr>
        <w:tc>
          <w:tcPr>
            <w:tcW w:type="dxa" w:w="2268"/>
          </w:tcPr>
          <w:p>
            <w:pPr>
              <w:spacing w:after="0" w:line="252" w:lineRule="auto"/>
            </w:pPr>
            <w:r>
              <w:rPr>
                <w:b/>
                <w:sz w:val="17"/>
              </w:rPr>
              <w:t>Titel</w:t>
            </w:r>
          </w:p>
        </w:tc>
        <w:tc>
          <w:tcPr>
            <w:tcW w:type="dxa" w:w="7257"/>
          </w:tcPr>
          <w:p>
            <w:pPr>
              <w:spacing w:after="0" w:line="252" w:lineRule="auto"/>
            </w:pPr>
            <w:r>
              <w:rPr>
                <w:sz w:val="17"/>
              </w:rPr>
              <w:t>Manuell ein- und auslagern ohne Auftrag</w:t>
            </w:r>
          </w:p>
        </w:tc>
      </w:tr>
      <w:tr>
        <w:tc>
          <w:tcPr>
            <w:tcW w:type="dxa" w:w="2268"/>
          </w:tcPr>
          <w:p>
            <w:pPr>
              <w:spacing w:after="0" w:line="252" w:lineRule="auto"/>
            </w:pPr>
            <w:r>
              <w:rPr>
                <w:b/>
                <w:sz w:val="17"/>
              </w:rPr>
              <w:t>Produkt / Release</w:t>
            </w:r>
          </w:p>
        </w:tc>
        <w:tc>
          <w:tcPr>
            <w:tcW w:type="dxa" w:w="7257"/>
          </w:tcPr>
          <w:p>
            <w:pPr>
              <w:spacing w:after="0" w:line="252" w:lineRule="auto"/>
            </w:pPr>
            <w:r>
              <w:rPr>
                <w:sz w:val="17"/>
              </w:rPr>
              <w:t>WAMAS Lift &amp; Store 2.7</w:t>
            </w:r>
          </w:p>
        </w:tc>
      </w:tr>
      <w:tr>
        <w:tc>
          <w:tcPr>
            <w:tcW w:type="dxa" w:w="2268"/>
          </w:tcPr>
          <w:p>
            <w:pPr>
              <w:spacing w:after="0" w:line="252" w:lineRule="auto"/>
            </w:pPr>
            <w:r>
              <w:rPr>
                <w:b/>
                <w:sz w:val="17"/>
              </w:rPr>
              <w:t>Dokumentversion</w:t>
            </w:r>
          </w:p>
        </w:tc>
        <w:tc>
          <w:tcPr>
            <w:tcW w:type="dxa" w:w="7257"/>
          </w:tcPr>
          <w:p>
            <w:pPr>
              <w:spacing w:after="0" w:line="252" w:lineRule="auto"/>
            </w:pPr>
            <w:r>
              <w:rPr>
                <w:sz w:val="17"/>
              </w:rPr>
              <w:t>1.0</w:t>
            </w:r>
          </w:p>
        </w:tc>
      </w:tr>
      <w:tr>
        <w:tc>
          <w:tcPr>
            <w:tcW w:type="dxa" w:w="2268"/>
          </w:tcPr>
          <w:p>
            <w:pPr>
              <w:spacing w:after="0" w:line="252" w:lineRule="auto"/>
            </w:pPr>
            <w:r>
              <w:rPr>
                <w:b/>
                <w:sz w:val="17"/>
              </w:rPr>
              <w:t>Stand</w:t>
            </w:r>
          </w:p>
        </w:tc>
        <w:tc>
          <w:tcPr>
            <w:tcW w:type="dxa" w:w="7257"/>
          </w:tcPr>
          <w:p>
            <w:pPr>
              <w:spacing w:after="0" w:line="252" w:lineRule="auto"/>
            </w:pPr>
            <w:r>
              <w:rPr>
                <w:sz w:val="17"/>
              </w:rPr>
              <w:t>15.10.2026</w:t>
            </w:r>
          </w:p>
        </w:tc>
      </w:tr>
      <w:tr>
        <w:tc>
          <w:tcPr>
            <w:tcW w:type="dxa" w:w="2268"/>
          </w:tcPr>
          <w:p>
            <w:pPr>
              <w:spacing w:after="0" w:line="252" w:lineRule="auto"/>
            </w:pPr>
            <w:r>
              <w:rPr>
                <w:b/>
                <w:sz w:val="17"/>
              </w:rPr>
              <w:t>Autor</w:t>
            </w:r>
          </w:p>
        </w:tc>
        <w:tc>
          <w:tcPr>
            <w:tcW w:type="dxa" w:w="7257"/>
          </w:tcPr>
          <w:p>
            <w:pPr>
              <w:spacing w:after="0" w:line="252" w:lineRule="auto"/>
            </w:pPr>
            <w:r>
              <w:rPr>
                <w:sz w:val="17"/>
              </w:rPr>
              <w:t>SSI SCHÄFER</w:t>
            </w:r>
          </w:p>
        </w:tc>
      </w:tr>
      <w:tr>
        <w:tc>
          <w:tcPr>
            <w:tcW w:type="dxa" w:w="2268"/>
          </w:tcPr>
          <w:p>
            <w:pPr>
              <w:spacing w:after="0" w:line="252" w:lineRule="auto"/>
            </w:pPr>
            <w:r>
              <w:rPr>
                <w:b/>
                <w:sz w:val="17"/>
              </w:rPr>
              <w:t>Zielgruppe</w:t>
            </w:r>
          </w:p>
        </w:tc>
        <w:tc>
          <w:tcPr>
            <w:tcW w:type="dxa" w:w="7257"/>
          </w:tcPr>
          <w:p>
            <w:pPr>
              <w:spacing w:after="0" w:line="252" w:lineRule="auto"/>
            </w:pPr>
            <w:r>
              <w:rPr>
                <w:sz w:val="17"/>
              </w:rPr>
              <w:t>Anwender, Key-User und Administratoren</w:t>
            </w:r>
          </w:p>
        </w:tc>
      </w:tr>
      <w:tr>
        <w:tc>
          <w:tcPr>
            <w:tcW w:type="dxa" w:w="2268"/>
          </w:tcPr>
          <w:p>
            <w:pPr>
              <w:spacing w:after="0" w:line="252" w:lineRule="auto"/>
            </w:pPr>
            <w:r>
              <w:rPr>
                <w:b/>
                <w:sz w:val="17"/>
              </w:rPr>
              <w:t>Grundlage</w:t>
            </w:r>
          </w:p>
        </w:tc>
        <w:tc>
          <w:tcPr>
            <w:tcW w:type="dxa" w:w="7257"/>
          </w:tcPr>
          <w:p>
            <w:pPr>
              <w:spacing w:after="0" w:line="252" w:lineRule="auto"/>
            </w:pPr>
            <w:r>
              <w:rPr>
                <w:sz w:val="17"/>
              </w:rPr>
              <w:t>Benutzerhandbuch 2.7 (deDE), Administratorhandbuch 2.7 (deDE), Abgleich mit User Manual und Administrator Manual 2.8 (enUS)</w:t>
            </w:r>
          </w:p>
        </w:tc>
      </w:tr>
    </w:tbl>
    <w:p>
      <w:pPr>
        <w:spacing w:after="40"/>
      </w:pP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1277"/>
        <w:gridCol w:w="1277"/>
        <w:gridCol w:w="6969"/>
      </w:tblGrid>
      <w:tr>
        <w:trPr>
          <w:tblHeader w:val="true"/>
        </w:trPr>
        <w:tc>
          <w:tcPr>
            <w:tcW w:type="dxa" w:w="1278"/>
            <w:shd w:val="clear" w:color="auto" w:fill="FEEE19"/>
          </w:tcPr>
          <w:p>
            <w:pPr>
              <w:spacing w:after="0"/>
            </w:pPr>
            <w:r>
              <w:rPr>
                <w:b/>
                <w:sz w:val="17"/>
              </w:rPr>
              <w:t>Version</w:t>
            </w:r>
          </w:p>
        </w:tc>
        <w:tc>
          <w:tcPr>
            <w:tcW w:type="dxa" w:w="1278"/>
            <w:shd w:val="clear" w:color="auto" w:fill="FEEE19"/>
          </w:tcPr>
          <w:p>
            <w:pPr>
              <w:spacing w:after="0"/>
            </w:pPr>
            <w:r>
              <w:rPr>
                <w:b/>
                <w:sz w:val="17"/>
              </w:rPr>
              <w:t>Datum</w:t>
            </w:r>
          </w:p>
        </w:tc>
        <w:tc>
          <w:tcPr>
            <w:tcW w:type="dxa" w:w="6969"/>
            <w:shd w:val="clear" w:color="auto" w:fill="FEEE19"/>
          </w:tcPr>
          <w:p>
            <w:pPr>
              <w:spacing w:after="0"/>
            </w:pPr>
            <w:r>
              <w:rPr>
                <w:b/>
                <w:sz w:val="17"/>
              </w:rPr>
              <w:t>Änderung</w:t>
            </w:r>
          </w:p>
        </w:tc>
      </w:tr>
      <w:tr>
        <w:tc>
          <w:tcPr>
            <w:tcW w:type="dxa" w:w="1278"/>
          </w:tcPr>
          <w:p>
            <w:pPr>
              <w:spacing w:after="0" w:line="252" w:lineRule="auto"/>
            </w:pPr>
            <w:r>
              <w:rPr>
                <w:sz w:val="17"/>
              </w:rPr>
              <w:t>1.0</w:t>
            </w:r>
          </w:p>
        </w:tc>
        <w:tc>
          <w:tcPr>
            <w:tcW w:type="dxa" w:w="1278"/>
          </w:tcPr>
          <w:p>
            <w:pPr>
              <w:spacing w:after="0" w:line="252" w:lineRule="auto"/>
            </w:pPr>
            <w:r>
              <w:rPr>
                <w:sz w:val="17"/>
              </w:rPr>
              <w:t>15.10.2026</w:t>
            </w:r>
          </w:p>
        </w:tc>
        <w:tc>
          <w:tcPr>
            <w:tcW w:type="dxa" w:w="6969"/>
          </w:tcPr>
          <w:p>
            <w:pPr>
              <w:spacing w:after="0" w:line="252" w:lineRule="auto"/>
            </w:pPr>
            <w:r>
              <w:rPr>
                <w:sz w:val="17"/>
              </w:rPr>
              <w:t>Erstausgabe auf Basis der Handbücher 2.7, abgeglichen mit 2.8</w:t>
            </w:r>
          </w:p>
        </w:tc>
      </w:tr>
    </w:tbl>
    <w:p>
      <w:pPr>
        <w:pStyle w:val="BeschriftungSSI"/>
      </w:pPr>
      <w:r>
        <w:t>Tab. 2: Änderungshistorie</w:t>
      </w:r>
    </w:p>
    <w:p>
      <w:pPr>
        <w:pStyle w:val="Heading1"/>
      </w:pPr>
      <w:r>
        <w:t>2 Überblick: Welche Wege gibt es ohne Auftrag?</w:t>
      </w:r>
    </w:p>
    <w:p>
      <w:pPr>
        <w:pStyle w:val="Heading2"/>
      </w:pPr>
      <w:r>
        <w:t>2.1 Zwei Arten, ohne Hostauftrag zu arbeiten</w:t>
      </w:r>
    </w:p>
    <w:p>
      <w:r>
        <w:t>WAMAS Lift &amp; Store kennt zwei grundsätzlich verschiedene Wege, Ware ohne Auftrag aus dem ERP zu bewegen:</w:t>
      </w:r>
    </w:p>
    <w:p>
      <w:pPr>
        <w:tabs>
          <w:tab w:pos="425" w:val="left"/>
        </w:tabs>
        <w:spacing w:after="60"/>
        <w:ind w:left="425" w:hanging="425"/>
      </w:pPr>
      <w:r>
        <w:rPr>
          <w:b/>
        </w:rPr>
        <w:t>1.</w:t>
        <w:tab/>
      </w:r>
      <w:r>
        <w:rPr>
          <w:b/>
        </w:rPr>
        <w:t>Spontane (manuelle) Prozesse am Touch-Client:</w:t>
      </w:r>
      <w:r>
        <w:t xml:space="preserve"> Der Benutzer fordert ein Tablar an, lagert ein, entnimmt, verdichtet oder zählt direkt und schickt das Tablar zurück, wann er möchte. Im Hintergrund gibt es keinen Auftrag.</w:t>
      </w:r>
    </w:p>
    <w:p>
      <w:pPr>
        <w:tabs>
          <w:tab w:pos="425" w:val="left"/>
        </w:tabs>
        <w:spacing w:after="60"/>
        <w:ind w:left="425" w:hanging="425"/>
      </w:pPr>
      <w:r>
        <w:rPr>
          <w:b/>
        </w:rPr>
        <w:t>2.</w:t>
        <w:tab/>
      </w:r>
      <w:r>
        <w:rPr>
          <w:b/>
        </w:rPr>
        <w:t>Selbst angelegte Aufträge:</w:t>
      </w:r>
      <w:r>
        <w:t xml:space="preserve"> Der Benutzer legt am Desktop oder am Touch-Client einen Einlager-, Kommissionier- oder Inventurbedarf an. Dieser wird anschließend wie ein Hostauftrag freigegeben, aktiviert und systemgeführt abgearbeitet. Das ist sinnvoll bei mehreren Positionen, bei Arbeitsteilung oder wenn eine Strategie die Plätze bestimmen soll.</w:t>
      </w:r>
    </w:p>
    <w:p>
      <w:r>
        <w:t xml:space="preserve">Zusätzlich gibt es am </w:t>
      </w:r>
      <w:r>
        <w:rPr>
          <w:b/>
        </w:rPr>
        <w:t>Mobilterminal</w:t>
      </w:r>
      <w:r>
        <w:t xml:space="preserve"> zwei auftragsfreie Tätigkeiten für externe Lagerplätze: </w:t>
      </w:r>
      <w:r>
        <w:rPr>
          <w:b/>
        </w:rPr>
        <w:t>Bestand verteilen</w:t>
      </w:r>
      <w:r>
        <w:t xml:space="preserve"> und </w:t>
      </w:r>
      <w:r>
        <w:rPr>
          <w:b/>
        </w:rPr>
        <w:t>Spontane Inventur</w:t>
      </w:r>
      <w:r>
        <w:t>.</w:t>
      </w:r>
    </w:p>
    <w:p>
      <w:pPr>
        <w:pStyle w:val="Quelle"/>
      </w:pPr>
      <w:r>
        <w:rPr>
          <w:b/>
        </w:rPr>
        <w:t xml:space="preserve">Quelle: </w:t>
      </w:r>
      <w:r>
        <w:rPr>
          <w:sz w:val="17"/>
        </w:rPr>
        <w:t>Benutzerhandbuch 2.7, Kap. 6.1 (S. 77), 6.2 (S. 90) und 6.3 (S. 124)</w:t>
      </w:r>
    </w:p>
    <w:p>
      <w:pPr>
        <w:pStyle w:val="Heading2"/>
      </w:pPr>
      <w:r>
        <w:t>2.2 Welcher Weg für welchen Fall?</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3197"/>
        <w:gridCol w:w="2041"/>
        <w:gridCol w:w="3538"/>
        <w:gridCol w:w="748"/>
      </w:tblGrid>
      <w:tr>
        <w:trPr>
          <w:tblHeader w:val="true"/>
        </w:trPr>
        <w:tc>
          <w:tcPr>
            <w:tcW w:type="dxa" w:w="3197"/>
            <w:shd w:val="clear" w:color="auto" w:fill="FEEE19"/>
          </w:tcPr>
          <w:p>
            <w:pPr>
              <w:spacing w:after="0"/>
            </w:pPr>
            <w:r>
              <w:rPr>
                <w:b/>
                <w:sz w:val="17"/>
              </w:rPr>
              <w:t>Anwendungsfall</w:t>
            </w:r>
          </w:p>
        </w:tc>
        <w:tc>
          <w:tcPr>
            <w:tcW w:type="dxa" w:w="2041"/>
            <w:shd w:val="clear" w:color="auto" w:fill="FEEE19"/>
          </w:tcPr>
          <w:p>
            <w:pPr>
              <w:spacing w:after="0"/>
            </w:pPr>
            <w:r>
              <w:rPr>
                <w:b/>
                <w:sz w:val="17"/>
              </w:rPr>
              <w:t>Empfohlener Weg</w:t>
            </w:r>
          </w:p>
        </w:tc>
        <w:tc>
          <w:tcPr>
            <w:tcW w:type="dxa" w:w="3538"/>
            <w:shd w:val="clear" w:color="auto" w:fill="FEEE19"/>
          </w:tcPr>
          <w:p>
            <w:pPr>
              <w:spacing w:after="0"/>
            </w:pPr>
            <w:r>
              <w:rPr>
                <w:b/>
                <w:sz w:val="17"/>
              </w:rPr>
              <w:t>Gerät, Dialog</w:t>
            </w:r>
          </w:p>
        </w:tc>
        <w:tc>
          <w:tcPr>
            <w:tcW w:type="dxa" w:w="748"/>
            <w:shd w:val="clear" w:color="auto" w:fill="FEEE19"/>
          </w:tcPr>
          <w:p>
            <w:pPr>
              <w:spacing w:after="0"/>
            </w:pPr>
            <w:r>
              <w:rPr>
                <w:b/>
                <w:sz w:val="17"/>
              </w:rPr>
              <w:t>Kap.</w:t>
            </w:r>
          </w:p>
        </w:tc>
      </w:tr>
      <w:tr>
        <w:tc>
          <w:tcPr>
            <w:tcW w:type="dxa" w:w="3197"/>
          </w:tcPr>
          <w:p>
            <w:pPr>
              <w:spacing w:after="0" w:line="252" w:lineRule="auto"/>
            </w:pPr>
            <w:r>
              <w:rPr>
                <w:sz w:val="17"/>
              </w:rPr>
              <w:t>Ungeplante Anlieferung einlagern</w:t>
            </w:r>
          </w:p>
        </w:tc>
        <w:tc>
          <w:tcPr>
            <w:tcW w:type="dxa" w:w="2041"/>
          </w:tcPr>
          <w:p>
            <w:pPr>
              <w:spacing w:after="0" w:line="252" w:lineRule="auto"/>
            </w:pPr>
            <w:r>
              <w:rPr>
                <w:sz w:val="17"/>
              </w:rPr>
              <w:t>Spontan einlagern</w:t>
            </w:r>
          </w:p>
        </w:tc>
        <w:tc>
          <w:tcPr>
            <w:tcW w:type="dxa" w:w="3538"/>
          </w:tcPr>
          <w:p>
            <w:pPr>
              <w:spacing w:after="0" w:line="252" w:lineRule="auto"/>
            </w:pPr>
            <w:r>
              <w:rPr>
                <w:sz w:val="17"/>
              </w:rPr>
              <w:t xml:space="preserve">Touch-Client, </w:t>
            </w:r>
            <w:r>
              <w:rPr>
                <w:b/>
                <w:sz w:val="17"/>
              </w:rPr>
              <w:t>LM040</w:t>
            </w:r>
            <w:r>
              <w:rPr>
                <w:sz w:val="17"/>
              </w:rPr>
              <w:t xml:space="preserve"> → </w:t>
            </w:r>
            <w:r>
              <w:rPr>
                <w:b/>
                <w:sz w:val="17"/>
              </w:rPr>
              <w:t>LM002</w:t>
            </w:r>
          </w:p>
        </w:tc>
        <w:tc>
          <w:tcPr>
            <w:tcW w:type="dxa" w:w="748"/>
          </w:tcPr>
          <w:p>
            <w:pPr>
              <w:spacing w:after="0" w:line="252" w:lineRule="auto"/>
            </w:pPr>
            <w:r>
              <w:rPr>
                <w:sz w:val="17"/>
              </w:rPr>
              <w:t>5</w:t>
            </w:r>
          </w:p>
        </w:tc>
      </w:tr>
      <w:tr>
        <w:tc>
          <w:tcPr>
            <w:tcW w:type="dxa" w:w="3197"/>
          </w:tcPr>
          <w:p>
            <w:pPr>
              <w:spacing w:after="0" w:line="252" w:lineRule="auto"/>
            </w:pPr>
            <w:r>
              <w:rPr>
                <w:sz w:val="17"/>
              </w:rPr>
              <w:t>Ware sofort entnehmen (Ad-hoc-Kommissionierung)</w:t>
            </w:r>
          </w:p>
        </w:tc>
        <w:tc>
          <w:tcPr>
            <w:tcW w:type="dxa" w:w="2041"/>
          </w:tcPr>
          <w:p>
            <w:pPr>
              <w:spacing w:after="0" w:line="252" w:lineRule="auto"/>
            </w:pPr>
            <w:r>
              <w:rPr>
                <w:sz w:val="17"/>
              </w:rPr>
              <w:t>Spontan auslagern</w:t>
            </w:r>
          </w:p>
        </w:tc>
        <w:tc>
          <w:tcPr>
            <w:tcW w:type="dxa" w:w="3538"/>
          </w:tcPr>
          <w:p>
            <w:pPr>
              <w:spacing w:after="0" w:line="252" w:lineRule="auto"/>
            </w:pPr>
            <w:r>
              <w:rPr>
                <w:sz w:val="17"/>
              </w:rPr>
              <w:t xml:space="preserve">Touch-Client, </w:t>
            </w:r>
            <w:r>
              <w:rPr>
                <w:b/>
                <w:sz w:val="17"/>
              </w:rPr>
              <w:t>LM040</w:t>
            </w:r>
            <w:r>
              <w:rPr>
                <w:sz w:val="17"/>
              </w:rPr>
              <w:t xml:space="preserve"> → </w:t>
            </w:r>
            <w:r>
              <w:rPr>
                <w:b/>
                <w:sz w:val="17"/>
              </w:rPr>
              <w:t>LM002</w:t>
            </w:r>
          </w:p>
        </w:tc>
        <w:tc>
          <w:tcPr>
            <w:tcW w:type="dxa" w:w="748"/>
          </w:tcPr>
          <w:p>
            <w:pPr>
              <w:spacing w:after="0" w:line="252" w:lineRule="auto"/>
            </w:pPr>
            <w:r>
              <w:rPr>
                <w:sz w:val="17"/>
              </w:rPr>
              <w:t>6</w:t>
            </w:r>
          </w:p>
        </w:tc>
      </w:tr>
      <w:tr>
        <w:tc>
          <w:tcPr>
            <w:tcW w:type="dxa" w:w="3197"/>
          </w:tcPr>
          <w:p>
            <w:pPr>
              <w:spacing w:after="0" w:line="252" w:lineRule="auto"/>
            </w:pPr>
            <w:r>
              <w:rPr>
                <w:sz w:val="17"/>
              </w:rPr>
              <w:t>Box nachfüllen, Ware zurücklagern</w:t>
            </w:r>
          </w:p>
        </w:tc>
        <w:tc>
          <w:tcPr>
            <w:tcW w:type="dxa" w:w="2041"/>
          </w:tcPr>
          <w:p>
            <w:pPr>
              <w:spacing w:after="0" w:line="252" w:lineRule="auto"/>
            </w:pPr>
            <w:r>
              <w:rPr>
                <w:sz w:val="17"/>
              </w:rPr>
              <w:t>Spontan einlagern</w:t>
            </w:r>
          </w:p>
        </w:tc>
        <w:tc>
          <w:tcPr>
            <w:tcW w:type="dxa" w:w="3538"/>
          </w:tcPr>
          <w:p>
            <w:pPr>
              <w:spacing w:after="0" w:line="252" w:lineRule="auto"/>
            </w:pPr>
            <w:r>
              <w:rPr>
                <w:sz w:val="17"/>
              </w:rPr>
              <w:t xml:space="preserve">Touch-Client, </w:t>
            </w:r>
            <w:r>
              <w:rPr>
                <w:b/>
                <w:sz w:val="17"/>
              </w:rPr>
              <w:t>LM002</w:t>
            </w:r>
          </w:p>
        </w:tc>
        <w:tc>
          <w:tcPr>
            <w:tcW w:type="dxa" w:w="748"/>
          </w:tcPr>
          <w:p>
            <w:pPr>
              <w:spacing w:after="0" w:line="252" w:lineRule="auto"/>
            </w:pPr>
            <w:r>
              <w:rPr>
                <w:sz w:val="17"/>
              </w:rPr>
              <w:t>5.6</w:t>
            </w:r>
          </w:p>
        </w:tc>
      </w:tr>
      <w:tr>
        <w:tc>
          <w:tcPr>
            <w:tcW w:type="dxa" w:w="3197"/>
          </w:tcPr>
          <w:p>
            <w:pPr>
              <w:spacing w:after="0" w:line="252" w:lineRule="auto"/>
            </w:pPr>
            <w:r>
              <w:rPr>
                <w:sz w:val="17"/>
              </w:rPr>
              <w:t>Bestand auf weniger Boxen verdichten</w:t>
            </w:r>
          </w:p>
        </w:tc>
        <w:tc>
          <w:tcPr>
            <w:tcW w:type="dxa" w:w="2041"/>
          </w:tcPr>
          <w:p>
            <w:pPr>
              <w:spacing w:after="0" w:line="252" w:lineRule="auto"/>
            </w:pPr>
            <w:r>
              <w:rPr>
                <w:sz w:val="17"/>
              </w:rPr>
              <w:t>Konsolidieren</w:t>
            </w:r>
          </w:p>
        </w:tc>
        <w:tc>
          <w:tcPr>
            <w:tcW w:type="dxa" w:w="3538"/>
          </w:tcPr>
          <w:p>
            <w:pPr>
              <w:spacing w:after="0" w:line="252" w:lineRule="auto"/>
            </w:pPr>
            <w:r>
              <w:rPr>
                <w:sz w:val="17"/>
              </w:rPr>
              <w:t xml:space="preserve">Touch-Client, </w:t>
            </w:r>
            <w:r>
              <w:rPr>
                <w:b/>
                <w:sz w:val="17"/>
              </w:rPr>
              <w:t>LM002</w:t>
            </w:r>
          </w:p>
        </w:tc>
        <w:tc>
          <w:tcPr>
            <w:tcW w:type="dxa" w:w="748"/>
          </w:tcPr>
          <w:p>
            <w:pPr>
              <w:spacing w:after="0" w:line="252" w:lineRule="auto"/>
            </w:pPr>
            <w:r>
              <w:rPr>
                <w:sz w:val="17"/>
              </w:rPr>
              <w:t>7.1</w:t>
            </w:r>
          </w:p>
        </w:tc>
      </w:tr>
      <w:tr>
        <w:tc>
          <w:tcPr>
            <w:tcW w:type="dxa" w:w="3197"/>
          </w:tcPr>
          <w:p>
            <w:pPr>
              <w:spacing w:after="0" w:line="252" w:lineRule="auto"/>
            </w:pPr>
            <w:r>
              <w:rPr>
                <w:sz w:val="17"/>
              </w:rPr>
              <w:t>Bestand zwischen Tablaren umlagern</w:t>
            </w:r>
          </w:p>
        </w:tc>
        <w:tc>
          <w:tcPr>
            <w:tcW w:type="dxa" w:w="2041"/>
          </w:tcPr>
          <w:p>
            <w:pPr>
              <w:spacing w:after="0" w:line="252" w:lineRule="auto"/>
            </w:pPr>
            <w:r>
              <w:rPr>
                <w:sz w:val="17"/>
              </w:rPr>
              <w:t>Entnehmen und wieder einlagern</w:t>
            </w:r>
          </w:p>
        </w:tc>
        <w:tc>
          <w:tcPr>
            <w:tcW w:type="dxa" w:w="3538"/>
          </w:tcPr>
          <w:p>
            <w:pPr>
              <w:spacing w:after="0" w:line="252" w:lineRule="auto"/>
            </w:pPr>
            <w:r>
              <w:rPr>
                <w:sz w:val="17"/>
              </w:rPr>
              <w:t xml:space="preserve">Touch-Client, </w:t>
            </w:r>
            <w:r>
              <w:rPr>
                <w:b/>
                <w:sz w:val="17"/>
              </w:rPr>
              <w:t>LM002</w:t>
            </w:r>
          </w:p>
        </w:tc>
        <w:tc>
          <w:tcPr>
            <w:tcW w:type="dxa" w:w="748"/>
          </w:tcPr>
          <w:p>
            <w:pPr>
              <w:spacing w:after="0" w:line="252" w:lineRule="auto"/>
            </w:pPr>
            <w:r>
              <w:rPr>
                <w:sz w:val="17"/>
              </w:rPr>
              <w:t>7.2</w:t>
            </w:r>
          </w:p>
        </w:tc>
      </w:tr>
      <w:tr>
        <w:tc>
          <w:tcPr>
            <w:tcW w:type="dxa" w:w="3197"/>
          </w:tcPr>
          <w:p>
            <w:pPr>
              <w:spacing w:after="0" w:line="252" w:lineRule="auto"/>
            </w:pPr>
            <w:r>
              <w:rPr>
                <w:sz w:val="17"/>
              </w:rPr>
              <w:t>Bestand zwischen externen Plätzen bewegen</w:t>
            </w:r>
          </w:p>
        </w:tc>
        <w:tc>
          <w:tcPr>
            <w:tcW w:type="dxa" w:w="2041"/>
          </w:tcPr>
          <w:p>
            <w:pPr>
              <w:spacing w:after="0" w:line="252" w:lineRule="auto"/>
            </w:pPr>
            <w:r>
              <w:rPr>
                <w:sz w:val="17"/>
              </w:rPr>
              <w:t>Bestand verteilen</w:t>
            </w:r>
          </w:p>
        </w:tc>
        <w:tc>
          <w:tcPr>
            <w:tcW w:type="dxa" w:w="3538"/>
          </w:tcPr>
          <w:p>
            <w:pPr>
              <w:spacing w:after="0" w:line="252" w:lineRule="auto"/>
            </w:pPr>
            <w:r>
              <w:rPr>
                <w:sz w:val="17"/>
              </w:rPr>
              <w:t xml:space="preserve">Mobilterminal, </w:t>
            </w:r>
            <w:r>
              <w:rPr>
                <w:b/>
                <w:sz w:val="17"/>
              </w:rPr>
              <w:t>WLM001</w:t>
            </w:r>
          </w:p>
        </w:tc>
        <w:tc>
          <w:tcPr>
            <w:tcW w:type="dxa" w:w="748"/>
          </w:tcPr>
          <w:p>
            <w:pPr>
              <w:spacing w:after="0" w:line="252" w:lineRule="auto"/>
            </w:pPr>
            <w:r>
              <w:rPr>
                <w:sz w:val="17"/>
              </w:rPr>
              <w:t>7.3</w:t>
            </w:r>
          </w:p>
        </w:tc>
      </w:tr>
      <w:tr>
        <w:tc>
          <w:tcPr>
            <w:tcW w:type="dxa" w:w="3197"/>
          </w:tcPr>
          <w:p>
            <w:pPr>
              <w:spacing w:after="0" w:line="252" w:lineRule="auto"/>
            </w:pPr>
            <w:r>
              <w:rPr>
                <w:sz w:val="17"/>
              </w:rPr>
              <w:t>Bestand zählen und korrigieren (Box)</w:t>
            </w:r>
          </w:p>
        </w:tc>
        <w:tc>
          <w:tcPr>
            <w:tcW w:type="dxa" w:w="2041"/>
          </w:tcPr>
          <w:p>
            <w:pPr>
              <w:spacing w:after="0" w:line="252" w:lineRule="auto"/>
            </w:pPr>
            <w:r>
              <w:rPr>
                <w:sz w:val="17"/>
              </w:rPr>
              <w:t>Zählen</w:t>
            </w:r>
          </w:p>
        </w:tc>
        <w:tc>
          <w:tcPr>
            <w:tcW w:type="dxa" w:w="3538"/>
          </w:tcPr>
          <w:p>
            <w:pPr>
              <w:spacing w:after="0" w:line="252" w:lineRule="auto"/>
            </w:pPr>
            <w:r>
              <w:rPr>
                <w:sz w:val="17"/>
              </w:rPr>
              <w:t xml:space="preserve">Touch-Client, </w:t>
            </w:r>
            <w:r>
              <w:rPr>
                <w:b/>
                <w:sz w:val="17"/>
              </w:rPr>
              <w:t>LM002</w:t>
            </w:r>
          </w:p>
        </w:tc>
        <w:tc>
          <w:tcPr>
            <w:tcW w:type="dxa" w:w="748"/>
          </w:tcPr>
          <w:p>
            <w:pPr>
              <w:spacing w:after="0" w:line="252" w:lineRule="auto"/>
            </w:pPr>
            <w:r>
              <w:rPr>
                <w:sz w:val="17"/>
              </w:rPr>
              <w:t>8.1</w:t>
            </w:r>
          </w:p>
        </w:tc>
      </w:tr>
      <w:tr>
        <w:tc>
          <w:tcPr>
            <w:tcW w:type="dxa" w:w="3197"/>
          </w:tcPr>
          <w:p>
            <w:pPr>
              <w:spacing w:after="0" w:line="252" w:lineRule="auto"/>
            </w:pPr>
            <w:r>
              <w:rPr>
                <w:sz w:val="17"/>
              </w:rPr>
              <w:t>Bestand zählen (externer Platz)</w:t>
            </w:r>
          </w:p>
        </w:tc>
        <w:tc>
          <w:tcPr>
            <w:tcW w:type="dxa" w:w="2041"/>
          </w:tcPr>
          <w:p>
            <w:pPr>
              <w:spacing w:after="0" w:line="252" w:lineRule="auto"/>
            </w:pPr>
            <w:r>
              <w:rPr>
                <w:sz w:val="17"/>
              </w:rPr>
              <w:t>Spontane Inventur</w:t>
            </w:r>
          </w:p>
        </w:tc>
        <w:tc>
          <w:tcPr>
            <w:tcW w:type="dxa" w:w="3538"/>
          </w:tcPr>
          <w:p>
            <w:pPr>
              <w:spacing w:after="0" w:line="252" w:lineRule="auto"/>
            </w:pPr>
            <w:r>
              <w:rPr>
                <w:sz w:val="17"/>
              </w:rPr>
              <w:t xml:space="preserve">Mobilterminal, </w:t>
            </w:r>
            <w:r>
              <w:rPr>
                <w:b/>
                <w:sz w:val="17"/>
              </w:rPr>
              <w:t>WLM001</w:t>
            </w:r>
          </w:p>
        </w:tc>
        <w:tc>
          <w:tcPr>
            <w:tcW w:type="dxa" w:w="748"/>
          </w:tcPr>
          <w:p>
            <w:pPr>
              <w:spacing w:after="0" w:line="252" w:lineRule="auto"/>
            </w:pPr>
            <w:r>
              <w:rPr>
                <w:sz w:val="17"/>
              </w:rPr>
              <w:t>8.2</w:t>
            </w:r>
          </w:p>
        </w:tc>
      </w:tr>
      <w:tr>
        <w:tc>
          <w:tcPr>
            <w:tcW w:type="dxa" w:w="3197"/>
          </w:tcPr>
          <w:p>
            <w:pPr>
              <w:spacing w:after="0" w:line="252" w:lineRule="auto"/>
            </w:pPr>
            <w:r>
              <w:rPr>
                <w:sz w:val="17"/>
              </w:rPr>
              <w:t>Mehrere Positionen, geplant</w:t>
            </w:r>
          </w:p>
        </w:tc>
        <w:tc>
          <w:tcPr>
            <w:tcW w:type="dxa" w:w="2041"/>
          </w:tcPr>
          <w:p>
            <w:pPr>
              <w:spacing w:after="0" w:line="252" w:lineRule="auto"/>
            </w:pPr>
            <w:r>
              <w:rPr>
                <w:sz w:val="17"/>
              </w:rPr>
              <w:t>Bedarf selbst anlegen</w:t>
            </w:r>
          </w:p>
        </w:tc>
        <w:tc>
          <w:tcPr>
            <w:tcW w:type="dxa" w:w="3538"/>
          </w:tcPr>
          <w:p>
            <w:pPr>
              <w:spacing w:after="0" w:line="252" w:lineRule="auto"/>
            </w:pPr>
            <w:r>
              <w:rPr>
                <w:sz w:val="17"/>
              </w:rPr>
              <w:t xml:space="preserve">Desktop </w:t>
            </w:r>
            <w:r>
              <w:rPr>
                <w:b/>
                <w:sz w:val="17"/>
              </w:rPr>
              <w:t>LM081/LM072/LM091</w:t>
            </w:r>
            <w:r>
              <w:rPr>
                <w:sz w:val="17"/>
              </w:rPr>
              <w:t xml:space="preserve">, Touch </w:t>
            </w:r>
            <w:r>
              <w:rPr>
                <w:b/>
                <w:sz w:val="17"/>
              </w:rPr>
              <w:t>LM086/LM087</w:t>
            </w:r>
          </w:p>
        </w:tc>
        <w:tc>
          <w:tcPr>
            <w:tcW w:type="dxa" w:w="748"/>
          </w:tcPr>
          <w:p>
            <w:pPr>
              <w:spacing w:after="0" w:line="252" w:lineRule="auto"/>
            </w:pPr>
            <w:r>
              <w:rPr>
                <w:sz w:val="17"/>
              </w:rPr>
              <w:t>9</w:t>
            </w:r>
          </w:p>
        </w:tc>
      </w:tr>
      <w:tr>
        <w:tc>
          <w:tcPr>
            <w:tcW w:type="dxa" w:w="3197"/>
          </w:tcPr>
          <w:p>
            <w:pPr>
              <w:spacing w:after="0" w:line="252" w:lineRule="auto"/>
            </w:pPr>
            <w:r>
              <w:rPr>
                <w:sz w:val="17"/>
              </w:rPr>
              <w:t>Tablar holen, senden, zurückschicken</w:t>
            </w:r>
          </w:p>
        </w:tc>
        <w:tc>
          <w:tcPr>
            <w:tcW w:type="dxa" w:w="2041"/>
          </w:tcPr>
          <w:p>
            <w:pPr>
              <w:spacing w:after="0" w:line="252" w:lineRule="auto"/>
            </w:pPr>
            <w:r>
              <w:rPr>
                <w:sz w:val="17"/>
              </w:rPr>
              <w:t>Tablaranforderung</w:t>
            </w:r>
          </w:p>
        </w:tc>
        <w:tc>
          <w:tcPr>
            <w:tcW w:type="dxa" w:w="3538"/>
          </w:tcPr>
          <w:p>
            <w:pPr>
              <w:spacing w:after="0" w:line="252" w:lineRule="auto"/>
            </w:pPr>
            <w:r>
              <w:rPr>
                <w:sz w:val="17"/>
              </w:rPr>
              <w:t xml:space="preserve">Touch-Client, </w:t>
            </w:r>
            <w:r>
              <w:rPr>
                <w:b/>
                <w:sz w:val="17"/>
              </w:rPr>
              <w:t>LM040</w:t>
            </w:r>
            <w:r>
              <w:rPr>
                <w:sz w:val="17"/>
              </w:rPr>
              <w:t xml:space="preserve">, </w:t>
            </w:r>
            <w:r>
              <w:rPr>
                <w:b/>
                <w:sz w:val="17"/>
              </w:rPr>
              <w:t>LM002</w:t>
            </w:r>
          </w:p>
        </w:tc>
        <w:tc>
          <w:tcPr>
            <w:tcW w:type="dxa" w:w="748"/>
          </w:tcPr>
          <w:p>
            <w:pPr>
              <w:spacing w:after="0" w:line="252" w:lineRule="auto"/>
            </w:pPr>
            <w:r>
              <w:rPr>
                <w:sz w:val="17"/>
              </w:rPr>
              <w:t>4</w:t>
            </w:r>
          </w:p>
        </w:tc>
      </w:tr>
      <w:tr>
        <w:tc>
          <w:tcPr>
            <w:tcW w:type="dxa" w:w="3197"/>
          </w:tcPr>
          <w:p>
            <w:pPr>
              <w:spacing w:after="0" w:line="252" w:lineRule="auto"/>
            </w:pPr>
            <w:r>
              <w:rPr>
                <w:sz w:val="17"/>
              </w:rPr>
              <w:t>Externe LE zwischenlagern und wieder holen</w:t>
            </w:r>
          </w:p>
        </w:tc>
        <w:tc>
          <w:tcPr>
            <w:tcW w:type="dxa" w:w="2041"/>
          </w:tcPr>
          <w:p>
            <w:pPr>
              <w:spacing w:after="0" w:line="252" w:lineRule="auto"/>
            </w:pPr>
            <w:r>
              <w:rPr>
                <w:sz w:val="17"/>
              </w:rPr>
              <w:t>LE kennzeichnen</w:t>
            </w:r>
          </w:p>
        </w:tc>
        <w:tc>
          <w:tcPr>
            <w:tcW w:type="dxa" w:w="3538"/>
          </w:tcPr>
          <w:p>
            <w:pPr>
              <w:spacing w:after="0" w:line="252" w:lineRule="auto"/>
            </w:pPr>
            <w:r>
              <w:rPr>
                <w:sz w:val="17"/>
              </w:rPr>
              <w:t xml:space="preserve">Touch-Client, </w:t>
            </w:r>
            <w:r>
              <w:rPr>
                <w:b/>
                <w:sz w:val="17"/>
              </w:rPr>
              <w:t>LM045</w:t>
            </w:r>
          </w:p>
        </w:tc>
        <w:tc>
          <w:tcPr>
            <w:tcW w:type="dxa" w:w="748"/>
          </w:tcPr>
          <w:p>
            <w:pPr>
              <w:spacing w:after="0" w:line="252" w:lineRule="auto"/>
            </w:pPr>
            <w:r>
              <w:rPr>
                <w:sz w:val="17"/>
              </w:rPr>
              <w:t>7.5</w:t>
            </w:r>
          </w:p>
        </w:tc>
      </w:tr>
    </w:tbl>
    <w:p>
      <w:pPr>
        <w:pStyle w:val="BeschriftungSSI"/>
      </w:pPr>
      <w:r>
        <w:t>Tab. 3: Auswahlhilfe</w:t>
      </w:r>
    </w:p>
    <w:p>
      <w:pPr>
        <w:pStyle w:val="Heading2"/>
      </w:pPr>
      <w:r>
        <w:t>2.3 Touch-Client, Desktop und Mobilterminal im Vergleich</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3640"/>
        <w:gridCol w:w="2002"/>
        <w:gridCol w:w="2487"/>
        <w:gridCol w:w="1395"/>
      </w:tblGrid>
      <w:tr>
        <w:trPr>
          <w:tblHeader w:val="true"/>
        </w:trPr>
        <w:tc>
          <w:tcPr>
            <w:tcW w:type="dxa" w:w="3640"/>
            <w:shd w:val="clear" w:color="auto" w:fill="FEEE19"/>
          </w:tcPr>
          <w:p>
            <w:pPr>
              <w:spacing w:after="0"/>
            </w:pPr>
            <w:r>
              <w:rPr>
                <w:b/>
                <w:sz w:val="17"/>
              </w:rPr>
              <w:t>Funktion</w:t>
            </w:r>
          </w:p>
        </w:tc>
        <w:tc>
          <w:tcPr>
            <w:tcW w:type="dxa" w:w="2002"/>
            <w:shd w:val="clear" w:color="auto" w:fill="FEEE19"/>
          </w:tcPr>
          <w:p>
            <w:pPr>
              <w:spacing w:after="0"/>
            </w:pPr>
            <w:r>
              <w:rPr>
                <w:b/>
                <w:sz w:val="17"/>
              </w:rPr>
              <w:t>Touch-Client</w:t>
            </w:r>
          </w:p>
        </w:tc>
        <w:tc>
          <w:tcPr>
            <w:tcW w:type="dxa" w:w="2487"/>
            <w:shd w:val="clear" w:color="auto" w:fill="FEEE19"/>
          </w:tcPr>
          <w:p>
            <w:pPr>
              <w:spacing w:after="0"/>
            </w:pPr>
            <w:r>
              <w:rPr>
                <w:b/>
                <w:sz w:val="17"/>
              </w:rPr>
              <w:t>Desktop</w:t>
            </w:r>
          </w:p>
        </w:tc>
        <w:tc>
          <w:tcPr>
            <w:tcW w:type="dxa" w:w="1395"/>
            <w:shd w:val="clear" w:color="auto" w:fill="FEEE19"/>
          </w:tcPr>
          <w:p>
            <w:pPr>
              <w:spacing w:after="0"/>
            </w:pPr>
            <w:r>
              <w:rPr>
                <w:b/>
                <w:sz w:val="17"/>
              </w:rPr>
              <w:t>Mobilterminal</w:t>
            </w:r>
          </w:p>
        </w:tc>
      </w:tr>
      <w:tr>
        <w:tc>
          <w:tcPr>
            <w:tcW w:type="dxa" w:w="3640"/>
          </w:tcPr>
          <w:p>
            <w:pPr>
              <w:spacing w:after="0" w:line="252" w:lineRule="auto"/>
            </w:pPr>
            <w:r>
              <w:rPr>
                <w:sz w:val="17"/>
              </w:rPr>
              <w:t>Tablar anfordern, senden, zurückschicken</w:t>
            </w:r>
          </w:p>
        </w:tc>
        <w:tc>
          <w:tcPr>
            <w:tcW w:type="dxa" w:w="2002"/>
          </w:tcPr>
          <w:p>
            <w:pPr>
              <w:spacing w:after="0" w:line="252" w:lineRule="auto"/>
            </w:pPr>
            <w:r>
              <w:rPr>
                <w:sz w:val="17"/>
              </w:rPr>
              <w:t>Ja</w:t>
            </w:r>
          </w:p>
        </w:tc>
        <w:tc>
          <w:tcPr>
            <w:tcW w:type="dxa" w:w="2487"/>
          </w:tcPr>
          <w:p>
            <w:pPr>
              <w:spacing w:after="0" w:line="252" w:lineRule="auto"/>
            </w:pPr>
            <w:r>
              <w:rPr>
                <w:sz w:val="17"/>
              </w:rPr>
              <w:t>Nein</w:t>
            </w:r>
          </w:p>
        </w:tc>
        <w:tc>
          <w:tcPr>
            <w:tcW w:type="dxa" w:w="1395"/>
          </w:tcPr>
          <w:p>
            <w:pPr>
              <w:spacing w:after="0" w:line="252" w:lineRule="auto"/>
            </w:pPr>
            <w:r>
              <w:rPr>
                <w:sz w:val="17"/>
              </w:rPr>
              <w:t>Nein</w:t>
            </w:r>
          </w:p>
        </w:tc>
      </w:tr>
      <w:tr>
        <w:tc>
          <w:tcPr>
            <w:tcW w:type="dxa" w:w="3640"/>
          </w:tcPr>
          <w:p>
            <w:pPr>
              <w:spacing w:after="0" w:line="252" w:lineRule="auto"/>
            </w:pPr>
            <w:r>
              <w:rPr>
                <w:sz w:val="17"/>
              </w:rPr>
              <w:t>Spontan einlagern / entnehmen / verdichten / zählen (SSI LOGIMAT)</w:t>
            </w:r>
          </w:p>
        </w:tc>
        <w:tc>
          <w:tcPr>
            <w:tcW w:type="dxa" w:w="2002"/>
          </w:tcPr>
          <w:p>
            <w:pPr>
              <w:spacing w:after="0" w:line="252" w:lineRule="auto"/>
            </w:pPr>
            <w:r>
              <w:rPr>
                <w:sz w:val="17"/>
              </w:rPr>
              <w:t>Ja</w:t>
            </w:r>
          </w:p>
        </w:tc>
        <w:tc>
          <w:tcPr>
            <w:tcW w:type="dxa" w:w="2487"/>
          </w:tcPr>
          <w:p>
            <w:pPr>
              <w:spacing w:after="0" w:line="252" w:lineRule="auto"/>
            </w:pPr>
            <w:r>
              <w:rPr>
                <w:sz w:val="17"/>
              </w:rPr>
              <w:t>Nein</w:t>
            </w:r>
          </w:p>
        </w:tc>
        <w:tc>
          <w:tcPr>
            <w:tcW w:type="dxa" w:w="1395"/>
          </w:tcPr>
          <w:p>
            <w:pPr>
              <w:spacing w:after="0" w:line="252" w:lineRule="auto"/>
            </w:pPr>
            <w:r>
              <w:rPr>
                <w:sz w:val="17"/>
              </w:rPr>
              <w:t>Nein</w:t>
            </w:r>
          </w:p>
        </w:tc>
      </w:tr>
      <w:tr>
        <w:tc>
          <w:tcPr>
            <w:tcW w:type="dxa" w:w="3640"/>
          </w:tcPr>
          <w:p>
            <w:pPr>
              <w:spacing w:after="0" w:line="252" w:lineRule="auto"/>
            </w:pPr>
            <w:r>
              <w:rPr>
                <w:sz w:val="17"/>
              </w:rPr>
              <w:t>Artikel-zu-Box-Zuordnung, Artikel spontan anlegen</w:t>
            </w:r>
          </w:p>
        </w:tc>
        <w:tc>
          <w:tcPr>
            <w:tcW w:type="dxa" w:w="2002"/>
          </w:tcPr>
          <w:p>
            <w:pPr>
              <w:spacing w:after="0" w:line="252" w:lineRule="auto"/>
            </w:pPr>
            <w:r>
              <w:rPr>
                <w:sz w:val="17"/>
              </w:rPr>
              <w:t>Ja</w:t>
            </w:r>
          </w:p>
        </w:tc>
        <w:tc>
          <w:tcPr>
            <w:tcW w:type="dxa" w:w="2487"/>
          </w:tcPr>
          <w:p>
            <w:pPr>
              <w:spacing w:after="0" w:line="252" w:lineRule="auto"/>
            </w:pPr>
            <w:r>
              <w:rPr>
                <w:sz w:val="17"/>
              </w:rPr>
              <w:t>Stammdaten (Artikel, Boxtyp-Zuordnung)</w:t>
            </w:r>
          </w:p>
        </w:tc>
        <w:tc>
          <w:tcPr>
            <w:tcW w:type="dxa" w:w="1395"/>
          </w:tcPr>
          <w:p>
            <w:pPr>
              <w:spacing w:after="0" w:line="252" w:lineRule="auto"/>
            </w:pPr>
            <w:r>
              <w:rPr>
                <w:sz w:val="17"/>
              </w:rPr>
              <w:t>Nein</w:t>
            </w:r>
          </w:p>
        </w:tc>
      </w:tr>
      <w:tr>
        <w:tc>
          <w:tcPr>
            <w:tcW w:type="dxa" w:w="3640"/>
          </w:tcPr>
          <w:p>
            <w:pPr>
              <w:spacing w:after="0" w:line="252" w:lineRule="auto"/>
            </w:pPr>
            <w:r>
              <w:rPr>
                <w:sz w:val="17"/>
              </w:rPr>
              <w:t>Bedarf manuell anlegen</w:t>
            </w:r>
          </w:p>
        </w:tc>
        <w:tc>
          <w:tcPr>
            <w:tcW w:type="dxa" w:w="2002"/>
          </w:tcPr>
          <w:p>
            <w:pPr>
              <w:spacing w:after="0" w:line="252" w:lineRule="auto"/>
            </w:pPr>
            <w:r>
              <w:rPr>
                <w:sz w:val="17"/>
              </w:rPr>
              <w:t>Einlager- und Kommissionierbedarf</w:t>
            </w:r>
          </w:p>
        </w:tc>
        <w:tc>
          <w:tcPr>
            <w:tcW w:type="dxa" w:w="2487"/>
          </w:tcPr>
          <w:p>
            <w:pPr>
              <w:spacing w:after="0" w:line="252" w:lineRule="auto"/>
            </w:pPr>
            <w:r>
              <w:rPr>
                <w:sz w:val="17"/>
              </w:rPr>
              <w:t>Einlager-, Kommissionier-, Inventurbedarf</w:t>
            </w:r>
          </w:p>
        </w:tc>
        <w:tc>
          <w:tcPr>
            <w:tcW w:type="dxa" w:w="1395"/>
          </w:tcPr>
          <w:p>
            <w:pPr>
              <w:spacing w:after="0" w:line="252" w:lineRule="auto"/>
            </w:pPr>
            <w:r>
              <w:rPr>
                <w:sz w:val="17"/>
              </w:rPr>
              <w:t>Nein</w:t>
            </w:r>
          </w:p>
        </w:tc>
      </w:tr>
      <w:tr>
        <w:tc>
          <w:tcPr>
            <w:tcW w:type="dxa" w:w="3640"/>
          </w:tcPr>
          <w:p>
            <w:pPr>
              <w:spacing w:after="0" w:line="252" w:lineRule="auto"/>
            </w:pPr>
            <w:r>
              <w:rPr>
                <w:sz w:val="17"/>
              </w:rPr>
              <w:t>Bedarf abarbeiten</w:t>
            </w:r>
          </w:p>
        </w:tc>
        <w:tc>
          <w:tcPr>
            <w:tcW w:type="dxa" w:w="2002"/>
          </w:tcPr>
          <w:p>
            <w:pPr>
              <w:spacing w:after="0" w:line="252" w:lineRule="auto"/>
            </w:pPr>
            <w:r>
              <w:rPr>
                <w:sz w:val="17"/>
              </w:rPr>
              <w:t>Ja</w:t>
            </w:r>
          </w:p>
        </w:tc>
        <w:tc>
          <w:tcPr>
            <w:tcW w:type="dxa" w:w="2487"/>
          </w:tcPr>
          <w:p>
            <w:pPr>
              <w:spacing w:after="0" w:line="252" w:lineRule="auto"/>
            </w:pPr>
            <w:r>
              <w:rPr>
                <w:sz w:val="17"/>
              </w:rPr>
              <w:t>Nein</w:t>
            </w:r>
          </w:p>
        </w:tc>
        <w:tc>
          <w:tcPr>
            <w:tcW w:type="dxa" w:w="1395"/>
          </w:tcPr>
          <w:p>
            <w:pPr>
              <w:spacing w:after="0" w:line="252" w:lineRule="auto"/>
            </w:pPr>
            <w:r>
              <w:rPr>
                <w:sz w:val="17"/>
              </w:rPr>
              <w:t>Nur externe Lagerplätze</w:t>
            </w:r>
          </w:p>
        </w:tc>
      </w:tr>
      <w:tr>
        <w:tc>
          <w:tcPr>
            <w:tcW w:type="dxa" w:w="3640"/>
          </w:tcPr>
          <w:p>
            <w:pPr>
              <w:spacing w:after="0" w:line="252" w:lineRule="auto"/>
            </w:pPr>
            <w:r>
              <w:rPr>
                <w:sz w:val="17"/>
              </w:rPr>
              <w:t>Bestand verteilen, spontane Inventur (externe Plätze)</w:t>
            </w:r>
          </w:p>
        </w:tc>
        <w:tc>
          <w:tcPr>
            <w:tcW w:type="dxa" w:w="2002"/>
          </w:tcPr>
          <w:p>
            <w:pPr>
              <w:spacing w:after="0" w:line="252" w:lineRule="auto"/>
            </w:pPr>
            <w:r>
              <w:rPr>
                <w:sz w:val="17"/>
              </w:rPr>
              <w:t>Nein</w:t>
            </w:r>
          </w:p>
        </w:tc>
        <w:tc>
          <w:tcPr>
            <w:tcW w:type="dxa" w:w="2487"/>
          </w:tcPr>
          <w:p>
            <w:pPr>
              <w:spacing w:after="0" w:line="252" w:lineRule="auto"/>
            </w:pPr>
            <w:r>
              <w:rPr>
                <w:sz w:val="17"/>
              </w:rPr>
              <w:t>Nein</w:t>
            </w:r>
          </w:p>
        </w:tc>
        <w:tc>
          <w:tcPr>
            <w:tcW w:type="dxa" w:w="1395"/>
          </w:tcPr>
          <w:p>
            <w:pPr>
              <w:spacing w:after="0" w:line="252" w:lineRule="auto"/>
            </w:pPr>
            <w:r>
              <w:rPr>
                <w:sz w:val="17"/>
              </w:rPr>
              <w:t>Ja</w:t>
            </w:r>
          </w:p>
        </w:tc>
      </w:tr>
      <w:tr>
        <w:tc>
          <w:tcPr>
            <w:tcW w:type="dxa" w:w="3640"/>
          </w:tcPr>
          <w:p>
            <w:pPr>
              <w:spacing w:after="0" w:line="252" w:lineRule="auto"/>
            </w:pPr>
            <w:r>
              <w:rPr>
                <w:sz w:val="17"/>
              </w:rPr>
              <w:t>LE sperren / entsperren</w:t>
            </w:r>
          </w:p>
        </w:tc>
        <w:tc>
          <w:tcPr>
            <w:tcW w:type="dxa" w:w="2002"/>
          </w:tcPr>
          <w:p>
            <w:pPr>
              <w:spacing w:after="0" w:line="252" w:lineRule="auto"/>
            </w:pPr>
            <w:r>
              <w:rPr>
                <w:sz w:val="17"/>
              </w:rPr>
              <w:t>Nein</w:t>
            </w:r>
          </w:p>
        </w:tc>
        <w:tc>
          <w:tcPr>
            <w:tcW w:type="dxa" w:w="2487"/>
          </w:tcPr>
          <w:p>
            <w:pPr>
              <w:spacing w:after="0" w:line="252" w:lineRule="auto"/>
            </w:pPr>
            <w:r>
              <w:rPr>
                <w:sz w:val="17"/>
              </w:rPr>
              <w:t>Ja (</w:t>
            </w:r>
            <w:r>
              <w:rPr>
                <w:b/>
                <w:sz w:val="17"/>
              </w:rPr>
              <w:t>SM023</w:t>
            </w:r>
            <w:r>
              <w:rPr>
                <w:sz w:val="17"/>
              </w:rPr>
              <w:t>)</w:t>
            </w:r>
          </w:p>
        </w:tc>
        <w:tc>
          <w:tcPr>
            <w:tcW w:type="dxa" w:w="1395"/>
          </w:tcPr>
          <w:p>
            <w:pPr>
              <w:spacing w:after="0" w:line="252" w:lineRule="auto"/>
            </w:pPr>
            <w:r>
              <w:rPr>
                <w:sz w:val="17"/>
              </w:rPr>
              <w:t>Nein</w:t>
            </w:r>
          </w:p>
        </w:tc>
      </w:tr>
      <w:tr>
        <w:tc>
          <w:tcPr>
            <w:tcW w:type="dxa" w:w="3640"/>
          </w:tcPr>
          <w:p>
            <w:pPr>
              <w:spacing w:after="0" w:line="252" w:lineRule="auto"/>
            </w:pPr>
            <w:r>
              <w:rPr>
                <w:sz w:val="17"/>
              </w:rPr>
              <w:t>Einstellungen, Rechte, Parameter</w:t>
            </w:r>
          </w:p>
        </w:tc>
        <w:tc>
          <w:tcPr>
            <w:tcW w:type="dxa" w:w="2002"/>
          </w:tcPr>
          <w:p>
            <w:pPr>
              <w:spacing w:after="0" w:line="252" w:lineRule="auto"/>
            </w:pPr>
            <w:r>
              <w:rPr>
                <w:sz w:val="17"/>
              </w:rPr>
              <w:t>Nein</w:t>
            </w:r>
          </w:p>
        </w:tc>
        <w:tc>
          <w:tcPr>
            <w:tcW w:type="dxa" w:w="2487"/>
          </w:tcPr>
          <w:p>
            <w:pPr>
              <w:spacing w:after="0" w:line="252" w:lineRule="auto"/>
            </w:pPr>
            <w:r>
              <w:rPr>
                <w:sz w:val="17"/>
              </w:rPr>
              <w:t>Ja</w:t>
            </w:r>
          </w:p>
        </w:tc>
        <w:tc>
          <w:tcPr>
            <w:tcW w:type="dxa" w:w="1395"/>
          </w:tcPr>
          <w:p>
            <w:pPr>
              <w:spacing w:after="0" w:line="252" w:lineRule="auto"/>
            </w:pPr>
            <w:r>
              <w:rPr>
                <w:sz w:val="17"/>
              </w:rPr>
              <w:t>Nein</w:t>
            </w:r>
          </w:p>
        </w:tc>
      </w:tr>
    </w:tbl>
    <w:p>
      <w:pPr>
        <w:pStyle w:val="BeschriftungSSI"/>
      </w:pPr>
      <w:r>
        <w:t>Tab. 4: Funktionen je Gerät</w:t>
      </w:r>
    </w:p>
    <w:p>
      <w:r>
        <w:t>Der SSI LOGIMAT selbst wird nur über den Touch-Client bedient. Der Desktop dient der Pflege von Stammdaten, Aufträgen und Einstellungen.</w:t>
      </w:r>
    </w:p>
    <w:p>
      <w:pPr>
        <w:pStyle w:val="Quelle"/>
      </w:pPr>
      <w:r>
        <w:rPr>
          <w:b/>
        </w:rPr>
        <w:t xml:space="preserve">Quelle: </w:t>
      </w:r>
      <w:r>
        <w:rPr>
          <w:sz w:val="17"/>
        </w:rPr>
        <w:t>Benutzerhandbuch 2.7, Kap. 6.1–6.3 (S. 77–130), 6.7.2 (S. 151)</w:t>
      </w:r>
    </w:p>
    <w:p>
      <w:pPr>
        <w:pStyle w:val="Heading2"/>
      </w:pPr>
      <w:r>
        <w:t>2.4 Abgleich mit Version 2.8</w:t>
      </w:r>
    </w:p>
    <w:p>
      <w:r>
        <w:t>Die spontanen Prozesse am Touch-Client (Kapitel 6.1 des Benutzerhandbuchs) sind in 2.8 inhaltlich gleich beschrieben, einschließlich Buchungsschlüsselabfrage und Waage. Neu bzw. geändert in 2.8:</w:t>
      </w:r>
    </w:p>
    <w:p>
      <w:pPr>
        <w:pStyle w:val="ListBullet"/>
      </w:pPr>
      <w:r>
        <w:rPr>
          <w:b/>
        </w:rPr>
        <w:t>Nachschubaufträge</w:t>
      </w:r>
      <w:r>
        <w:t xml:space="preserve"> zwischen externen Lagerplätzen und SSI LOGIMAT in beide Richtungen, angelegt aus einer Nachschubkonfiguration (</w:t>
      </w:r>
      <w:r>
        <w:rPr>
          <w:b/>
        </w:rPr>
        <w:t>LM175</w:t>
      </w:r>
      <w:r>
        <w:t xml:space="preserve">) manuell am Desktop oder automatisch per Job, überwacht in </w:t>
      </w:r>
      <w:r>
        <w:rPr>
          <w:b/>
        </w:rPr>
        <w:t>LM170</w:t>
      </w:r>
      <w:r>
        <w:t>. Siehe Kapitel 5.6.</w:t>
      </w:r>
    </w:p>
    <w:p>
      <w:pPr>
        <w:pStyle w:val="ListBullet"/>
      </w:pPr>
      <w:r>
        <w:rPr>
          <w:b/>
        </w:rPr>
        <w:t>Externe LE-ID</w:t>
      </w:r>
      <w:r>
        <w:t xml:space="preserve"> eines bereits freigegebenen Kommissionierbedarfs kann nachträglich geändert werden (Touch-Client </w:t>
      </w:r>
      <w:r>
        <w:rPr>
          <w:b/>
        </w:rPr>
        <w:t>LM108</w:t>
      </w:r>
      <w:r>
        <w:t xml:space="preserve">, Desktop </w:t>
      </w:r>
      <w:r>
        <w:rPr>
          <w:b/>
        </w:rPr>
        <w:t>LM165</w:t>
      </w:r>
      <w:r>
        <w:t>).</w:t>
      </w:r>
    </w:p>
    <w:p>
      <w:pPr>
        <w:pStyle w:val="ListBullet"/>
      </w:pPr>
      <w:r>
        <w:t>Die Zuordnung einer Waage zu Zugriffsöffnungen ist im Benutzerhandbuch 2.8 in Kapitel 6.4.13 beschrieben (2.7: Kapitel 5.7).</w:t>
      </w:r>
    </w:p>
    <w:p>
      <w:pPr>
        <w:pStyle w:val="ListBullet"/>
      </w:pPr>
      <w:r>
        <w:t>Die Handbücher 2.8 liegen nur in Englisch vor; Dialogbezeichnungen können in der deutschen Oberfläche abweichen.</w:t>
      </w:r>
    </w:p>
    <w:p>
      <w:pPr>
        <w:pStyle w:val="Quelle"/>
      </w:pPr>
      <w:r>
        <w:rPr>
          <w:b/>
        </w:rPr>
        <w:t xml:space="preserve">Quelle: </w:t>
      </w:r>
      <w:r>
        <w:rPr>
          <w:sz w:val="17"/>
        </w:rPr>
        <w:t>User Manual 2.8, Kap. 6.1 (S. 71), 6.2.4 (S. 104), 6.2.5.3 (S. 108), 6.4.13 (S. 133); Administrator Manual 2.8, Kap. 3.1.11 (S. 25)</w:t>
      </w:r>
    </w:p>
    <w:p>
      <w:pPr>
        <w:pStyle w:val="Heading1"/>
      </w:pPr>
      <w:r>
        <w:t>3 Voraussetzungen und Konfiguration</w:t>
      </w:r>
    </w:p>
    <w:p>
      <w:pPr>
        <w:pStyle w:val="Heading2"/>
      </w:pPr>
      <w:r>
        <w:t>3.1 Stammdaten</w:t>
      </w:r>
    </w:p>
    <w:p>
      <w:r>
        <w:t>Damit spontan eingelagert werden kann, müssen folgende Stammdaten vorhanden sein:</w:t>
      </w:r>
    </w:p>
    <w:p>
      <w:pPr>
        <w:pStyle w:val="ListBullet"/>
      </w:pPr>
      <w:r>
        <w:rPr>
          <w:b/>
        </w:rPr>
        <w:t>Artikel</w:t>
      </w:r>
      <w:r>
        <w:t xml:space="preserve"> mit Verpackungsversion und Basismengeneinheit. Fehlt ein Artikel, kann er am Touch-Client spontan angelegt werden (Kapitel 5.3).</w:t>
      </w:r>
    </w:p>
    <w:p>
      <w:pPr>
        <w:pStyle w:val="ListBullet"/>
      </w:pPr>
      <w:r>
        <w:rPr>
          <w:b/>
        </w:rPr>
        <w:t>Tablarlayout</w:t>
      </w:r>
      <w:r>
        <w:t xml:space="preserve"> mit Boxen, das der realen Anordnung auf dem Tablar entspricht (Bearbeitung über </w:t>
      </w:r>
      <w:r>
        <w:rPr>
          <w:b/>
        </w:rPr>
        <w:t>LM004 Tablarlayouteditor</w:t>
      </w:r>
      <w:r>
        <w:t>).</w:t>
      </w:r>
    </w:p>
    <w:p>
      <w:pPr>
        <w:pStyle w:val="ListBullet"/>
      </w:pPr>
      <w:r>
        <w:rPr>
          <w:b/>
        </w:rPr>
        <w:t>Artikel-zu-Box-Zuordnung</w:t>
      </w:r>
      <w:r>
        <w:t>: Einer Box kann nur Bestand hinzugefügt werden, wenn ihr vorher ein Artikel zugeordnet wurde.</w:t>
      </w:r>
    </w:p>
    <w:p>
      <w:pPr>
        <w:pStyle w:val="ListBullet"/>
      </w:pPr>
      <w:r>
        <w:t xml:space="preserve">Optional </w:t>
      </w:r>
      <w:r>
        <w:rPr>
          <w:b/>
        </w:rPr>
        <w:t>Boxtyp-Zuordnungen</w:t>
      </w:r>
      <w:r>
        <w:t xml:space="preserve"> (</w:t>
      </w:r>
      <w:r>
        <w:rPr>
          <w:b/>
        </w:rPr>
        <w:t>LM084</w:t>
      </w:r>
      <w:r>
        <w:t xml:space="preserve">) bzw. </w:t>
      </w:r>
      <w:r>
        <w:rPr>
          <w:b/>
        </w:rPr>
        <w:t>Warengruppe-zu-Boxtyp-Zuordnungen</w:t>
      </w:r>
      <w:r>
        <w:t xml:space="preserve"> (</w:t>
      </w:r>
      <w:r>
        <w:rPr>
          <w:b/>
        </w:rPr>
        <w:t>LM144</w:t>
      </w:r>
      <w:r>
        <w:t>) mit der maximalen Menge je Box. Sie bestimmen den Füllgrad und verhindern Überfüllung.</w:t>
      </w:r>
    </w:p>
    <w:p>
      <w:pPr>
        <w:pStyle w:val="ListBullet"/>
      </w:pPr>
      <w:r>
        <w:t xml:space="preserve">Für Bestandsattribute wie MHD, Charge oder Produktionsdatum: Festlegung, ob die Eingabe nicht anwendbar, optional oder obligatorisch ist (Systemparameter </w:t>
      </w:r>
      <w:r>
        <w:rPr>
          <w:b/>
        </w:rPr>
        <w:t>LM053</w:t>
      </w:r>
      <w:r>
        <w:t xml:space="preserve"> bzw. Artikel).</w:t>
      </w:r>
    </w:p>
    <w:p>
      <w:pPr>
        <w:pStyle w:val="Quelle"/>
      </w:pPr>
      <w:r>
        <w:rPr>
          <w:b/>
        </w:rPr>
        <w:t xml:space="preserve">Quelle: </w:t>
      </w:r>
      <w:r>
        <w:rPr>
          <w:sz w:val="17"/>
        </w:rPr>
        <w:t>Benutzerhandbuch 2.7, Kap. 5.6 (S. 73–75), 6.1.4 (S. 82–84), 6.5.2 (S. 144); Administratorhandbuch 2.7, Kap. 3.1.3.1 (S. 15), 3.1.7–3.1.8 (S. 21–23)</w:t>
      </w:r>
    </w:p>
    <w:p>
      <w:pPr>
        <w:pStyle w:val="Heading2"/>
      </w:pPr>
      <w:r>
        <w:t>3.2 Benutzer, Rollen und Rechte</w:t>
      </w:r>
    </w:p>
    <w:p>
      <w:r>
        <w:t>Die Rechte werden in der Benutzerverwaltung am Desktop gepflegt. Für spontane Prozesse sind folgende Ebenen relevant:</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4362"/>
        <w:gridCol w:w="799"/>
        <w:gridCol w:w="4362"/>
      </w:tblGrid>
      <w:tr>
        <w:trPr>
          <w:tblHeader w:val="true"/>
        </w:trPr>
        <w:tc>
          <w:tcPr>
            <w:tcW w:type="dxa" w:w="4362"/>
            <w:shd w:val="clear" w:color="auto" w:fill="FEEE19"/>
          </w:tcPr>
          <w:p>
            <w:pPr>
              <w:spacing w:after="0"/>
            </w:pPr>
            <w:r>
              <w:rPr>
                <w:b/>
                <w:sz w:val="17"/>
              </w:rPr>
              <w:t>Ebene</w:t>
            </w:r>
          </w:p>
        </w:tc>
        <w:tc>
          <w:tcPr>
            <w:tcW w:type="dxa" w:w="800"/>
            <w:shd w:val="clear" w:color="auto" w:fill="FEEE19"/>
          </w:tcPr>
          <w:p>
            <w:pPr>
              <w:spacing w:after="0"/>
            </w:pPr>
            <w:r>
              <w:rPr>
                <w:b/>
                <w:sz w:val="17"/>
              </w:rPr>
              <w:t>Dialog</w:t>
            </w:r>
          </w:p>
        </w:tc>
        <w:tc>
          <w:tcPr>
            <w:tcW w:type="dxa" w:w="4362"/>
            <w:shd w:val="clear" w:color="auto" w:fill="FEEE19"/>
          </w:tcPr>
          <w:p>
            <w:pPr>
              <w:spacing w:after="0"/>
            </w:pPr>
            <w:r>
              <w:rPr>
                <w:b/>
                <w:sz w:val="17"/>
              </w:rPr>
              <w:t>Wirkung für spontane Prozesse</w:t>
            </w:r>
          </w:p>
        </w:tc>
      </w:tr>
      <w:tr>
        <w:tc>
          <w:tcPr>
            <w:tcW w:type="dxa" w:w="4362"/>
          </w:tcPr>
          <w:p>
            <w:pPr>
              <w:spacing w:after="0" w:line="252" w:lineRule="auto"/>
            </w:pPr>
            <w:r>
              <w:rPr>
                <w:sz w:val="17"/>
              </w:rPr>
              <w:t>Benutzer und Login</w:t>
            </w:r>
          </w:p>
        </w:tc>
        <w:tc>
          <w:tcPr>
            <w:tcW w:type="dxa" w:w="800"/>
          </w:tcPr>
          <w:p>
            <w:pPr>
              <w:spacing w:after="0" w:line="252" w:lineRule="auto"/>
            </w:pPr>
            <w:r>
              <w:rPr>
                <w:b/>
                <w:sz w:val="17"/>
              </w:rPr>
              <w:t>UM002</w:t>
            </w:r>
          </w:p>
        </w:tc>
        <w:tc>
          <w:tcPr>
            <w:tcW w:type="dxa" w:w="4362"/>
          </w:tcPr>
          <w:p>
            <w:pPr>
              <w:spacing w:after="0" w:line="252" w:lineRule="auto"/>
            </w:pPr>
            <w:r>
              <w:rPr>
                <w:sz w:val="17"/>
              </w:rPr>
              <w:t>Login je Anwendung (Desktop, Mobil); Zuordnung von Rolle, Datenzugriffs- und Bereichsprofil</w:t>
            </w:r>
          </w:p>
        </w:tc>
      </w:tr>
      <w:tr>
        <w:tc>
          <w:tcPr>
            <w:tcW w:type="dxa" w:w="4362"/>
          </w:tcPr>
          <w:p>
            <w:pPr>
              <w:spacing w:after="0" w:line="252" w:lineRule="auto"/>
            </w:pPr>
            <w:r>
              <w:rPr>
                <w:sz w:val="17"/>
              </w:rPr>
              <w:t>Rolle</w:t>
            </w:r>
          </w:p>
        </w:tc>
        <w:tc>
          <w:tcPr>
            <w:tcW w:type="dxa" w:w="800"/>
          </w:tcPr>
          <w:p>
            <w:pPr>
              <w:spacing w:after="0" w:line="252" w:lineRule="auto"/>
            </w:pPr>
            <w:r>
              <w:rPr>
                <w:b/>
                <w:sz w:val="17"/>
              </w:rPr>
              <w:t>UM003</w:t>
            </w:r>
          </w:p>
        </w:tc>
        <w:tc>
          <w:tcPr>
            <w:tcW w:type="dxa" w:w="4362"/>
          </w:tcPr>
          <w:p>
            <w:pPr>
              <w:spacing w:after="0" w:line="252" w:lineRule="auto"/>
            </w:pPr>
            <w:r>
              <w:rPr>
                <w:sz w:val="17"/>
              </w:rPr>
              <w:t>Bündelt Applikations-Zugriffs-Profile, z. B. Rolle „Lagerbetrieb“ oder „Inventur“</w:t>
            </w:r>
          </w:p>
        </w:tc>
      </w:tr>
      <w:tr>
        <w:tc>
          <w:tcPr>
            <w:tcW w:type="dxa" w:w="4362"/>
          </w:tcPr>
          <w:p>
            <w:pPr>
              <w:spacing w:after="0" w:line="252" w:lineRule="auto"/>
            </w:pPr>
            <w:r>
              <w:rPr>
                <w:sz w:val="17"/>
              </w:rPr>
              <w:t xml:space="preserve">Applikations-Zugriffs-Profil, Registerkarte </w:t>
            </w:r>
            <w:r>
              <w:rPr>
                <w:b/>
                <w:sz w:val="17"/>
              </w:rPr>
              <w:t>Touch-Zugriff</w:t>
            </w:r>
          </w:p>
        </w:tc>
        <w:tc>
          <w:tcPr>
            <w:tcW w:type="dxa" w:w="800"/>
          </w:tcPr>
          <w:p>
            <w:pPr>
              <w:spacing w:after="0" w:line="252" w:lineRule="auto"/>
            </w:pPr>
            <w:r>
              <w:rPr>
                <w:b/>
                <w:sz w:val="17"/>
              </w:rPr>
              <w:t>UM004</w:t>
            </w:r>
          </w:p>
        </w:tc>
        <w:tc>
          <w:tcPr>
            <w:tcW w:type="dxa" w:w="4362"/>
          </w:tcPr>
          <w:p>
            <w:pPr>
              <w:spacing w:after="0" w:line="252" w:lineRule="auto"/>
            </w:pPr>
            <w:r>
              <w:rPr>
                <w:sz w:val="17"/>
              </w:rPr>
              <w:t xml:space="preserve">Je </w:t>
            </w:r>
            <w:r>
              <w:rPr>
                <w:b/>
                <w:sz w:val="17"/>
              </w:rPr>
              <w:t>Zulässiger Arbeitsmodus</w:t>
            </w:r>
            <w:r>
              <w:rPr>
                <w:sz w:val="17"/>
              </w:rPr>
              <w:t xml:space="preserve"> (Prozess): welche Touch-Dialoge sichtbar sind und welche Aktionen (Icons) gesperrt sind</w:t>
            </w:r>
          </w:p>
        </w:tc>
      </w:tr>
      <w:tr>
        <w:tc>
          <w:tcPr>
            <w:tcW w:type="dxa" w:w="4362"/>
          </w:tcPr>
          <w:p>
            <w:pPr>
              <w:spacing w:after="0" w:line="252" w:lineRule="auto"/>
            </w:pPr>
            <w:r>
              <w:rPr>
                <w:sz w:val="17"/>
              </w:rPr>
              <w:t xml:space="preserve">Registerkarte </w:t>
            </w:r>
            <w:r>
              <w:rPr>
                <w:b/>
                <w:sz w:val="17"/>
              </w:rPr>
              <w:t>Desktop-Zugriff</w:t>
            </w:r>
          </w:p>
        </w:tc>
        <w:tc>
          <w:tcPr>
            <w:tcW w:type="dxa" w:w="800"/>
          </w:tcPr>
          <w:p>
            <w:pPr>
              <w:spacing w:after="0" w:line="252" w:lineRule="auto"/>
            </w:pPr>
            <w:r>
              <w:rPr>
                <w:b/>
                <w:sz w:val="17"/>
              </w:rPr>
              <w:t>UM004</w:t>
            </w:r>
          </w:p>
        </w:tc>
        <w:tc>
          <w:tcPr>
            <w:tcW w:type="dxa" w:w="4362"/>
          </w:tcPr>
          <w:p>
            <w:pPr>
              <w:spacing w:after="0" w:line="252" w:lineRule="auto"/>
            </w:pPr>
            <w:r>
              <w:rPr>
                <w:sz w:val="17"/>
              </w:rPr>
              <w:t>Zugriff auf Desktop-Dialoge (Vollzugriff, schreibgeschützt, unsichtbar), Aktionen im Kontextmenü</w:t>
            </w:r>
          </w:p>
        </w:tc>
      </w:tr>
      <w:tr>
        <w:tc>
          <w:tcPr>
            <w:tcW w:type="dxa" w:w="4362"/>
          </w:tcPr>
          <w:p>
            <w:pPr>
              <w:spacing w:after="0" w:line="252" w:lineRule="auto"/>
            </w:pPr>
            <w:r>
              <w:rPr>
                <w:sz w:val="17"/>
              </w:rPr>
              <w:t xml:space="preserve">Registerkarte </w:t>
            </w:r>
            <w:r>
              <w:rPr>
                <w:b/>
                <w:sz w:val="17"/>
              </w:rPr>
              <w:t>Mobiler Zugriff</w:t>
            </w:r>
          </w:p>
        </w:tc>
        <w:tc>
          <w:tcPr>
            <w:tcW w:type="dxa" w:w="800"/>
          </w:tcPr>
          <w:p>
            <w:pPr>
              <w:spacing w:after="0" w:line="252" w:lineRule="auto"/>
            </w:pPr>
            <w:r>
              <w:rPr>
                <w:b/>
                <w:sz w:val="17"/>
              </w:rPr>
              <w:t>UM004</w:t>
            </w:r>
          </w:p>
        </w:tc>
        <w:tc>
          <w:tcPr>
            <w:tcW w:type="dxa" w:w="4362"/>
          </w:tcPr>
          <w:p>
            <w:pPr>
              <w:spacing w:after="0" w:line="252" w:lineRule="auto"/>
            </w:pPr>
            <w:r>
              <w:rPr>
                <w:sz w:val="17"/>
              </w:rPr>
              <w:t>Welche Tätigkeiten am Mobilterminal erlaubt sind. Standardmäßig sind alle erlaubt; gesperrt wird gezielt</w:t>
            </w:r>
          </w:p>
        </w:tc>
      </w:tr>
      <w:tr>
        <w:tc>
          <w:tcPr>
            <w:tcW w:type="dxa" w:w="4362"/>
          </w:tcPr>
          <w:p>
            <w:pPr>
              <w:spacing w:after="0" w:line="252" w:lineRule="auto"/>
            </w:pPr>
            <w:r>
              <w:rPr>
                <w:sz w:val="17"/>
              </w:rPr>
              <w:t>Datenzugriffsprofil</w:t>
            </w:r>
          </w:p>
        </w:tc>
        <w:tc>
          <w:tcPr>
            <w:tcW w:type="dxa" w:w="800"/>
          </w:tcPr>
          <w:p>
            <w:pPr>
              <w:spacing w:after="0" w:line="252" w:lineRule="auto"/>
            </w:pPr>
            <w:r>
              <w:rPr>
                <w:b/>
                <w:sz w:val="17"/>
              </w:rPr>
              <w:t>UM002</w:t>
            </w:r>
          </w:p>
        </w:tc>
        <w:tc>
          <w:tcPr>
            <w:tcW w:type="dxa" w:w="4362"/>
          </w:tcPr>
          <w:p>
            <w:pPr>
              <w:spacing w:after="0" w:line="252" w:lineRule="auto"/>
            </w:pPr>
            <w:r>
              <w:rPr>
                <w:sz w:val="17"/>
              </w:rPr>
              <w:t>Auf welche Datensätze der Benutzer zugreifen darf</w:t>
            </w:r>
          </w:p>
        </w:tc>
      </w:tr>
      <w:tr>
        <w:tc>
          <w:tcPr>
            <w:tcW w:type="dxa" w:w="4362"/>
          </w:tcPr>
          <w:p>
            <w:pPr>
              <w:spacing w:after="0" w:line="252" w:lineRule="auto"/>
            </w:pPr>
            <w:r>
              <w:rPr>
                <w:sz w:val="17"/>
              </w:rPr>
              <w:t>Bereichsprofil</w:t>
            </w:r>
          </w:p>
        </w:tc>
        <w:tc>
          <w:tcPr>
            <w:tcW w:type="dxa" w:w="800"/>
          </w:tcPr>
          <w:p>
            <w:pPr>
              <w:spacing w:after="0" w:line="252" w:lineRule="auto"/>
            </w:pPr>
            <w:r>
              <w:rPr>
                <w:b/>
                <w:sz w:val="17"/>
              </w:rPr>
              <w:t>UM011</w:t>
            </w:r>
          </w:p>
        </w:tc>
        <w:tc>
          <w:tcPr>
            <w:tcW w:type="dxa" w:w="4362"/>
          </w:tcPr>
          <w:p>
            <w:pPr>
              <w:spacing w:after="0" w:line="252" w:lineRule="auto"/>
            </w:pPr>
            <w:r>
              <w:rPr>
                <w:sz w:val="17"/>
              </w:rPr>
              <w:t xml:space="preserve">Auf welche Bereiche der Benutzer </w:t>
            </w:r>
            <w:r>
              <w:rPr>
                <w:b/>
                <w:sz w:val="17"/>
              </w:rPr>
              <w:t>nicht</w:t>
            </w:r>
            <w:r>
              <w:rPr>
                <w:sz w:val="17"/>
              </w:rPr>
              <w:t xml:space="preserve"> zugreifen darf</w:t>
            </w:r>
          </w:p>
        </w:tc>
      </w:tr>
      <w:tr>
        <w:tc>
          <w:tcPr>
            <w:tcW w:type="dxa" w:w="4362"/>
          </w:tcPr>
          <w:p>
            <w:pPr>
              <w:spacing w:after="0" w:line="252" w:lineRule="auto"/>
            </w:pPr>
            <w:r>
              <w:rPr>
                <w:sz w:val="17"/>
              </w:rPr>
              <w:t>Bestandsklassifizierung „erweiterte Berechtigungen“</w:t>
            </w:r>
          </w:p>
        </w:tc>
        <w:tc>
          <w:tcPr>
            <w:tcW w:type="dxa" w:w="800"/>
          </w:tcPr>
          <w:p>
            <w:pPr>
              <w:spacing w:after="0" w:line="252" w:lineRule="auto"/>
            </w:pPr>
            <w:r>
              <w:rPr>
                <w:b/>
                <w:sz w:val="17"/>
              </w:rPr>
              <w:t>MD017</w:t>
            </w:r>
          </w:p>
        </w:tc>
        <w:tc>
          <w:tcPr>
            <w:tcW w:type="dxa" w:w="4362"/>
          </w:tcPr>
          <w:p>
            <w:pPr>
              <w:spacing w:after="0" w:line="252" w:lineRule="auto"/>
            </w:pPr>
            <w:r>
              <w:rPr>
                <w:sz w:val="17"/>
              </w:rPr>
              <w:t>Korrekturen bestimmter Bestandsklassifizierungen nur durch berechtigte Benutzer (z. B. Zoll, Quarantäne)</w:t>
            </w:r>
          </w:p>
        </w:tc>
      </w:tr>
    </w:tbl>
    <w:p>
      <w:pPr>
        <w:pStyle w:val="BeschriftungSSI"/>
      </w:pPr>
      <w:r>
        <w:t>Tab. 5: Rechteebenen</w:t>
      </w:r>
    </w:p>
    <w:p>
      <w:r>
        <w:t>Einstellungen im Applikations-Zugriffs-Profil sind immer einschränkend: Ein Feld kann z. B. von „Vollzugriff“ auf „schreibgeschützt“ gesetzt werden, nicht umgekehrt. Änderungen wirken bei der nächsten Anmeldung. Aktionen, die in einem der Profile einer Rolle erlaubt sind, darf der Benutzer ausführen. Empfehlung: Legen Sie für spontane Buchungen eine eigene Rolle an (z. B. „Key-User Lager“) und sperren Sie für normale Kommissionierer die Icons, die Bestand ohne Auftrag verändern, falls spontane Buchungen nur einem eingeschränkten Personenkreis erlaubt sein sollen.</w:t>
      </w:r>
    </w:p>
    <w:p>
      <w:pPr>
        <w:pStyle w:val="Quelle"/>
      </w:pPr>
      <w:r>
        <w:rPr>
          <w:b/>
        </w:rPr>
        <w:t xml:space="preserve">Quelle: </w:t>
      </w:r>
      <w:r>
        <w:rPr>
          <w:sz w:val="17"/>
        </w:rPr>
        <w:t>Administratorhandbuch 2.7, Kap. 3.3 (S. 42–55), 3.3.4.2–3.3.4.6 (S. 50–53), 3.3.6 (S. 54), 3.6.1.9 (S. 108)</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2F2F2"/>
            <w:tcBorders>
              <w:top w:val="nil"/>
              <w:left w:val="single" w:sz="24" w:color="E30613" w:space="0"/>
              <w:bottom w:val="nil"/>
              <w:right w:val="nil"/>
            </w:tcBorders>
            <w:tcMar>
              <w:top w:w="80" w:type="dxa"/>
              <w:bottom w:w="80" w:type="dxa"/>
              <w:start w:w="140" w:type="dxa"/>
              <w:end w:w="140" w:type="dxa"/>
              <w:left w:w="140" w:type="dxa"/>
              <w:right w:w="140" w:type="dxa"/>
            </w:tcMar>
          </w:tcPr>
          <w:p>
            <w:pPr>
              <w:spacing w:after="40"/>
            </w:pPr>
            <w:r>
              <w:rPr>
                <w:b/>
                <w:color w:val="B00010"/>
                <w:sz w:val="19"/>
              </w:rPr>
              <w:t>Rechte auf Tablar und Artikel</w:t>
            </w:r>
          </w:p>
          <w:p>
            <w:pPr>
              <w:spacing w:after="40"/>
            </w:pPr>
            <w:r>
              <w:rPr>
                <w:sz w:val="19"/>
              </w:rPr>
              <w:t xml:space="preserve">Das Benutzerhandbuch nennt als Voraussetzung für das Anfordern eines Tablars, dass „der Benutzer berechtigt ist, das Tablar und/oder die Artikel auf dem Tablar anzufordern“. Welche Einstellung (Datenzugriffsprofil, Bereichsprofil oder Touch-Zugriff) dieses Recht genau steuert, ist nicht beschrieben. Ebenso fehlt eine Liste der Aktions-IDs der Touch-Dialoge </w:t>
            </w:r>
            <w:r>
              <w:rPr>
                <w:b/>
                <w:sz w:val="19"/>
              </w:rPr>
              <w:t>LM002</w:t>
            </w:r>
            <w:r>
              <w:rPr>
                <w:sz w:val="19"/>
              </w:rPr>
              <w:t xml:space="preserve"> und </w:t>
            </w:r>
            <w:r>
              <w:rPr>
                <w:b/>
                <w:sz w:val="19"/>
              </w:rPr>
              <w:t>LM040</w:t>
            </w:r>
            <w:r>
              <w:rPr>
                <w:sz w:val="19"/>
              </w:rPr>
              <w:t>.</w:t>
            </w:r>
          </w:p>
        </w:tc>
      </w:tr>
    </w:tbl>
    <w:p>
      <w:pPr>
        <w:spacing w:after="40"/>
      </w:pP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FF9C4"/>
            <w:tcBorders>
              <w:top w:val="nil"/>
              <w:left w:val="single" w:sz="24" w:color="E89A00" w:space="0"/>
              <w:bottom w:val="nil"/>
              <w:right w:val="nil"/>
            </w:tcBorders>
            <w:tcMar>
              <w:top w:w="80" w:type="dxa"/>
              <w:bottom w:w="80" w:type="dxa"/>
              <w:start w:w="140" w:type="dxa"/>
              <w:end w:w="140" w:type="dxa"/>
              <w:left w:w="140" w:type="dxa"/>
              <w:right w:w="140" w:type="dxa"/>
            </w:tcMar>
          </w:tcPr>
          <w:p>
            <w:pPr>
              <w:spacing w:after="40"/>
            </w:pPr>
            <w:r>
              <w:rPr>
                <w:b/>
                <w:sz w:val="19"/>
              </w:rPr>
              <w:t>Super-User</w:t>
            </w:r>
          </w:p>
          <w:p>
            <w:pPr>
              <w:spacing w:after="40"/>
            </w:pPr>
            <w:r>
              <w:rPr>
                <w:sz w:val="19"/>
              </w:rPr>
              <w:t xml:space="preserve">Für Super-User gelten keine Applikations- und Datenzugriffsprofile. Die Checkbox </w:t>
            </w:r>
            <w:r>
              <w:rPr>
                <w:b/>
                <w:sz w:val="19"/>
              </w:rPr>
              <w:t>Super-User</w:t>
            </w:r>
            <w:r>
              <w:rPr>
                <w:sz w:val="19"/>
              </w:rPr>
              <w:t xml:space="preserve"> sollte laut Administratorhandbuch für Kundenbenutzer nicht aktiviert werden.</w:t>
            </w:r>
          </w:p>
        </w:tc>
      </w:tr>
    </w:tbl>
    <w:p>
      <w:pPr>
        <w:spacing w:after="40"/>
      </w:pPr>
    </w:p>
    <w:p>
      <w:pPr>
        <w:pStyle w:val="Heading2"/>
      </w:pPr>
      <w:r>
        <w:t>3.3 Buchungsschlüssel für spontane Buchungen</w:t>
      </w:r>
    </w:p>
    <w:p>
      <w:r>
        <w:t xml:space="preserve">Bei spontanen Buchungen kann WAMAS nach einem Buchungsschlüssel (Grund) fragen. Das wird je Klient im Dialog </w:t>
      </w:r>
      <w:r>
        <w:rPr>
          <w:b/>
        </w:rPr>
        <w:t>MD017 Klient pflegen</w:t>
      </w:r>
      <w:r>
        <w:t xml:space="preserve">, Registerkarte </w:t>
      </w:r>
      <w:r>
        <w:rPr>
          <w:b/>
        </w:rPr>
        <w:t>Buchungsschlüssel</w:t>
      </w:r>
      <w:r>
        <w:t>, eingestellt:</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4762"/>
        <w:gridCol w:w="4762"/>
      </w:tblGrid>
      <w:tr>
        <w:trPr>
          <w:tblHeader w:val="true"/>
        </w:trPr>
        <w:tc>
          <w:tcPr>
            <w:tcW w:type="dxa" w:w="4762"/>
            <w:shd w:val="clear" w:color="auto" w:fill="FEEE19"/>
          </w:tcPr>
          <w:p>
            <w:pPr>
              <w:spacing w:after="0"/>
            </w:pPr>
            <w:r>
              <w:rPr>
                <w:b/>
                <w:sz w:val="17"/>
              </w:rPr>
              <w:t>Checkbox</w:t>
            </w:r>
          </w:p>
        </w:tc>
        <w:tc>
          <w:tcPr>
            <w:tcW w:type="dxa" w:w="4762"/>
            <w:shd w:val="clear" w:color="auto" w:fill="FEEE19"/>
          </w:tcPr>
          <w:p>
            <w:pPr>
              <w:spacing w:after="0"/>
            </w:pPr>
            <w:r>
              <w:rPr>
                <w:b/>
                <w:sz w:val="17"/>
              </w:rPr>
              <w:t>Wirkung</w:t>
            </w:r>
          </w:p>
        </w:tc>
      </w:tr>
      <w:tr>
        <w:tc>
          <w:tcPr>
            <w:tcW w:type="dxa" w:w="4762"/>
          </w:tcPr>
          <w:p>
            <w:pPr>
              <w:spacing w:after="0" w:line="252" w:lineRule="auto"/>
            </w:pPr>
            <w:r>
              <w:rPr>
                <w:b/>
                <w:sz w:val="17"/>
              </w:rPr>
              <w:t>Für Bestandskorrektur erlaubt</w:t>
            </w:r>
          </w:p>
        </w:tc>
        <w:tc>
          <w:tcPr>
            <w:tcW w:type="dxa" w:w="4762"/>
          </w:tcPr>
          <w:p>
            <w:pPr>
              <w:spacing w:after="0" w:line="252" w:lineRule="auto"/>
            </w:pPr>
            <w:r>
              <w:rPr>
                <w:sz w:val="17"/>
              </w:rPr>
              <w:t>Schlüssel ist für Bestandskorrekturen auswählbar</w:t>
            </w:r>
          </w:p>
        </w:tc>
      </w:tr>
      <w:tr>
        <w:tc>
          <w:tcPr>
            <w:tcW w:type="dxa" w:w="4762"/>
          </w:tcPr>
          <w:p>
            <w:pPr>
              <w:spacing w:after="0" w:line="252" w:lineRule="auto"/>
            </w:pPr>
            <w:r>
              <w:rPr>
                <w:b/>
                <w:sz w:val="17"/>
              </w:rPr>
              <w:t>Für Inventur erlaubt</w:t>
            </w:r>
          </w:p>
        </w:tc>
        <w:tc>
          <w:tcPr>
            <w:tcW w:type="dxa" w:w="4762"/>
          </w:tcPr>
          <w:p>
            <w:pPr>
              <w:spacing w:after="0" w:line="252" w:lineRule="auto"/>
            </w:pPr>
            <w:r>
              <w:rPr>
                <w:sz w:val="17"/>
              </w:rPr>
              <w:t>Schlüssel ist für Inventurdifferenzen auswählbar</w:t>
            </w:r>
          </w:p>
        </w:tc>
      </w:tr>
      <w:tr>
        <w:tc>
          <w:tcPr>
            <w:tcW w:type="dxa" w:w="4762"/>
          </w:tcPr>
          <w:p>
            <w:pPr>
              <w:spacing w:after="0" w:line="252" w:lineRule="auto"/>
            </w:pPr>
            <w:r>
              <w:rPr>
                <w:b/>
                <w:sz w:val="17"/>
              </w:rPr>
              <w:t>Für spontane Erfassung erlaubt</w:t>
            </w:r>
          </w:p>
        </w:tc>
        <w:tc>
          <w:tcPr>
            <w:tcW w:type="dxa" w:w="4762"/>
          </w:tcPr>
          <w:p>
            <w:pPr>
              <w:spacing w:after="0" w:line="252" w:lineRule="auto"/>
            </w:pPr>
            <w:r>
              <w:rPr>
                <w:sz w:val="17"/>
              </w:rPr>
              <w:t>Schlüssel ist für spontane Einlagerung auswählbar</w:t>
            </w:r>
          </w:p>
        </w:tc>
      </w:tr>
      <w:tr>
        <w:tc>
          <w:tcPr>
            <w:tcW w:type="dxa" w:w="4762"/>
          </w:tcPr>
          <w:p>
            <w:pPr>
              <w:spacing w:after="0" w:line="252" w:lineRule="auto"/>
            </w:pPr>
            <w:r>
              <w:rPr>
                <w:b/>
                <w:sz w:val="17"/>
              </w:rPr>
              <w:t>Für spontane Auslagerung erlaubt</w:t>
            </w:r>
          </w:p>
        </w:tc>
        <w:tc>
          <w:tcPr>
            <w:tcW w:type="dxa" w:w="4762"/>
          </w:tcPr>
          <w:p>
            <w:pPr>
              <w:spacing w:after="0" w:line="252" w:lineRule="auto"/>
            </w:pPr>
            <w:r>
              <w:rPr>
                <w:sz w:val="17"/>
              </w:rPr>
              <w:t>Schlüssel ist für spontane Entnahme auswählbar</w:t>
            </w:r>
          </w:p>
        </w:tc>
      </w:tr>
      <w:tr>
        <w:tc>
          <w:tcPr>
            <w:tcW w:type="dxa" w:w="4762"/>
          </w:tcPr>
          <w:p>
            <w:pPr>
              <w:spacing w:after="0" w:line="252" w:lineRule="auto"/>
            </w:pPr>
            <w:r>
              <w:rPr>
                <w:b/>
                <w:sz w:val="17"/>
              </w:rPr>
              <w:t>Standard für spontane Erfassung</w:t>
            </w:r>
            <w:r>
              <w:rPr>
                <w:sz w:val="17"/>
              </w:rPr>
              <w:t xml:space="preserve"> (Benutzerhandbuch: „Standard für spontane Einlagerung“)</w:t>
            </w:r>
          </w:p>
        </w:tc>
        <w:tc>
          <w:tcPr>
            <w:tcW w:type="dxa" w:w="4762"/>
          </w:tcPr>
          <w:p>
            <w:pPr>
              <w:spacing w:after="0" w:line="252" w:lineRule="auto"/>
            </w:pPr>
            <w:r>
              <w:rPr>
                <w:sz w:val="17"/>
              </w:rPr>
              <w:t xml:space="preserve">Ist sie gesetzt, öffnet sich nach der spontanen Einlagerung </w:t>
            </w:r>
            <w:r>
              <w:rPr>
                <w:b/>
                <w:sz w:val="17"/>
              </w:rPr>
              <w:t>LM101 Buchungsschlüssel auswählen</w:t>
            </w:r>
          </w:p>
        </w:tc>
      </w:tr>
      <w:tr>
        <w:tc>
          <w:tcPr>
            <w:tcW w:type="dxa" w:w="4762"/>
          </w:tcPr>
          <w:p>
            <w:pPr>
              <w:spacing w:after="0" w:line="252" w:lineRule="auto"/>
            </w:pPr>
            <w:r>
              <w:rPr>
                <w:b/>
                <w:sz w:val="17"/>
              </w:rPr>
              <w:t>Standard für spontane Auslagerung</w:t>
            </w:r>
          </w:p>
        </w:tc>
        <w:tc>
          <w:tcPr>
            <w:tcW w:type="dxa" w:w="4762"/>
          </w:tcPr>
          <w:p>
            <w:pPr>
              <w:spacing w:after="0" w:line="252" w:lineRule="auto"/>
            </w:pPr>
            <w:r>
              <w:rPr>
                <w:sz w:val="17"/>
              </w:rPr>
              <w:t xml:space="preserve">Ist sie gesetzt, öffnet sich nach der spontanen Entnahme </w:t>
            </w:r>
            <w:r>
              <w:rPr>
                <w:b/>
                <w:sz w:val="17"/>
              </w:rPr>
              <w:t>LM101 Buchungsschlüssel auswählen</w:t>
            </w:r>
          </w:p>
        </w:tc>
      </w:tr>
      <w:tr>
        <w:tc>
          <w:tcPr>
            <w:tcW w:type="dxa" w:w="4762"/>
          </w:tcPr>
          <w:p>
            <w:pPr>
              <w:spacing w:after="0" w:line="252" w:lineRule="auto"/>
            </w:pPr>
            <w:r>
              <w:rPr>
                <w:b/>
                <w:sz w:val="17"/>
              </w:rPr>
              <w:t>Kostenstellenregistrierung</w:t>
            </w:r>
          </w:p>
        </w:tc>
        <w:tc>
          <w:tcPr>
            <w:tcW w:type="dxa" w:w="4762"/>
          </w:tcPr>
          <w:p>
            <w:pPr>
              <w:spacing w:after="0" w:line="252" w:lineRule="auto"/>
            </w:pPr>
            <w:r>
              <w:rPr>
                <w:sz w:val="17"/>
              </w:rPr>
              <w:t>Irrelevant, optional oder obligatorisch bei Mengendifferenz in der Inventur</w:t>
            </w:r>
          </w:p>
        </w:tc>
      </w:tr>
    </w:tbl>
    <w:p>
      <w:pPr>
        <w:pStyle w:val="BeschriftungSSI"/>
      </w:pPr>
      <w:r>
        <w:t>Tab. 6: Buchungsschlüssel-Einstellungen (Auszug)</w:t>
      </w:r>
    </w:p>
    <w:p>
      <w:r>
        <w:t xml:space="preserve">Ob im Dialog </w:t>
      </w:r>
      <w:r>
        <w:rPr>
          <w:b/>
        </w:rPr>
        <w:t>LM101</w:t>
      </w:r>
      <w:r>
        <w:t xml:space="preserve"> zusätzlich ein Text im Feld </w:t>
      </w:r>
      <w:r>
        <w:rPr>
          <w:b/>
        </w:rPr>
        <w:t>Grund</w:t>
      </w:r>
      <w:r>
        <w:t xml:space="preserve"> Pflicht ist, steuert der globale Parameter </w:t>
      </w:r>
      <w:r>
        <w:rPr>
          <w:rFonts w:ascii="Consolas" w:hAnsi="Consolas" w:cs="Consolas" w:eastAsia="Consolas"/>
          <w:sz w:val="18"/>
        </w:rPr>
        <w:t>logimat.dialogs.lm101.askFillReason</w:t>
      </w:r>
      <w:r>
        <w:t xml:space="preserve"> (Standard </w:t>
      </w:r>
      <w:r>
        <w:rPr>
          <w:rFonts w:ascii="Consolas" w:hAnsi="Consolas" w:cs="Consolas" w:eastAsia="Consolas"/>
          <w:sz w:val="18"/>
        </w:rPr>
        <w:t>true</w:t>
      </w:r>
      <w:r>
        <w:t xml:space="preserve"> = Grund muss eingegeben werden). Ist ein Systempartner angebunden, können die WAMAS-Buchungsschlüssel im Dialog </w:t>
      </w:r>
      <w:r>
        <w:rPr>
          <w:b/>
        </w:rPr>
        <w:t>MD063 Zuordnung Buchungsschlüssel für Systempartner pflegen</w:t>
      </w:r>
      <w:r>
        <w:t xml:space="preserve"> auf die Schlüssel und Bewegungsgründe des Fremdsystems abgebildet werden (je Buchungsrichtung, Auslöser und Bestandsklassifizierung).</w:t>
      </w:r>
    </w:p>
    <w:p>
      <w:pPr>
        <w:pStyle w:val="Quelle"/>
      </w:pPr>
      <w:r>
        <w:rPr>
          <w:b/>
        </w:rPr>
        <w:t xml:space="preserve">Quelle: </w:t>
      </w:r>
      <w:r>
        <w:rPr>
          <w:sz w:val="17"/>
        </w:rPr>
        <w:t>Administratorhandbuch 2.7, Kap. 3.6.1.8 (S. 106–107), 3.5.4 (S. 92–93), 3.11.2 (S. 179); Benutzerhandbuch 2.7, Kap. 6.1.4–6.1.5 (S. 82–86)</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FF9C4"/>
            <w:tcBorders>
              <w:top w:val="nil"/>
              <w:left w:val="single" w:sz="24" w:color="FEEE19" w:space="0"/>
              <w:bottom w:val="nil"/>
              <w:right w:val="nil"/>
            </w:tcBorders>
            <w:tcMar>
              <w:top w:w="80" w:type="dxa"/>
              <w:bottom w:w="80" w:type="dxa"/>
              <w:start w:w="140" w:type="dxa"/>
              <w:end w:w="140" w:type="dxa"/>
              <w:left w:w="140" w:type="dxa"/>
              <w:right w:w="140" w:type="dxa"/>
            </w:tcMar>
          </w:tcPr>
          <w:p>
            <w:pPr>
              <w:spacing w:after="40"/>
            </w:pPr>
            <w:r>
              <w:rPr>
                <w:b/>
                <w:sz w:val="19"/>
              </w:rPr>
              <w:t>Standard-Schlüssel immer auch erlauben</w:t>
            </w:r>
          </w:p>
          <w:p>
            <w:pPr>
              <w:spacing w:after="40"/>
            </w:pPr>
            <w:r>
              <w:rPr>
                <w:sz w:val="19"/>
              </w:rPr>
              <w:t>Wenn Sie für einen Prozess einen Standard-Buchungsschlüssel setzen, aktivieren Sie für diesen Schlüssel auch die passende Checkbox „… erlaubt“.</w:t>
            </w:r>
          </w:p>
        </w:tc>
      </w:tr>
    </w:tbl>
    <w:p>
      <w:pPr>
        <w:spacing w:after="40"/>
      </w:pP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2F2F2"/>
            <w:tcBorders>
              <w:top w:val="nil"/>
              <w:left w:val="single" w:sz="24" w:color="E30613" w:space="0"/>
              <w:bottom w:val="nil"/>
              <w:right w:val="nil"/>
            </w:tcBorders>
            <w:tcMar>
              <w:top w:w="80" w:type="dxa"/>
              <w:bottom w:w="80" w:type="dxa"/>
              <w:start w:w="140" w:type="dxa"/>
              <w:end w:w="140" w:type="dxa"/>
              <w:left w:w="140" w:type="dxa"/>
              <w:right w:w="140" w:type="dxa"/>
            </w:tcMar>
          </w:tcPr>
          <w:p>
            <w:pPr>
              <w:spacing w:after="40"/>
            </w:pPr>
            <w:r>
              <w:rPr>
                <w:b/>
                <w:color w:val="B00010"/>
                <w:sz w:val="19"/>
              </w:rPr>
              <w:t>Bezeichnung der Checkbox</w:t>
            </w:r>
          </w:p>
          <w:p>
            <w:pPr>
              <w:spacing w:after="40"/>
            </w:pPr>
            <w:r>
              <w:rPr>
                <w:sz w:val="19"/>
              </w:rPr>
              <w:t xml:space="preserve">Das Benutzerhandbuch nennt die Checkbox „Standard für spontane Einlagerung“, das Administratorhandbuch „Standard für spontane Erfassung“ und beschreibt sie als Vorbelegung „auf dem Mobil-Client“. Am Touch-Client öffnet sich laut Benutzerhandbuch der Dialog </w:t>
            </w:r>
            <w:r>
              <w:rPr>
                <w:b/>
                <w:sz w:val="19"/>
              </w:rPr>
              <w:t>LM101</w:t>
            </w:r>
            <w:r>
              <w:rPr>
                <w:sz w:val="19"/>
              </w:rPr>
              <w:t>. Bitte die tatsächliche Bezeichnung und Wirkung in Ihrem System prüfen.</w:t>
            </w:r>
          </w:p>
        </w:tc>
      </w:tr>
    </w:tbl>
    <w:p>
      <w:pPr>
        <w:spacing w:after="40"/>
      </w:pPr>
    </w:p>
    <w:p>
      <w:pPr>
        <w:pStyle w:val="Heading2"/>
      </w:pPr>
      <w:r>
        <w:t>3.4 Bestandsklassifizierung</w:t>
      </w:r>
    </w:p>
    <w:p>
      <w:r>
        <w:t xml:space="preserve">Im Dialog </w:t>
      </w:r>
      <w:r>
        <w:rPr>
          <w:b/>
        </w:rPr>
        <w:t>MD017 Klient pflegen</w:t>
      </w:r>
      <w:r>
        <w:t xml:space="preserve">, Registerkarte </w:t>
      </w:r>
      <w:r>
        <w:rPr>
          <w:b/>
        </w:rPr>
        <w:t>Bestandsklassifizierung</w:t>
      </w:r>
      <w:r>
        <w:t>, legen Sie fest, ob für eine Bestandsklassifizierung (z. B. „normal“, „gesperrt“, „zu prüfen“) Korrekturen zulässig sind:</w:t>
      </w:r>
    </w:p>
    <w:p>
      <w:pPr>
        <w:pStyle w:val="ListBullet"/>
      </w:pPr>
      <w:r>
        <w:rPr>
          <w:b/>
        </w:rPr>
        <w:t>Negative Bestandskorrektur erlauben</w:t>
      </w:r>
    </w:p>
    <w:p>
      <w:pPr>
        <w:pStyle w:val="ListBullet"/>
      </w:pPr>
      <w:r>
        <w:rPr>
          <w:b/>
        </w:rPr>
        <w:t>Positive Bestandskorrektur erlauben</w:t>
      </w:r>
    </w:p>
    <w:p>
      <w:pPr>
        <w:pStyle w:val="ListBullet"/>
      </w:pPr>
      <w:r>
        <w:rPr>
          <w:b/>
        </w:rPr>
        <w:t>Änderungen erfordern erweiterte Berechtigungen</w:t>
      </w:r>
    </w:p>
    <w:p>
      <w:r>
        <w:t>Ist eine Korrekturrichtung nicht erlaubt, kann der Bestand dieser Klassifizierung nicht spontan in diese Richtung verändert werden.</w:t>
      </w:r>
    </w:p>
    <w:p>
      <w:pPr>
        <w:pStyle w:val="Quelle"/>
      </w:pPr>
      <w:r>
        <w:rPr>
          <w:b/>
        </w:rPr>
        <w:t xml:space="preserve">Quelle: </w:t>
      </w:r>
      <w:r>
        <w:rPr>
          <w:sz w:val="17"/>
        </w:rPr>
        <w:t>Administratorhandbuch 2.7, Kap. 3.6.1.9 (S. 108)</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2F2F2"/>
            <w:tcBorders>
              <w:top w:val="nil"/>
              <w:left w:val="single" w:sz="24" w:color="E30613" w:space="0"/>
              <w:bottom w:val="nil"/>
              <w:right w:val="nil"/>
            </w:tcBorders>
            <w:tcMar>
              <w:top w:w="80" w:type="dxa"/>
              <w:bottom w:w="80" w:type="dxa"/>
              <w:start w:w="140" w:type="dxa"/>
              <w:end w:w="140" w:type="dxa"/>
              <w:left w:w="140" w:type="dxa"/>
              <w:right w:w="140" w:type="dxa"/>
            </w:tcMar>
          </w:tcPr>
          <w:p>
            <w:pPr>
              <w:spacing w:after="40"/>
            </w:pPr>
            <w:r>
              <w:rPr>
                <w:b/>
                <w:color w:val="B00010"/>
                <w:sz w:val="19"/>
              </w:rPr>
              <w:t>In den Unterlagen nicht beschrieben</w:t>
            </w:r>
          </w:p>
          <w:p>
            <w:pPr>
              <w:spacing w:after="40"/>
            </w:pPr>
            <w:r>
              <w:rPr>
                <w:sz w:val="19"/>
              </w:rPr>
              <w:t>Das Handbuch beschreibt nicht ausdrücklich, ob spontanes Einlagern bzw. Entnehmen am Touch-Client als positive bzw. negative Bestandskorrektur im Sinne dieser Checkboxen gewertet wird. Die Ergebnisbeschreibung („eine Bestandskorrekturmeldung wird gesendet“) legt das nahe.</w:t>
            </w:r>
          </w:p>
        </w:tc>
      </w:tr>
    </w:tbl>
    <w:p>
      <w:pPr>
        <w:spacing w:after="40"/>
      </w:pPr>
    </w:p>
    <w:p>
      <w:pPr>
        <w:pStyle w:val="Heading2"/>
      </w:pPr>
      <w:r>
        <w:t>3.5 Systemparameter (LM053)</w:t>
      </w:r>
    </w:p>
    <w:p>
      <w:r>
        <w:t xml:space="preserve">Im Dialog </w:t>
      </w:r>
      <w:r>
        <w:rPr>
          <w:b/>
        </w:rPr>
        <w:t>LM053 Systemparameter pflegen</w:t>
      </w:r>
      <w:r>
        <w:t xml:space="preserve"> (je Lagerstandort) sind für spontane Prozesse besonders wichtig:</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4762"/>
        <w:gridCol w:w="4762"/>
      </w:tblGrid>
      <w:tr>
        <w:trPr>
          <w:tblHeader w:val="true"/>
        </w:trPr>
        <w:tc>
          <w:tcPr>
            <w:tcW w:type="dxa" w:w="4762"/>
            <w:shd w:val="clear" w:color="auto" w:fill="FEEE19"/>
          </w:tcPr>
          <w:p>
            <w:pPr>
              <w:spacing w:after="0"/>
            </w:pPr>
            <w:r>
              <w:rPr>
                <w:b/>
                <w:sz w:val="17"/>
              </w:rPr>
              <w:t>Bereich / Feld</w:t>
            </w:r>
          </w:p>
        </w:tc>
        <w:tc>
          <w:tcPr>
            <w:tcW w:type="dxa" w:w="4762"/>
            <w:shd w:val="clear" w:color="auto" w:fill="FEEE19"/>
          </w:tcPr>
          <w:p>
            <w:pPr>
              <w:spacing w:after="0"/>
            </w:pPr>
            <w:r>
              <w:rPr>
                <w:b/>
                <w:sz w:val="17"/>
              </w:rPr>
              <w:t>Wirkung</w:t>
            </w:r>
          </w:p>
        </w:tc>
      </w:tr>
      <w:tr>
        <w:tc>
          <w:tcPr>
            <w:tcW w:type="dxa" w:w="4762"/>
          </w:tcPr>
          <w:p>
            <w:pPr>
              <w:spacing w:after="0" w:line="252" w:lineRule="auto"/>
            </w:pPr>
            <w:r>
              <w:rPr>
                <w:b/>
                <w:sz w:val="17"/>
              </w:rPr>
              <w:t>Zuordnungsmodus</w:t>
            </w:r>
          </w:p>
        </w:tc>
        <w:tc>
          <w:tcPr>
            <w:tcW w:type="dxa" w:w="4762"/>
          </w:tcPr>
          <w:p>
            <w:pPr>
              <w:spacing w:after="0" w:line="252" w:lineRule="auto"/>
            </w:pPr>
            <w:r>
              <w:rPr>
                <w:b/>
                <w:sz w:val="17"/>
              </w:rPr>
              <w:t>Standard</w:t>
            </w:r>
            <w:r>
              <w:rPr>
                <w:sz w:val="17"/>
              </w:rPr>
              <w:t xml:space="preserve">: Wird eine Box leer, fragt WAMAS, ob die Artikel-zu-Box-Zuordnung bleibt. </w:t>
            </w:r>
            <w:r>
              <w:rPr>
                <w:b/>
                <w:sz w:val="17"/>
              </w:rPr>
              <w:t>Fixiert</w:t>
            </w:r>
            <w:r>
              <w:rPr>
                <w:sz w:val="17"/>
              </w:rPr>
              <w:t xml:space="preserve">: Zuordnung bleibt. </w:t>
            </w:r>
            <w:r>
              <w:rPr>
                <w:b/>
                <w:sz w:val="17"/>
              </w:rPr>
              <w:t>Float</w:t>
            </w:r>
            <w:r>
              <w:rPr>
                <w:sz w:val="17"/>
              </w:rPr>
              <w:t>: Zuordnung wird automatisch entfernt</w:t>
            </w:r>
          </w:p>
        </w:tc>
      </w:tr>
      <w:tr>
        <w:tc>
          <w:tcPr>
            <w:tcW w:type="dxa" w:w="4762"/>
          </w:tcPr>
          <w:p>
            <w:pPr>
              <w:spacing w:after="0" w:line="252" w:lineRule="auto"/>
            </w:pPr>
            <w:r>
              <w:rPr>
                <w:b/>
                <w:sz w:val="17"/>
              </w:rPr>
              <w:t>Bestandsidentifizierungsattribute</w:t>
            </w:r>
            <w:r>
              <w:rPr>
                <w:sz w:val="17"/>
              </w:rPr>
              <w:t xml:space="preserve">, </w:t>
            </w:r>
            <w:r>
              <w:rPr>
                <w:b/>
                <w:sz w:val="17"/>
              </w:rPr>
              <w:t>Bestandsführungs-</w:t>
            </w:r>
            <w:r>
              <w:rPr>
                <w:sz w:val="17"/>
              </w:rPr>
              <w:t xml:space="preserve"> und </w:t>
            </w:r>
            <w:r>
              <w:rPr>
                <w:b/>
                <w:sz w:val="17"/>
              </w:rPr>
              <w:t>Warenausgangseigenschaften</w:t>
            </w:r>
          </w:p>
        </w:tc>
        <w:tc>
          <w:tcPr>
            <w:tcW w:type="dxa" w:w="4762"/>
          </w:tcPr>
          <w:p>
            <w:pPr>
              <w:spacing w:after="0" w:line="252" w:lineRule="auto"/>
            </w:pPr>
            <w:r>
              <w:rPr>
                <w:sz w:val="17"/>
              </w:rPr>
              <w:t>MHD, Produktionsdatum, Charge: nicht anwendbar, optional oder obligatorisch</w:t>
            </w:r>
          </w:p>
        </w:tc>
      </w:tr>
      <w:tr>
        <w:tc>
          <w:tcPr>
            <w:tcW w:type="dxa" w:w="4762"/>
          </w:tcPr>
          <w:p>
            <w:pPr>
              <w:spacing w:after="0" w:line="252" w:lineRule="auto"/>
            </w:pPr>
            <w:r>
              <w:rPr>
                <w:b/>
                <w:sz w:val="17"/>
              </w:rPr>
              <w:t>Bestandsgewicht anzeigen</w:t>
            </w:r>
          </w:p>
        </w:tc>
        <w:tc>
          <w:tcPr>
            <w:tcW w:type="dxa" w:w="4762"/>
          </w:tcPr>
          <w:p>
            <w:pPr>
              <w:spacing w:after="0" w:line="252" w:lineRule="auto"/>
            </w:pPr>
            <w:r>
              <w:rPr>
                <w:sz w:val="17"/>
              </w:rPr>
              <w:t xml:space="preserve">Gewicht der Ware in </w:t>
            </w:r>
            <w:r>
              <w:rPr>
                <w:b/>
                <w:sz w:val="17"/>
              </w:rPr>
              <w:t>LM002</w:t>
            </w:r>
            <w:r>
              <w:rPr>
                <w:sz w:val="17"/>
              </w:rPr>
              <w:t xml:space="preserve"> bzw. </w:t>
            </w:r>
            <w:r>
              <w:rPr>
                <w:b/>
                <w:sz w:val="17"/>
              </w:rPr>
              <w:t>LM035</w:t>
            </w:r>
            <w:r>
              <w:rPr>
                <w:sz w:val="17"/>
              </w:rPr>
              <w:t xml:space="preserve"> anzeigen</w:t>
            </w:r>
          </w:p>
        </w:tc>
      </w:tr>
      <w:tr>
        <w:tc>
          <w:tcPr>
            <w:tcW w:type="dxa" w:w="4762"/>
          </w:tcPr>
          <w:p>
            <w:pPr>
              <w:spacing w:after="0" w:line="252" w:lineRule="auto"/>
            </w:pPr>
            <w:r>
              <w:rPr>
                <w:sz w:val="17"/>
              </w:rPr>
              <w:t xml:space="preserve">Registerkarte </w:t>
            </w:r>
            <w:r>
              <w:rPr>
                <w:b/>
                <w:sz w:val="17"/>
              </w:rPr>
              <w:t>Bestandsauswahlmodus</w:t>
            </w:r>
          </w:p>
        </w:tc>
        <w:tc>
          <w:tcPr>
            <w:tcW w:type="dxa" w:w="4762"/>
          </w:tcPr>
          <w:p>
            <w:pPr>
              <w:spacing w:after="0" w:line="252" w:lineRule="auto"/>
            </w:pPr>
            <w:r>
              <w:rPr>
                <w:sz w:val="17"/>
              </w:rPr>
              <w:t xml:space="preserve">MHD- und Produktionsdatumsregeln u. a. für </w:t>
            </w:r>
            <w:r>
              <w:rPr>
                <w:b/>
                <w:sz w:val="17"/>
              </w:rPr>
              <w:t>Einlagervorgang in LM040</w:t>
            </w:r>
            <w:r>
              <w:rPr>
                <w:sz w:val="17"/>
              </w:rPr>
              <w:t xml:space="preserve">, </w:t>
            </w:r>
            <w:r>
              <w:rPr>
                <w:b/>
                <w:sz w:val="17"/>
              </w:rPr>
              <w:t>Kommissioniertätigkeit in LM040</w:t>
            </w:r>
            <w:r>
              <w:rPr>
                <w:sz w:val="17"/>
              </w:rPr>
              <w:t xml:space="preserve"> und </w:t>
            </w:r>
            <w:r>
              <w:rPr>
                <w:b/>
                <w:sz w:val="17"/>
              </w:rPr>
              <w:t>Kein Vorgang in LM040 ausgewählt</w:t>
            </w:r>
          </w:p>
        </w:tc>
      </w:tr>
      <w:tr>
        <w:tc>
          <w:tcPr>
            <w:tcW w:type="dxa" w:w="4762"/>
          </w:tcPr>
          <w:p>
            <w:pPr>
              <w:spacing w:after="0" w:line="252" w:lineRule="auto"/>
            </w:pPr>
            <w:r>
              <w:rPr>
                <w:sz w:val="17"/>
              </w:rPr>
              <w:t xml:space="preserve">Registerkarte </w:t>
            </w:r>
            <w:r>
              <w:rPr>
                <w:b/>
                <w:sz w:val="17"/>
              </w:rPr>
              <w:t>Konfiguration der Touch-Client-Benutzeroberfläche</w:t>
            </w:r>
          </w:p>
        </w:tc>
        <w:tc>
          <w:tcPr>
            <w:tcW w:type="dxa" w:w="4762"/>
          </w:tcPr>
          <w:p>
            <w:pPr>
              <w:spacing w:after="0" w:line="252" w:lineRule="auto"/>
            </w:pPr>
            <w:r>
              <w:rPr>
                <w:sz w:val="17"/>
              </w:rPr>
              <w:t xml:space="preserve">Registerkarten und Infoelemente in </w:t>
            </w:r>
            <w:r>
              <w:rPr>
                <w:b/>
                <w:sz w:val="17"/>
              </w:rPr>
              <w:t>LM002</w:t>
            </w:r>
            <w:r>
              <w:rPr>
                <w:sz w:val="17"/>
              </w:rPr>
              <w:t>/</w:t>
            </w:r>
            <w:r>
              <w:rPr>
                <w:b/>
                <w:sz w:val="17"/>
              </w:rPr>
              <w:t>LM035</w:t>
            </w:r>
            <w:r>
              <w:rPr>
                <w:sz w:val="17"/>
              </w:rPr>
              <w:t xml:space="preserve"> je Prozess (Einlagerung, Kommissionierung, Inventur, Konsolidierung)</w:t>
            </w:r>
          </w:p>
        </w:tc>
      </w:tr>
    </w:tbl>
    <w:p>
      <w:pPr>
        <w:pStyle w:val="BeschriftungSSI"/>
      </w:pPr>
      <w:r>
        <w:t>Tab. 7: Systemparameter mit Bezug zu spontanen Prozessen</w:t>
      </w:r>
    </w:p>
    <w:p>
      <w:pPr>
        <w:pStyle w:val="Quelle"/>
      </w:pPr>
      <w:r>
        <w:rPr>
          <w:b/>
        </w:rPr>
        <w:t xml:space="preserve">Quelle: </w:t>
      </w:r>
      <w:r>
        <w:rPr>
          <w:sz w:val="17"/>
        </w:rPr>
        <w:t>Administratorhandbuch 2.7, Kap. 3.1.3 (S. 15–19)</w:t>
      </w:r>
    </w:p>
    <w:p>
      <w:pPr>
        <w:pStyle w:val="Heading2"/>
      </w:pPr>
      <w:r>
        <w:t>3.6 Bestätigungsart (LM060)</w:t>
      </w:r>
    </w:p>
    <w:p>
      <w:r>
        <w:t xml:space="preserve">Im Dialog </w:t>
      </w:r>
      <w:r>
        <w:rPr>
          <w:b/>
        </w:rPr>
        <w:t>LM060 Vorgangsbestätigungszuordnung pflegen</w:t>
      </w:r>
      <w:r>
        <w:t xml:space="preserve"> legen Sie je Vorgang (Alle, Einlagerung, Kommissionierung, Inventur, Konsolidierung) und optional je Zone oder Klient fest, ob ein Vorgang am Touch-Client in einem Schritt oder in zwei Schritten bestätigt werden muss. Die 2-Schritt-Bestätigung ist für spontane Korrekturen eine wirksame Absicherung gegen Fehleingaben.</w:t>
      </w:r>
    </w:p>
    <w:p>
      <w:pPr>
        <w:pStyle w:val="Quelle"/>
      </w:pPr>
      <w:r>
        <w:rPr>
          <w:b/>
        </w:rPr>
        <w:t xml:space="preserve">Quelle: </w:t>
      </w:r>
      <w:r>
        <w:rPr>
          <w:sz w:val="17"/>
        </w:rPr>
        <w:t>Administratorhandbuch 2.7, Kap. 3.1.6 (S. 21)</w:t>
      </w:r>
    </w:p>
    <w:p>
      <w:pPr>
        <w:pStyle w:val="Heading2"/>
      </w:pPr>
      <w:r>
        <w:t>3.7 Globale Parameter</w:t>
      </w:r>
    </w:p>
    <w:p>
      <w:r>
        <w:t xml:space="preserve">Die folgenden globalen Parameter (Dialog </w:t>
      </w:r>
      <w:r>
        <w:rPr>
          <w:b/>
        </w:rPr>
        <w:t>FW028</w:t>
      </w:r>
      <w:r>
        <w:t>) beeinflussen das Arbeiten ohne Auftrag. Änderungen sollten nur in Abstimmung mit SSI SCHÄFER erfolgen.</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4555"/>
        <w:gridCol w:w="4969"/>
      </w:tblGrid>
      <w:tr>
        <w:trPr>
          <w:tblHeader w:val="true"/>
        </w:trPr>
        <w:tc>
          <w:tcPr>
            <w:tcW w:type="dxa" w:w="4555"/>
            <w:shd w:val="clear" w:color="auto" w:fill="FEEE19"/>
          </w:tcPr>
          <w:p>
            <w:pPr>
              <w:spacing w:after="0"/>
            </w:pPr>
            <w:r>
              <w:rPr>
                <w:b/>
                <w:sz w:val="17"/>
              </w:rPr>
              <w:t>Parameter</w:t>
            </w:r>
          </w:p>
        </w:tc>
        <w:tc>
          <w:tcPr>
            <w:tcW w:type="dxa" w:w="4969"/>
            <w:shd w:val="clear" w:color="auto" w:fill="FEEE19"/>
          </w:tcPr>
          <w:p>
            <w:pPr>
              <w:spacing w:after="0"/>
            </w:pPr>
            <w:r>
              <w:rPr>
                <w:b/>
                <w:sz w:val="17"/>
              </w:rPr>
              <w:t>Wirkung</w:t>
            </w:r>
          </w:p>
        </w:tc>
      </w:tr>
      <w:tr>
        <w:tc>
          <w:tcPr>
            <w:tcW w:type="dxa" w:w="4555"/>
          </w:tcPr>
          <w:p>
            <w:pPr>
              <w:spacing w:after="0" w:line="252" w:lineRule="auto"/>
            </w:pPr>
            <w:r>
              <w:rPr>
                <w:rFonts w:ascii="Consolas" w:hAnsi="Consolas" w:cs="Consolas" w:eastAsia="Consolas"/>
                <w:sz w:val="15"/>
              </w:rPr>
              <w:t>logimat.defaultDialog</w:t>
            </w:r>
          </w:p>
        </w:tc>
        <w:tc>
          <w:tcPr>
            <w:tcW w:type="dxa" w:w="4969"/>
          </w:tcPr>
          <w:p>
            <w:pPr>
              <w:spacing w:after="0" w:line="252" w:lineRule="auto"/>
            </w:pPr>
            <w:r>
              <w:rPr>
                <w:sz w:val="17"/>
              </w:rPr>
              <w:t>Startdialog nach der Anmeldung am Touch-Client</w:t>
            </w:r>
          </w:p>
        </w:tc>
      </w:tr>
      <w:tr>
        <w:tc>
          <w:tcPr>
            <w:tcW w:type="dxa" w:w="4555"/>
          </w:tcPr>
          <w:p>
            <w:pPr>
              <w:spacing w:after="0" w:line="252" w:lineRule="auto"/>
            </w:pPr>
            <w:r>
              <w:rPr>
                <w:rFonts w:ascii="Consolas" w:hAnsi="Consolas" w:cs="Consolas" w:eastAsia="Consolas"/>
                <w:sz w:val="15"/>
              </w:rPr>
              <w:t>logimat.dialogs.lm040.defaultTab</w:t>
            </w:r>
          </w:p>
        </w:tc>
        <w:tc>
          <w:tcPr>
            <w:tcW w:type="dxa" w:w="4969"/>
          </w:tcPr>
          <w:p>
            <w:pPr>
              <w:spacing w:after="0" w:line="252" w:lineRule="auto"/>
            </w:pPr>
            <w:r>
              <w:rPr>
                <w:sz w:val="17"/>
              </w:rPr>
              <w:t xml:space="preserve">Standardregisterkarte in </w:t>
            </w:r>
            <w:r>
              <w:rPr>
                <w:b/>
                <w:sz w:val="17"/>
              </w:rPr>
              <w:t>LM040</w:t>
            </w:r>
            <w:r>
              <w:rPr>
                <w:sz w:val="17"/>
              </w:rPr>
              <w:t xml:space="preserve"> (Standard: </w:t>
            </w:r>
            <w:r>
              <w:rPr>
                <w:b/>
                <w:sz w:val="17"/>
              </w:rPr>
              <w:t>Übersicht Tablare</w:t>
            </w:r>
            <w:r>
              <w:rPr>
                <w:sz w:val="17"/>
              </w:rPr>
              <w:t>)</w:t>
            </w:r>
          </w:p>
        </w:tc>
      </w:tr>
      <w:tr>
        <w:tc>
          <w:tcPr>
            <w:tcW w:type="dxa" w:w="4555"/>
          </w:tcPr>
          <w:p>
            <w:pPr>
              <w:spacing w:after="0" w:line="252" w:lineRule="auto"/>
            </w:pPr>
            <w:r>
              <w:rPr>
                <w:rFonts w:ascii="Consolas" w:hAnsi="Consolas" w:cs="Consolas" w:eastAsia="Consolas"/>
                <w:sz w:val="15"/>
              </w:rPr>
              <w:t>logimat.dialogs.lm040.trays.workingMode</w:t>
            </w:r>
          </w:p>
        </w:tc>
        <w:tc>
          <w:tcPr>
            <w:tcW w:type="dxa" w:w="4969"/>
          </w:tcPr>
          <w:p>
            <w:pPr>
              <w:spacing w:after="0" w:line="252" w:lineRule="auto"/>
            </w:pPr>
            <w:r>
              <w:rPr>
                <w:sz w:val="17"/>
              </w:rPr>
              <w:t>Suche nach Tablar (Standard) oder nach Artikel</w:t>
            </w:r>
          </w:p>
        </w:tc>
      </w:tr>
      <w:tr>
        <w:tc>
          <w:tcPr>
            <w:tcW w:type="dxa" w:w="4555"/>
          </w:tcPr>
          <w:p>
            <w:pPr>
              <w:spacing w:after="0" w:line="252" w:lineRule="auto"/>
            </w:pPr>
            <w:r>
              <w:rPr>
                <w:rFonts w:ascii="Consolas" w:hAnsi="Consolas" w:cs="Consolas" w:eastAsia="Consolas"/>
                <w:sz w:val="15"/>
              </w:rPr>
              <w:t>logimat.dialogs.lm040.trays.search.mode</w:t>
            </w:r>
          </w:p>
        </w:tc>
        <w:tc>
          <w:tcPr>
            <w:tcW w:type="dxa" w:w="4969"/>
          </w:tcPr>
          <w:p>
            <w:pPr>
              <w:spacing w:after="0" w:line="252" w:lineRule="auto"/>
            </w:pPr>
            <w:r>
              <w:rPr>
                <w:sz w:val="17"/>
              </w:rPr>
              <w:t>Standard-Suchbereich: aktueller LOGIMAT, aktuelle Zone oder alle Zonen</w:t>
            </w:r>
          </w:p>
        </w:tc>
      </w:tr>
      <w:tr>
        <w:tc>
          <w:tcPr>
            <w:tcW w:type="dxa" w:w="4555"/>
          </w:tcPr>
          <w:p>
            <w:pPr>
              <w:spacing w:after="0" w:line="252" w:lineRule="auto"/>
            </w:pPr>
            <w:r>
              <w:rPr>
                <w:rFonts w:ascii="Consolas" w:hAnsi="Consolas" w:cs="Consolas" w:eastAsia="Consolas"/>
                <w:sz w:val="15"/>
              </w:rPr>
              <w:t>logimat.dialogs.lm040.trays.sort.mode</w:t>
            </w:r>
          </w:p>
        </w:tc>
        <w:tc>
          <w:tcPr>
            <w:tcW w:type="dxa" w:w="4969"/>
          </w:tcPr>
          <w:p>
            <w:pPr>
              <w:spacing w:after="0" w:line="252" w:lineRule="auto"/>
            </w:pPr>
            <w:r>
              <w:rPr>
                <w:sz w:val="17"/>
              </w:rPr>
              <w:t>Sortierung der Tablarsuche; FIFO nur bei Suche mit Artikel und Betriebsart „Auslagern“</w:t>
            </w:r>
          </w:p>
        </w:tc>
      </w:tr>
      <w:tr>
        <w:tc>
          <w:tcPr>
            <w:tcW w:type="dxa" w:w="4555"/>
          </w:tcPr>
          <w:p>
            <w:pPr>
              <w:spacing w:after="0" w:line="252" w:lineRule="auto"/>
            </w:pPr>
            <w:r>
              <w:rPr>
                <w:rFonts w:ascii="Consolas" w:hAnsi="Consolas" w:cs="Consolas" w:eastAsia="Consolas"/>
                <w:sz w:val="15"/>
              </w:rPr>
              <w:t>logimat.send.tray.back.delay</w:t>
            </w:r>
          </w:p>
        </w:tc>
        <w:tc>
          <w:tcPr>
            <w:tcW w:type="dxa" w:w="4969"/>
          </w:tcPr>
          <w:p>
            <w:pPr>
              <w:spacing w:after="0" w:line="252" w:lineRule="auto"/>
            </w:pPr>
            <w:r>
              <w:rPr>
                <w:sz w:val="17"/>
              </w:rPr>
              <w:t>Verzögerung in Sekunden, bevor das Tablar nach dem letzten Vorgang zurückfährt</w:t>
            </w:r>
          </w:p>
        </w:tc>
      </w:tr>
      <w:tr>
        <w:tc>
          <w:tcPr>
            <w:tcW w:type="dxa" w:w="4555"/>
          </w:tcPr>
          <w:p>
            <w:pPr>
              <w:spacing w:after="0" w:line="252" w:lineRule="auto"/>
            </w:pPr>
            <w:r>
              <w:rPr>
                <w:rFonts w:ascii="Consolas" w:hAnsi="Consolas" w:cs="Consolas" w:eastAsia="Consolas"/>
                <w:sz w:val="15"/>
              </w:rPr>
              <w:t>logimat.demand.sendTrayBack</w:t>
            </w:r>
          </w:p>
        </w:tc>
        <w:tc>
          <w:tcPr>
            <w:tcW w:type="dxa" w:w="4969"/>
          </w:tcPr>
          <w:p>
            <w:pPr>
              <w:spacing w:after="0" w:line="252" w:lineRule="auto"/>
            </w:pPr>
            <w:r>
              <w:rPr>
                <w:sz w:val="17"/>
              </w:rPr>
              <w:t xml:space="preserve">Automatisches Zurückschicken; laut Handbuch </w:t>
            </w:r>
            <w:r>
              <w:rPr>
                <w:b/>
                <w:sz w:val="17"/>
              </w:rPr>
              <w:t>nicht</w:t>
            </w:r>
            <w:r>
              <w:rPr>
                <w:sz w:val="17"/>
              </w:rPr>
              <w:t xml:space="preserve"> für manuell angelegte Tablaranforderungen</w:t>
            </w:r>
          </w:p>
        </w:tc>
      </w:tr>
      <w:tr>
        <w:tc>
          <w:tcPr>
            <w:tcW w:type="dxa" w:w="4555"/>
          </w:tcPr>
          <w:p>
            <w:pPr>
              <w:spacing w:after="0" w:line="252" w:lineRule="auto"/>
            </w:pPr>
            <w:r>
              <w:rPr>
                <w:rFonts w:ascii="Consolas" w:hAnsi="Consolas" w:cs="Consolas" w:eastAsia="Consolas"/>
                <w:sz w:val="15"/>
              </w:rPr>
              <w:t>logimat.dialogs.lm002.switchDialogOnTrayLeave</w:t>
            </w:r>
          </w:p>
        </w:tc>
        <w:tc>
          <w:tcPr>
            <w:tcW w:type="dxa" w:w="4969"/>
          </w:tcPr>
          <w:p>
            <w:pPr>
              <w:spacing w:after="0" w:line="252" w:lineRule="auto"/>
            </w:pPr>
            <w:r>
              <w:rPr>
                <w:sz w:val="17"/>
              </w:rPr>
              <w:t xml:space="preserve">Wechsel zurück nach </w:t>
            </w:r>
            <w:r>
              <w:rPr>
                <w:b/>
                <w:sz w:val="17"/>
              </w:rPr>
              <w:t>LM040</w:t>
            </w:r>
            <w:r>
              <w:rPr>
                <w:sz w:val="17"/>
              </w:rPr>
              <w:t>, wenn das Tablar die Öffnung verlässt und keine weitere Anforderung aktiv wird</w:t>
            </w:r>
          </w:p>
        </w:tc>
      </w:tr>
      <w:tr>
        <w:tc>
          <w:tcPr>
            <w:tcW w:type="dxa" w:w="4555"/>
          </w:tcPr>
          <w:p>
            <w:pPr>
              <w:spacing w:after="0" w:line="252" w:lineRule="auto"/>
            </w:pPr>
            <w:r>
              <w:rPr>
                <w:rFonts w:ascii="Consolas" w:hAnsi="Consolas" w:cs="Consolas" w:eastAsia="Consolas"/>
                <w:sz w:val="15"/>
              </w:rPr>
              <w:t>logimat.dialogs.lm002.limitBoxToMaxAmountForInventory</w:t>
            </w:r>
          </w:p>
        </w:tc>
        <w:tc>
          <w:tcPr>
            <w:tcW w:type="dxa" w:w="4969"/>
          </w:tcPr>
          <w:p>
            <w:pPr>
              <w:spacing w:after="0" w:line="252" w:lineRule="auto"/>
            </w:pPr>
            <w:r>
              <w:rPr>
                <w:sz w:val="17"/>
              </w:rPr>
              <w:t>Gezählte Menge auf die maximale Boxmenge begrenzen</w:t>
            </w:r>
          </w:p>
        </w:tc>
      </w:tr>
      <w:tr>
        <w:tc>
          <w:tcPr>
            <w:tcW w:type="dxa" w:w="4555"/>
          </w:tcPr>
          <w:p>
            <w:pPr>
              <w:spacing w:after="0" w:line="252" w:lineRule="auto"/>
            </w:pPr>
            <w:r>
              <w:rPr>
                <w:rFonts w:ascii="Consolas" w:hAnsi="Consolas" w:cs="Consolas" w:eastAsia="Consolas"/>
                <w:sz w:val="15"/>
              </w:rPr>
              <w:t>logimat.dialogs.lm101.askFillReason</w:t>
            </w:r>
          </w:p>
        </w:tc>
        <w:tc>
          <w:tcPr>
            <w:tcW w:type="dxa" w:w="4969"/>
          </w:tcPr>
          <w:p>
            <w:pPr>
              <w:spacing w:after="0" w:line="252" w:lineRule="auto"/>
            </w:pPr>
            <w:r>
              <w:rPr>
                <w:sz w:val="17"/>
              </w:rPr>
              <w:t xml:space="preserve">Grund im Dialog </w:t>
            </w:r>
            <w:r>
              <w:rPr>
                <w:b/>
                <w:sz w:val="17"/>
              </w:rPr>
              <w:t>LM101</w:t>
            </w:r>
            <w:r>
              <w:rPr>
                <w:sz w:val="17"/>
              </w:rPr>
              <w:t xml:space="preserve"> Pflicht (Standard </w:t>
            </w:r>
            <w:r>
              <w:rPr>
                <w:rFonts w:ascii="Consolas" w:hAnsi="Consolas" w:cs="Consolas" w:eastAsia="Consolas"/>
                <w:sz w:val="15"/>
              </w:rPr>
              <w:t>true</w:t>
            </w:r>
            <w:r>
              <w:rPr>
                <w:sz w:val="17"/>
              </w:rPr>
              <w:t>)</w:t>
            </w:r>
          </w:p>
        </w:tc>
      </w:tr>
      <w:tr>
        <w:tc>
          <w:tcPr>
            <w:tcW w:type="dxa" w:w="4555"/>
          </w:tcPr>
          <w:p>
            <w:pPr>
              <w:spacing w:after="0" w:line="252" w:lineRule="auto"/>
            </w:pPr>
            <w:r>
              <w:rPr>
                <w:rFonts w:ascii="Consolas" w:hAnsi="Consolas" w:cs="Consolas" w:eastAsia="Consolas"/>
                <w:sz w:val="15"/>
              </w:rPr>
              <w:t>logimat.workingMode</w:t>
            </w:r>
          </w:p>
        </w:tc>
        <w:tc>
          <w:tcPr>
            <w:tcW w:type="dxa" w:w="4969"/>
          </w:tcPr>
          <w:p>
            <w:pPr>
              <w:spacing w:after="0" w:line="252" w:lineRule="auto"/>
            </w:pPr>
            <w:r>
              <w:rPr>
                <w:b/>
                <w:sz w:val="17"/>
              </w:rPr>
              <w:t>FORCE</w:t>
            </w:r>
            <w:r>
              <w:rPr>
                <w:sz w:val="17"/>
              </w:rPr>
              <w:t xml:space="preserve"> (Standard) oder </w:t>
            </w:r>
            <w:r>
              <w:rPr>
                <w:b/>
                <w:sz w:val="17"/>
              </w:rPr>
              <w:t>FREE</w:t>
            </w:r>
            <w:r>
              <w:rPr>
                <w:sz w:val="17"/>
              </w:rPr>
              <w:t xml:space="preserve"> bei Arbeit an mehreren Zugriffsöffnungen</w:t>
            </w:r>
          </w:p>
        </w:tc>
      </w:tr>
      <w:tr>
        <w:tc>
          <w:tcPr>
            <w:tcW w:type="dxa" w:w="4555"/>
          </w:tcPr>
          <w:p>
            <w:pPr>
              <w:spacing w:after="0" w:line="252" w:lineRule="auto"/>
            </w:pPr>
            <w:r>
              <w:rPr>
                <w:rFonts w:ascii="Consolas" w:hAnsi="Consolas" w:cs="Consolas" w:eastAsia="Consolas"/>
                <w:sz w:val="15"/>
              </w:rPr>
              <w:t>logimat.user.allowMultipleZones</w:t>
            </w:r>
          </w:p>
        </w:tc>
        <w:tc>
          <w:tcPr>
            <w:tcW w:type="dxa" w:w="4969"/>
          </w:tcPr>
          <w:p>
            <w:pPr>
              <w:spacing w:after="0" w:line="252" w:lineRule="auto"/>
            </w:pPr>
            <w:r>
              <w:rPr>
                <w:sz w:val="17"/>
              </w:rPr>
              <w:t>Anmeldung an LOGIMATs aus verschiedenen Zonen erlaubt</w:t>
            </w:r>
          </w:p>
        </w:tc>
      </w:tr>
      <w:tr>
        <w:tc>
          <w:tcPr>
            <w:tcW w:type="dxa" w:w="4555"/>
          </w:tcPr>
          <w:p>
            <w:pPr>
              <w:spacing w:after="0" w:line="252" w:lineRule="auto"/>
            </w:pPr>
            <w:r>
              <w:rPr>
                <w:rFonts w:ascii="Consolas" w:hAnsi="Consolas" w:cs="Consolas" w:eastAsia="Consolas"/>
                <w:sz w:val="15"/>
              </w:rPr>
              <w:t>logimat.autoGenerateLuId</w:t>
            </w:r>
          </w:p>
        </w:tc>
        <w:tc>
          <w:tcPr>
            <w:tcW w:type="dxa" w:w="4969"/>
          </w:tcPr>
          <w:p>
            <w:pPr>
              <w:spacing w:after="0" w:line="252" w:lineRule="auto"/>
            </w:pPr>
            <w:r>
              <w:rPr>
                <w:sz w:val="17"/>
              </w:rPr>
              <w:t xml:space="preserve">LE-ID und Barcode für neue Boxen automatisch erzeugen (Standard </w:t>
            </w:r>
            <w:r>
              <w:rPr>
                <w:rFonts w:ascii="Consolas" w:hAnsi="Consolas" w:cs="Consolas" w:eastAsia="Consolas"/>
                <w:sz w:val="15"/>
              </w:rPr>
              <w:t>true</w:t>
            </w:r>
            <w:r>
              <w:rPr>
                <w:sz w:val="17"/>
              </w:rPr>
              <w:t>)</w:t>
            </w:r>
          </w:p>
        </w:tc>
      </w:tr>
      <w:tr>
        <w:tc>
          <w:tcPr>
            <w:tcW w:type="dxa" w:w="4555"/>
          </w:tcPr>
          <w:p>
            <w:pPr>
              <w:spacing w:after="0" w:line="252" w:lineRule="auto"/>
            </w:pPr>
            <w:r>
              <w:rPr>
                <w:rFonts w:ascii="Consolas" w:hAnsi="Consolas" w:cs="Consolas" w:eastAsia="Consolas"/>
                <w:sz w:val="15"/>
              </w:rPr>
              <w:t>logimat.stock.enableHomogenityCheck</w:t>
            </w:r>
          </w:p>
        </w:tc>
        <w:tc>
          <w:tcPr>
            <w:tcW w:type="dxa" w:w="4969"/>
          </w:tcPr>
          <w:p>
            <w:pPr>
              <w:spacing w:after="0" w:line="252" w:lineRule="auto"/>
            </w:pPr>
            <w:r>
              <w:rPr>
                <w:sz w:val="17"/>
              </w:rPr>
              <w:t>Homogenitätsprüfung bei der Einlagerung</w:t>
            </w:r>
          </w:p>
        </w:tc>
      </w:tr>
    </w:tbl>
    <w:p>
      <w:pPr>
        <w:pStyle w:val="BeschriftungSSI"/>
      </w:pPr>
      <w:r>
        <w:t>Tab. 8: Globale Parameter (Auszug)</w:t>
      </w:r>
    </w:p>
    <w:p>
      <w:pPr>
        <w:pStyle w:val="Quelle"/>
      </w:pPr>
      <w:r>
        <w:rPr>
          <w:b/>
        </w:rPr>
        <w:t xml:space="preserve">Quelle: </w:t>
      </w:r>
      <w:r>
        <w:rPr>
          <w:sz w:val="17"/>
        </w:rPr>
        <w:t>Administratorhandbuch 2.7, Kap. 3.11.2 (S. 173–191)</w:t>
      </w:r>
    </w:p>
    <w:p>
      <w:pPr>
        <w:pStyle w:val="Heading2"/>
      </w:pPr>
      <w:r>
        <w:t>3.8 Anbindung an ein ERP- oder Hostsystem</w:t>
      </w:r>
    </w:p>
    <w:p>
      <w:r>
        <w:t xml:space="preserve">Auch wenn Sie ohne Auftrag arbeiten, informiert WAMAS ein angebundenes Fremdsystem: Nach spontaner Einlagerung, spontaner Entnahme und bei Zähldifferenzen wird eine </w:t>
      </w:r>
      <w:r>
        <w:rPr>
          <w:b/>
        </w:rPr>
        <w:t>Bestandskorrekturmeldung</w:t>
      </w:r>
      <w:r>
        <w:t xml:space="preserve"> an den Systempartner gesendet. Voraussetzung ist eine entsprechende Schnittstellenkonfiguration (Registerkarte </w:t>
      </w:r>
      <w:r>
        <w:rPr>
          <w:b/>
        </w:rPr>
        <w:t>Bestandskorrekturquittierung</w:t>
      </w:r>
      <w:r>
        <w:t xml:space="preserve"> des Systempartners). Ob Differenzen automatisch bestätigt werden, regelt die </w:t>
      </w:r>
      <w:r>
        <w:rPr>
          <w:b/>
        </w:rPr>
        <w:t>Differenznachweiszuordnung</w:t>
      </w:r>
      <w:r>
        <w:t xml:space="preserve"> (</w:t>
      </w:r>
      <w:r>
        <w:rPr>
          <w:b/>
        </w:rPr>
        <w:t>SM043</w:t>
      </w:r>
      <w:r>
        <w:t>), z. B. unterhalb einer kritischen Menge oder eines kritischen Werts.</w:t>
      </w:r>
    </w:p>
    <w:p>
      <w:pPr>
        <w:pStyle w:val="Quelle"/>
      </w:pPr>
      <w:r>
        <w:rPr>
          <w:b/>
        </w:rPr>
        <w:t xml:space="preserve">Quelle: </w:t>
      </w:r>
      <w:r>
        <w:rPr>
          <w:sz w:val="17"/>
        </w:rPr>
        <w:t>Benutzerhandbuch 2.7, Kap. 6.1.4–6.1.7 (S. 82–89); Administratorhandbuch 2.7, Kap. 3.1.9.2.1 (S. 24) und 3.5.2.9</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FF9C4"/>
            <w:tcBorders>
              <w:top w:val="nil"/>
              <w:left w:val="single" w:sz="24" w:color="E89A00" w:space="0"/>
              <w:bottom w:val="nil"/>
              <w:right w:val="nil"/>
            </w:tcBorders>
            <w:tcMar>
              <w:top w:w="80" w:type="dxa"/>
              <w:bottom w:w="80" w:type="dxa"/>
              <w:start w:w="140" w:type="dxa"/>
              <w:end w:w="140" w:type="dxa"/>
              <w:left w:w="140" w:type="dxa"/>
              <w:right w:w="140" w:type="dxa"/>
            </w:tcMar>
          </w:tcPr>
          <w:p>
            <w:pPr>
              <w:spacing w:after="40"/>
            </w:pPr>
            <w:r>
              <w:rPr>
                <w:b/>
                <w:sz w:val="19"/>
              </w:rPr>
              <w:t>Spontane Buchungen und ERP-Bestand</w:t>
            </w:r>
          </w:p>
          <w:p>
            <w:pPr>
              <w:spacing w:after="40"/>
            </w:pPr>
            <w:r>
              <w:rPr>
                <w:sz w:val="19"/>
              </w:rPr>
              <w:t>Jede spontane Buchung ändert den Bestand ohne Bezug zu einem ERP-Beleg. Stimmen Sie mit Ihrer ERP-Abteilung ab, wie Bestandskorrekturen dort verbucht werden, bevor spontane Buchungen im Tagesbetrieb freigegeben werden.</w:t>
            </w:r>
          </w:p>
        </w:tc>
      </w:tr>
    </w:tbl>
    <w:p>
      <w:pPr>
        <w:spacing w:after="40"/>
      </w:pPr>
    </w:p>
    <w:p>
      <w:pPr>
        <w:pStyle w:val="Heading1"/>
      </w:pPr>
      <w:r>
        <w:t>4 Tablar holen, senden und zurückschicken</w:t>
      </w:r>
    </w:p>
    <w:p>
      <w:pPr>
        <w:pStyle w:val="Heading2"/>
      </w:pPr>
      <w:r>
        <w:t>4.1 Tablar nach Artikel oder Bestandsattributen anfordern</w:t>
      </w:r>
    </w:p>
    <w:p>
      <w:r>
        <w:t xml:space="preserve">Voraussetzung: Sie sind am Touch-Client angemeldet, der Dialog </w:t>
      </w:r>
      <w:r>
        <w:rPr>
          <w:b/>
        </w:rPr>
        <w:t>LM040 Übersicht WAMAS L&amp;S</w:t>
      </w:r>
      <w:r>
        <w:t xml:space="preserve"> ist auf der Registerkarte </w:t>
      </w:r>
      <w:r>
        <w:rPr>
          <w:b/>
        </w:rPr>
        <w:t>Übersicht Tablare</w:t>
      </w:r>
      <w:r>
        <w:t xml:space="preserve"> geöffnet, und Sie sind berechtigt, das Tablar bzw. die Artikel anzufordern.</w:t>
      </w:r>
    </w:p>
    <w:p>
      <w:pPr>
        <w:tabs>
          <w:tab w:pos="425" w:val="left"/>
        </w:tabs>
        <w:spacing w:after="60"/>
        <w:ind w:left="425" w:hanging="425"/>
      </w:pPr>
      <w:r>
        <w:rPr>
          <w:b/>
        </w:rPr>
        <w:t>1.</w:t>
        <w:tab/>
      </w:r>
      <w:r>
        <w:t xml:space="preserve">Wählen Sie den Vorgang über ein Icon: </w:t>
      </w:r>
      <w:r>
        <w:rPr>
          <w:b/>
        </w:rPr>
        <w:t>EINLAGERN</w:t>
      </w:r>
      <w:r>
        <w:t xml:space="preserve"> (Ware einlagern), </w:t>
      </w:r>
      <w:r>
        <w:rPr>
          <w:b/>
        </w:rPr>
        <w:t>AUSLAGERN</w:t>
      </w:r>
      <w:r>
        <w:t xml:space="preserve"> (Ware kommissionieren) oder </w:t>
      </w:r>
      <w:r>
        <w:rPr>
          <w:b/>
        </w:rPr>
        <w:t>ZÄHLEN</w:t>
      </w:r>
      <w:r>
        <w:t xml:space="preserve"> (Inventur). Das Icon wird hervorgehoben.</w:t>
      </w:r>
    </w:p>
    <w:p>
      <w:pPr>
        <w:tabs>
          <w:tab w:pos="425" w:val="left"/>
        </w:tabs>
        <w:spacing w:after="60"/>
        <w:ind w:left="425" w:hanging="425"/>
      </w:pPr>
      <w:r>
        <w:rPr>
          <w:b/>
        </w:rPr>
        <w:t>2.</w:t>
        <w:tab/>
      </w:r>
      <w:r>
        <w:t xml:space="preserve">Geben Sie im Feld </w:t>
      </w:r>
      <w:r>
        <w:rPr>
          <w:b/>
        </w:rPr>
        <w:t>Artikel</w:t>
      </w:r>
      <w:r>
        <w:t xml:space="preserve"> die Artikelnummer oder die Bezeichnung ein. Ist die Eingabe nicht eindeutig, wählen Sie den Artikel in </w:t>
      </w:r>
      <w:r>
        <w:rPr>
          <w:b/>
        </w:rPr>
        <w:t>LM037 Artikel wählen</w:t>
      </w:r>
      <w:r>
        <w:t xml:space="preserve"> und tippen auf </w:t>
      </w:r>
      <w:r>
        <w:rPr>
          <w:b/>
        </w:rPr>
        <w:t>Bestätigen</w:t>
      </w:r>
      <w:r>
        <w:t>.</w:t>
      </w:r>
    </w:p>
    <w:p>
      <w:pPr>
        <w:tabs>
          <w:tab w:pos="425" w:val="left"/>
        </w:tabs>
        <w:spacing w:after="60"/>
        <w:ind w:left="425" w:hanging="425"/>
      </w:pPr>
      <w:r>
        <w:rPr>
          <w:b/>
        </w:rPr>
        <w:t>3.</w:t>
        <w:tab/>
      </w:r>
      <w:r>
        <w:t xml:space="preserve">Tippen Sie auf das Icon </w:t>
      </w:r>
      <w:r>
        <w:rPr>
          <w:b/>
        </w:rPr>
        <w:t>Suche</w:t>
      </w:r>
      <w:r>
        <w:t>.</w:t>
      </w:r>
    </w:p>
    <w:p>
      <w:pPr>
        <w:tabs>
          <w:tab w:pos="425" w:val="left"/>
        </w:tabs>
        <w:spacing w:after="60"/>
        <w:ind w:left="425" w:hanging="425"/>
      </w:pPr>
      <w:r>
        <w:rPr>
          <w:b/>
        </w:rPr>
        <w:t>4.</w:t>
        <w:tab/>
      </w:r>
      <w:r>
        <w:t>Wählen Sie die gewünschte Tablarzeile aus.</w:t>
      </w:r>
    </w:p>
    <w:p>
      <w:pPr>
        <w:tabs>
          <w:tab w:pos="425" w:val="left"/>
        </w:tabs>
        <w:spacing w:after="60"/>
        <w:ind w:left="425" w:hanging="425"/>
      </w:pPr>
      <w:r>
        <w:rPr>
          <w:b/>
        </w:rPr>
        <w:t>5.</w:t>
        <w:tab/>
      </w:r>
      <w:r>
        <w:t>Tippen Sie auf</w:t>
      </w:r>
    </w:p>
    <w:p>
      <w:pPr>
        <w:pStyle w:val="ListBullet2"/>
      </w:pPr>
      <w:r>
        <w:rPr>
          <w:b/>
        </w:rPr>
        <w:t>Tablar anfordern</w:t>
      </w:r>
      <w:r>
        <w:t>, um das Tablar sofort anzufordern und freizugeben, oder</w:t>
      </w:r>
    </w:p>
    <w:p>
      <w:pPr>
        <w:pStyle w:val="ListBullet2"/>
      </w:pPr>
      <w:r>
        <w:rPr>
          <w:b/>
        </w:rPr>
        <w:t>Tablar anfordern und neue Anforderung</w:t>
      </w:r>
      <w:r>
        <w:t>, um weitere Tablare anzufordern.</w:t>
      </w:r>
    </w:p>
    <w:p>
      <w:r>
        <w:t xml:space="preserve">Ergebnis: Bei </w:t>
      </w:r>
      <w:r>
        <w:rPr>
          <w:b/>
        </w:rPr>
        <w:t>Tablar anfordern</w:t>
      </w:r>
      <w:r>
        <w:t xml:space="preserve"> öffnet sich </w:t>
      </w:r>
      <w:r>
        <w:rPr>
          <w:b/>
        </w:rPr>
        <w:t>LM002 Ausführen von Tablarvorgängen</w:t>
      </w:r>
      <w:r>
        <w:t>. Das Tablar fährt zur Zugriffsöffnung, sobald kein anderes Tablar mit höherer Priorität ansteht. Passende Boxen werden hervorgehoben. Ist eine Artikel-zu-Box-Zuordnung vorhanden, wird beim Antippen der Box das Prozess-Icon automatisch aktiviert.</w:t>
      </w:r>
    </w:p>
    <w:p>
      <w:pPr>
        <w:pStyle w:val="Quelle"/>
      </w:pPr>
      <w:r>
        <w:rPr>
          <w:b/>
        </w:rPr>
        <w:t xml:space="preserve">Quelle: </w:t>
      </w:r>
      <w:r>
        <w:rPr>
          <w:sz w:val="17"/>
        </w:rPr>
        <w:t>Benutzerhandbuch 2.7, Kap. 6.1.1.1 (S. 77–78)</w:t>
      </w:r>
    </w:p>
    <w:p>
      <w:pPr>
        <w:pStyle w:val="Heading2"/>
      </w:pPr>
      <w:r>
        <w:t>4.2 Tablar nach Tablarnummer anfordern</w:t>
      </w:r>
    </w:p>
    <w:p>
      <w:pPr>
        <w:tabs>
          <w:tab w:pos="425" w:val="left"/>
        </w:tabs>
        <w:spacing w:after="60"/>
        <w:ind w:left="425" w:hanging="425"/>
      </w:pPr>
      <w:r>
        <w:rPr>
          <w:b/>
        </w:rPr>
        <w:t>1.</w:t>
        <w:tab/>
      </w:r>
      <w:r>
        <w:t xml:space="preserve">In </w:t>
      </w:r>
      <w:r>
        <w:rPr>
          <w:b/>
        </w:rPr>
        <w:t>LM040</w:t>
      </w:r>
      <w:r>
        <w:t xml:space="preserve">, Registerkarte </w:t>
      </w:r>
      <w:r>
        <w:rPr>
          <w:b/>
        </w:rPr>
        <w:t>Übersicht Tablare</w:t>
      </w:r>
      <w:r>
        <w:t xml:space="preserve">, die Tablar-ID im Feld </w:t>
      </w:r>
      <w:r>
        <w:rPr>
          <w:b/>
        </w:rPr>
        <w:t>Tablar</w:t>
      </w:r>
      <w:r>
        <w:t xml:space="preserve"> eingeben.</w:t>
      </w:r>
    </w:p>
    <w:p>
      <w:pPr>
        <w:tabs>
          <w:tab w:pos="425" w:val="left"/>
        </w:tabs>
        <w:spacing w:after="60"/>
        <w:ind w:left="425" w:hanging="425"/>
      </w:pPr>
      <w:r>
        <w:rPr>
          <w:b/>
        </w:rPr>
        <w:t>2.</w:t>
        <w:tab/>
      </w:r>
      <w:r>
        <w:rPr>
          <w:b/>
        </w:rPr>
        <w:t>Tablar anfordern</w:t>
      </w:r>
      <w:r>
        <w:t xml:space="preserve"> oder </w:t>
      </w:r>
      <w:r>
        <w:rPr>
          <w:b/>
        </w:rPr>
        <w:t>Tablar anfordern und neue Anforderung</w:t>
      </w:r>
      <w:r>
        <w:t xml:space="preserve"> antippen.</w:t>
      </w:r>
    </w:p>
    <w:p>
      <w:r>
        <w:t>Dieser Weg eignet sich, wenn Sie wissen, auf welchem Tablar die Ware liegt, oder wenn Sie ein leeres Tablar für eine Einlagerung holen möchten.</w:t>
      </w:r>
    </w:p>
    <w:p>
      <w:pPr>
        <w:pStyle w:val="Quelle"/>
      </w:pPr>
      <w:r>
        <w:rPr>
          <w:b/>
        </w:rPr>
        <w:t xml:space="preserve">Quelle: </w:t>
      </w:r>
      <w:r>
        <w:rPr>
          <w:sz w:val="17"/>
        </w:rPr>
        <w:t>Benutzerhandbuch 2.7, Kap. 6.1.1.2 (S. 78–79)</w:t>
      </w:r>
    </w:p>
    <w:p>
      <w:pPr>
        <w:pStyle w:val="Heading2"/>
      </w:pPr>
      <w:r>
        <w:t>4.3 Tablar aus einem anderen SSI LOGIMAT anfordern</w:t>
      </w:r>
    </w:p>
    <w:p>
      <w:pPr>
        <w:tabs>
          <w:tab w:pos="425" w:val="left"/>
        </w:tabs>
        <w:spacing w:after="60"/>
        <w:ind w:left="425" w:hanging="425"/>
      </w:pPr>
      <w:r>
        <w:rPr>
          <w:b/>
        </w:rPr>
        <w:t>1.</w:t>
        <w:tab/>
      </w:r>
      <w:r>
        <w:t xml:space="preserve">In </w:t>
      </w:r>
      <w:r>
        <w:rPr>
          <w:b/>
        </w:rPr>
        <w:t>LM040</w:t>
      </w:r>
      <w:r>
        <w:t xml:space="preserve"> das Icon </w:t>
      </w:r>
      <w:r>
        <w:rPr>
          <w:b/>
        </w:rPr>
        <w:t>Erweitert</w:t>
      </w:r>
      <w:r>
        <w:t xml:space="preserve"> antippen.</w:t>
      </w:r>
    </w:p>
    <w:p>
      <w:pPr>
        <w:tabs>
          <w:tab w:pos="425" w:val="left"/>
        </w:tabs>
        <w:spacing w:after="60"/>
        <w:ind w:left="425" w:hanging="425"/>
      </w:pPr>
      <w:r>
        <w:rPr>
          <w:b/>
        </w:rPr>
        <w:t>2.</w:t>
        <w:tab/>
      </w:r>
      <w:r>
        <w:t xml:space="preserve">Im Feld </w:t>
      </w:r>
      <w:r>
        <w:rPr>
          <w:b/>
        </w:rPr>
        <w:t>Suchmodus</w:t>
      </w:r>
      <w:r>
        <w:t xml:space="preserve"> wählen: </w:t>
      </w:r>
      <w:r>
        <w:rPr>
          <w:b/>
        </w:rPr>
        <w:t>Aktueller SSI LOGIMAT</w:t>
      </w:r>
      <w:r>
        <w:t xml:space="preserve">, </w:t>
      </w:r>
      <w:r>
        <w:rPr>
          <w:b/>
        </w:rPr>
        <w:t>Aktuelle Zone</w:t>
      </w:r>
      <w:r>
        <w:t xml:space="preserve"> (alle Lifte der Zone) oder </w:t>
      </w:r>
      <w:r>
        <w:rPr>
          <w:b/>
        </w:rPr>
        <w:t>Alle Zonen</w:t>
      </w:r>
      <w:r>
        <w:t>.</w:t>
      </w:r>
    </w:p>
    <w:p>
      <w:pPr>
        <w:tabs>
          <w:tab w:pos="425" w:val="left"/>
        </w:tabs>
        <w:spacing w:after="60"/>
        <w:ind w:left="425" w:hanging="425"/>
      </w:pPr>
      <w:r>
        <w:rPr>
          <w:b/>
        </w:rPr>
        <w:t>3.</w:t>
        <w:tab/>
      </w:r>
      <w:r>
        <w:t xml:space="preserve">Vorgang (Einlagern, Kommissionieren, Inventur) wählen, Tablar-ID oder Artikel eingeben, </w:t>
      </w:r>
      <w:r>
        <w:rPr>
          <w:b/>
        </w:rPr>
        <w:t>Suche</w:t>
      </w:r>
      <w:r>
        <w:t>.</w:t>
      </w:r>
    </w:p>
    <w:p>
      <w:pPr>
        <w:tabs>
          <w:tab w:pos="425" w:val="left"/>
        </w:tabs>
        <w:spacing w:after="60"/>
        <w:ind w:left="425" w:hanging="425"/>
      </w:pPr>
      <w:r>
        <w:rPr>
          <w:b/>
        </w:rPr>
        <w:t>4.</w:t>
        <w:tab/>
      </w:r>
      <w:r>
        <w:t xml:space="preserve">Zeile wählen und </w:t>
      </w:r>
      <w:r>
        <w:rPr>
          <w:b/>
        </w:rPr>
        <w:t>Tablar anfordern</w:t>
      </w:r>
      <w:r>
        <w:t xml:space="preserve"> bzw. </w:t>
      </w:r>
      <w:r>
        <w:rPr>
          <w:b/>
        </w:rPr>
        <w:t>Tablar anfordern und neue Anforderung</w:t>
      </w:r>
      <w:r>
        <w:t xml:space="preserve"> antippen.</w:t>
      </w:r>
    </w:p>
    <w:p>
      <w:pPr>
        <w:pStyle w:val="Quelle"/>
      </w:pPr>
      <w:r>
        <w:rPr>
          <w:b/>
        </w:rPr>
        <w:t xml:space="preserve">Quelle: </w:t>
      </w:r>
      <w:r>
        <w:rPr>
          <w:sz w:val="17"/>
        </w:rPr>
        <w:t>Benutzerhandbuch 2.7, Kap. 6.1.1.3 (S. 79–81)</w:t>
      </w:r>
    </w:p>
    <w:p>
      <w:pPr>
        <w:pStyle w:val="Heading2"/>
      </w:pPr>
      <w:r>
        <w:t>4.4 Mehrere Tablare vormerken</w:t>
      </w:r>
    </w:p>
    <w:p>
      <w:r>
        <w:t xml:space="preserve">Mit </w:t>
      </w:r>
      <w:r>
        <w:rPr>
          <w:b/>
        </w:rPr>
        <w:t>Tablar anfordern und neue Anforderung</w:t>
      </w:r>
      <w:r>
        <w:t xml:space="preserve"> bleibt </w:t>
      </w:r>
      <w:r>
        <w:rPr>
          <w:b/>
        </w:rPr>
        <w:t>LM040</w:t>
      </w:r>
      <w:r>
        <w:t xml:space="preserve"> geöffnet. Die vorgemerkten Anforderungen erscheinen auf der Registerkarte </w:t>
      </w:r>
      <w:r>
        <w:rPr>
          <w:b/>
        </w:rPr>
        <w:t>Übersicht Aufträge</w:t>
      </w:r>
      <w:r>
        <w:t xml:space="preserve"> und werden dort später freigegeben. So können Sie z. B. alle Tablare für eine Sammelentnahme nacheinander anfahren lassen.</w:t>
      </w:r>
    </w:p>
    <w:p>
      <w:pPr>
        <w:pStyle w:val="Quelle"/>
      </w:pPr>
      <w:r>
        <w:rPr>
          <w:b/>
        </w:rPr>
        <w:t xml:space="preserve">Quelle: </w:t>
      </w:r>
      <w:r>
        <w:rPr>
          <w:sz w:val="17"/>
        </w:rPr>
        <w:t>Benutzerhandbuch 2.7, Kap. 6.1.1.1–6.1.1.2 (S. 77–79)</w:t>
      </w:r>
    </w:p>
    <w:p>
      <w:pPr>
        <w:pStyle w:val="Heading2"/>
      </w:pPr>
      <w:r>
        <w:t>4.5 Tablar an eine andere Zugriffsöffnung senden</w:t>
      </w:r>
    </w:p>
    <w:p>
      <w:r>
        <w:t>Voraussetzung: Ein Tablar steht in der Zugriffsöffnung.</w:t>
      </w:r>
    </w:p>
    <w:p>
      <w:pPr>
        <w:tabs>
          <w:tab w:pos="425" w:val="left"/>
        </w:tabs>
        <w:spacing w:after="60"/>
        <w:ind w:left="425" w:hanging="425"/>
      </w:pPr>
      <w:r>
        <w:rPr>
          <w:b/>
        </w:rPr>
        <w:t>1.</w:t>
        <w:tab/>
      </w:r>
      <w:r>
        <w:t xml:space="preserve">Icon </w:t>
      </w:r>
      <w:r>
        <w:rPr>
          <w:b/>
        </w:rPr>
        <w:t>Tablar senden</w:t>
      </w:r>
      <w:r>
        <w:t xml:space="preserve"> antippen. </w:t>
      </w:r>
      <w:r>
        <w:rPr>
          <w:b/>
        </w:rPr>
        <w:t>LM101 Zugriffsöffnung auswählen</w:t>
      </w:r>
      <w:r>
        <w:t xml:space="preserve"> öffnet sich.</w:t>
      </w:r>
    </w:p>
    <w:p>
      <w:pPr>
        <w:tabs>
          <w:tab w:pos="425" w:val="left"/>
        </w:tabs>
        <w:spacing w:after="60"/>
        <w:ind w:left="425" w:hanging="425"/>
      </w:pPr>
      <w:r>
        <w:rPr>
          <w:b/>
        </w:rPr>
        <w:t>2.</w:t>
        <w:tab/>
      </w:r>
      <w:r>
        <w:t xml:space="preserve">Im Feld </w:t>
      </w:r>
      <w:r>
        <w:rPr>
          <w:b/>
        </w:rPr>
        <w:t>Verfügbare Zugriffsöffnungen</w:t>
      </w:r>
      <w:r>
        <w:t xml:space="preserve"> die Ziel-Öffnung wählen und </w:t>
      </w:r>
      <w:r>
        <w:rPr>
          <w:b/>
        </w:rPr>
        <w:t>OK</w:t>
      </w:r>
      <w:r>
        <w:t xml:space="preserve"> antippen.</w:t>
      </w:r>
    </w:p>
    <w:p>
      <w:r>
        <w:t>Ist die Ziel-Öffnung belegt, wird das Tablar zwischengelagert und später zugestellt. Nicht möglich, wenn die Zugriffsöffnung oder der SSI LOGIMAT gesperrt ist.</w:t>
      </w:r>
    </w:p>
    <w:p>
      <w:pPr>
        <w:pStyle w:val="Quelle"/>
      </w:pPr>
      <w:r>
        <w:rPr>
          <w:b/>
        </w:rPr>
        <w:t xml:space="preserve">Quelle: </w:t>
      </w:r>
      <w:r>
        <w:rPr>
          <w:sz w:val="17"/>
        </w:rPr>
        <w:t>Benutzerhandbuch 2.7, Kap. 6.1.3 (S. 81–82)</w:t>
      </w:r>
    </w:p>
    <w:p>
      <w:pPr>
        <w:pStyle w:val="Heading2"/>
      </w:pPr>
      <w:r>
        <w:t>4.6 Tablar zurückschicken</w:t>
      </w:r>
    </w:p>
    <w:p>
      <w:pPr>
        <w:tabs>
          <w:tab w:pos="425" w:val="left"/>
        </w:tabs>
        <w:spacing w:after="60"/>
        <w:ind w:left="425" w:hanging="425"/>
      </w:pPr>
      <w:r>
        <w:rPr>
          <w:b/>
        </w:rPr>
        <w:t>1.</w:t>
        <w:tab/>
      </w:r>
      <w:r>
        <w:t xml:space="preserve">In </w:t>
      </w:r>
      <w:r>
        <w:rPr>
          <w:b/>
        </w:rPr>
        <w:t>LM002</w:t>
      </w:r>
      <w:r>
        <w:t xml:space="preserve"> das Icon </w:t>
      </w:r>
      <w:r>
        <w:rPr>
          <w:b/>
        </w:rPr>
        <w:t>Tablar retournieren</w:t>
      </w:r>
      <w:r>
        <w:t xml:space="preserve"> antippen.</w:t>
      </w:r>
    </w:p>
    <w:p>
      <w:pPr>
        <w:tabs>
          <w:tab w:pos="425" w:val="left"/>
        </w:tabs>
        <w:spacing w:after="60"/>
        <w:ind w:left="425" w:hanging="425"/>
      </w:pPr>
      <w:r>
        <w:rPr>
          <w:b/>
        </w:rPr>
        <w:t>2.</w:t>
        <w:tab/>
      </w:r>
      <w:r>
        <w:t xml:space="preserve">Wenn weitere Tablaranforderungen ausstehen, öffnet sich </w:t>
      </w:r>
      <w:r>
        <w:rPr>
          <w:b/>
        </w:rPr>
        <w:t>Tablarvorgänge</w:t>
      </w:r>
      <w:r>
        <w:t xml:space="preserve">: </w:t>
      </w:r>
      <w:r>
        <w:rPr>
          <w:b/>
        </w:rPr>
        <w:t>Tablar retournieren</w:t>
      </w:r>
      <w:r>
        <w:t xml:space="preserve"> bestätigt die Rückfahrt, </w:t>
      </w:r>
      <w:r>
        <w:rPr>
          <w:b/>
        </w:rPr>
        <w:t>Stornieren</w:t>
      </w:r>
      <w:r>
        <w:t xml:space="preserve"> bricht die Rückfahrt ab und Sie arbeiten mit den Anforderungen weiter.</w:t>
      </w:r>
    </w:p>
    <w:p>
      <w:r>
        <w:t>Das Tablar kann unabhängig vom Auftragsstatus zurückgeschickt werden. Stehen weitere Anforderungen an, fährt das nächste Tablar vor.</w:t>
      </w:r>
    </w:p>
    <w:p>
      <w:pPr>
        <w:pStyle w:val="Quelle"/>
      </w:pPr>
      <w:r>
        <w:rPr>
          <w:b/>
        </w:rPr>
        <w:t xml:space="preserve">Quelle: </w:t>
      </w:r>
      <w:r>
        <w:rPr>
          <w:sz w:val="17"/>
        </w:rPr>
        <w:t>Benutzerhandbuch 2.7, Kap. 6.1.2 (S. 81)</w:t>
      </w:r>
    </w:p>
    <w:p>
      <w:pPr>
        <w:pStyle w:val="Heading2"/>
      </w:pPr>
      <w:r>
        <w:t>4.7 Tablare verwalten</w:t>
      </w:r>
    </w:p>
    <w:p>
      <w:r>
        <w:t xml:space="preserve">Im Touch-Client unter </w:t>
      </w:r>
      <w:r>
        <w:rPr>
          <w:b/>
        </w:rPr>
        <w:t>Tools</w:t>
      </w:r>
      <w:r>
        <w:t xml:space="preserve"> → </w:t>
      </w:r>
      <w:r>
        <w:rPr>
          <w:b/>
        </w:rPr>
        <w:t>LM034 Tablar verwalten</w:t>
      </w:r>
      <w:r>
        <w:t>:</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1642"/>
        <w:gridCol w:w="3941"/>
        <w:gridCol w:w="3941"/>
      </w:tblGrid>
      <w:tr>
        <w:trPr>
          <w:tblHeader w:val="true"/>
        </w:trPr>
        <w:tc>
          <w:tcPr>
            <w:tcW w:type="dxa" w:w="1642"/>
            <w:shd w:val="clear" w:color="auto" w:fill="FEEE19"/>
          </w:tcPr>
          <w:p>
            <w:pPr>
              <w:spacing w:after="0"/>
            </w:pPr>
            <w:r>
              <w:rPr>
                <w:b/>
                <w:sz w:val="17"/>
              </w:rPr>
              <w:t>Aktion</w:t>
            </w:r>
          </w:p>
        </w:tc>
        <w:tc>
          <w:tcPr>
            <w:tcW w:type="dxa" w:w="3941"/>
            <w:shd w:val="clear" w:color="auto" w:fill="FEEE19"/>
          </w:tcPr>
          <w:p>
            <w:pPr>
              <w:spacing w:after="0"/>
            </w:pPr>
            <w:r>
              <w:rPr>
                <w:b/>
                <w:sz w:val="17"/>
              </w:rPr>
              <w:t>Voraussetzungen</w:t>
            </w:r>
          </w:p>
        </w:tc>
        <w:tc>
          <w:tcPr>
            <w:tcW w:type="dxa" w:w="3941"/>
            <w:shd w:val="clear" w:color="auto" w:fill="FEEE19"/>
          </w:tcPr>
          <w:p>
            <w:pPr>
              <w:spacing w:after="0"/>
            </w:pPr>
            <w:r>
              <w:rPr>
                <w:b/>
                <w:sz w:val="17"/>
              </w:rPr>
              <w:t>Wirkung</w:t>
            </w:r>
          </w:p>
        </w:tc>
      </w:tr>
      <w:tr>
        <w:tc>
          <w:tcPr>
            <w:tcW w:type="dxa" w:w="1642"/>
          </w:tcPr>
          <w:p>
            <w:pPr>
              <w:spacing w:after="0" w:line="252" w:lineRule="auto"/>
            </w:pPr>
            <w:r>
              <w:rPr>
                <w:b/>
                <w:sz w:val="17"/>
              </w:rPr>
              <w:t>Tablar installieren</w:t>
            </w:r>
          </w:p>
        </w:tc>
        <w:tc>
          <w:tcPr>
            <w:tcW w:type="dxa" w:w="3941"/>
          </w:tcPr>
          <w:p>
            <w:pPr>
              <w:spacing w:after="0" w:line="252" w:lineRule="auto"/>
            </w:pPr>
            <w:r>
              <w:rPr>
                <w:sz w:val="17"/>
              </w:rPr>
              <w:t>Zugriffsöffnung leer, kein Auftrag offen</w:t>
            </w:r>
          </w:p>
        </w:tc>
        <w:tc>
          <w:tcPr>
            <w:tcW w:type="dxa" w:w="3941"/>
          </w:tcPr>
          <w:p>
            <w:pPr>
              <w:spacing w:after="0" w:line="252" w:lineRule="auto"/>
            </w:pPr>
            <w:r>
              <w:rPr>
                <w:sz w:val="17"/>
              </w:rPr>
              <w:t>Neues Tablar per Barcode erfassen und an die Steuerung melden</w:t>
            </w:r>
          </w:p>
        </w:tc>
      </w:tr>
      <w:tr>
        <w:tc>
          <w:tcPr>
            <w:tcW w:type="dxa" w:w="1642"/>
          </w:tcPr>
          <w:p>
            <w:pPr>
              <w:spacing w:after="0" w:line="252" w:lineRule="auto"/>
            </w:pPr>
            <w:r>
              <w:rPr>
                <w:b/>
                <w:sz w:val="17"/>
              </w:rPr>
              <w:t>Tablar entfernen</w:t>
            </w:r>
          </w:p>
        </w:tc>
        <w:tc>
          <w:tcPr>
            <w:tcW w:type="dxa" w:w="3941"/>
          </w:tcPr>
          <w:p>
            <w:pPr>
              <w:spacing w:after="0" w:line="252" w:lineRule="auto"/>
            </w:pPr>
            <w:r>
              <w:rPr>
                <w:sz w:val="17"/>
              </w:rPr>
              <w:t>Tablar in der Öffnung, keine Aufträge, kein Bestand, keine Sperre oder Einschränkung</w:t>
            </w:r>
          </w:p>
        </w:tc>
        <w:tc>
          <w:tcPr>
            <w:tcW w:type="dxa" w:w="3941"/>
          </w:tcPr>
          <w:p>
            <w:pPr>
              <w:spacing w:after="0" w:line="252" w:lineRule="auto"/>
            </w:pPr>
            <w:r>
              <w:rPr>
                <w:sz w:val="17"/>
              </w:rPr>
              <w:t>Tablar vorübergehend entnommen, Daten bleiben erhalten</w:t>
            </w:r>
          </w:p>
        </w:tc>
      </w:tr>
      <w:tr>
        <w:tc>
          <w:tcPr>
            <w:tcW w:type="dxa" w:w="1642"/>
          </w:tcPr>
          <w:p>
            <w:pPr>
              <w:spacing w:after="0" w:line="252" w:lineRule="auto"/>
            </w:pPr>
            <w:r>
              <w:rPr>
                <w:b/>
                <w:sz w:val="17"/>
              </w:rPr>
              <w:t>Tablar deinstallieren</w:t>
            </w:r>
          </w:p>
        </w:tc>
        <w:tc>
          <w:tcPr>
            <w:tcW w:type="dxa" w:w="3941"/>
          </w:tcPr>
          <w:p>
            <w:pPr>
              <w:spacing w:after="0" w:line="252" w:lineRule="auto"/>
            </w:pPr>
            <w:r>
              <w:rPr>
                <w:sz w:val="17"/>
              </w:rPr>
              <w:t>wie bei „entfernen“</w:t>
            </w:r>
          </w:p>
        </w:tc>
        <w:tc>
          <w:tcPr>
            <w:tcW w:type="dxa" w:w="3941"/>
          </w:tcPr>
          <w:p>
            <w:pPr>
              <w:spacing w:after="0" w:line="252" w:lineRule="auto"/>
            </w:pPr>
            <w:r>
              <w:rPr>
                <w:sz w:val="17"/>
              </w:rPr>
              <w:t>Tablar dauerhaft entfernt, Daten werden gelöscht</w:t>
            </w:r>
          </w:p>
        </w:tc>
      </w:tr>
    </w:tbl>
    <w:p>
      <w:pPr>
        <w:pStyle w:val="BeschriftungSSI"/>
      </w:pPr>
      <w:r>
        <w:t>Tab. 9: Tablarverwaltung</w:t>
      </w:r>
    </w:p>
    <w:p>
      <w:pPr>
        <w:pStyle w:val="Quelle"/>
      </w:pPr>
      <w:r>
        <w:rPr>
          <w:b/>
        </w:rPr>
        <w:t xml:space="preserve">Quelle: </w:t>
      </w:r>
      <w:r>
        <w:rPr>
          <w:sz w:val="17"/>
        </w:rPr>
        <w:t>Benutzerhandbuch 2.7, Kap. 6.5 (S. 143–147)</w:t>
      </w:r>
    </w:p>
    <w:p>
      <w:pPr>
        <w:pStyle w:val="Heading1"/>
      </w:pPr>
      <w:r>
        <w:t>5 Spontan einlagern</w:t>
      </w:r>
    </w:p>
    <w:p>
      <w:pPr>
        <w:pStyle w:val="Heading2"/>
      </w:pPr>
      <w:r>
        <w:t>5.1 Ware in eine zugeordnete Box einlagern</w:t>
      </w:r>
    </w:p>
    <w:p>
      <w:r>
        <w:t xml:space="preserve">Voraussetzung: </w:t>
      </w:r>
      <w:r>
        <w:rPr>
          <w:b/>
        </w:rPr>
        <w:t>LM002</w:t>
      </w:r>
      <w:r>
        <w:t xml:space="preserve"> ist geöffnet, ein Tablar steht in der Zugriffsöffnung, auf dem Tablar ist ausreichend Platz.</w:t>
      </w:r>
    </w:p>
    <w:p>
      <w:pPr>
        <w:tabs>
          <w:tab w:pos="425" w:val="left"/>
        </w:tabs>
        <w:spacing w:after="60"/>
        <w:ind w:left="425" w:hanging="425"/>
      </w:pPr>
      <w:r>
        <w:rPr>
          <w:b/>
        </w:rPr>
        <w:t>1.</w:t>
        <w:tab/>
      </w:r>
      <w:r>
        <w:t>Box auswählen. Im Hauptbereich sehen Sie, welcher Artikel in welcher Menge bereits gelagert ist.</w:t>
      </w:r>
    </w:p>
    <w:p>
      <w:pPr>
        <w:tabs>
          <w:tab w:pos="425" w:val="left"/>
        </w:tabs>
        <w:spacing w:after="60"/>
        <w:ind w:left="425" w:hanging="425"/>
      </w:pPr>
      <w:r>
        <w:rPr>
          <w:b/>
        </w:rPr>
        <w:t>2.</w:t>
        <w:tab/>
      </w:r>
      <w:r>
        <w:t xml:space="preserve">Icon </w:t>
      </w:r>
      <w:r>
        <w:rPr>
          <w:b/>
        </w:rPr>
        <w:t>Ware lagern</w:t>
      </w:r>
      <w:r>
        <w:t xml:space="preserve"> antippen. Der Eingabebereich wird aktiv.</w:t>
      </w:r>
    </w:p>
    <w:p>
      <w:pPr>
        <w:tabs>
          <w:tab w:pos="425" w:val="left"/>
        </w:tabs>
        <w:spacing w:after="60"/>
        <w:ind w:left="425" w:hanging="425"/>
      </w:pPr>
      <w:r>
        <w:rPr>
          <w:b/>
        </w:rPr>
        <w:t>3.</w:t>
        <w:tab/>
      </w:r>
      <w:r>
        <w:t xml:space="preserve">Im Feld </w:t>
      </w:r>
      <w:r>
        <w:rPr>
          <w:b/>
        </w:rPr>
        <w:t>Menge</w:t>
      </w:r>
      <w:r>
        <w:t xml:space="preserve"> die Menge über </w:t>
      </w:r>
      <w:r>
        <w:rPr>
          <w:b/>
        </w:rPr>
        <w:t>Plus (+)</w:t>
      </w:r>
      <w:r>
        <w:t>/</w:t>
      </w:r>
      <w:r>
        <w:rPr>
          <w:b/>
        </w:rPr>
        <w:t>Minus (−)</w:t>
      </w:r>
      <w:r>
        <w:t xml:space="preserve"> oder die Tastatur eingeben, ggf. die Mengeneinheit wählen. Füllgrad, Gewicht und Boxfarbe werden sofort aktualisiert.</w:t>
      </w:r>
    </w:p>
    <w:p>
      <w:pPr>
        <w:tabs>
          <w:tab w:pos="425" w:val="left"/>
        </w:tabs>
        <w:spacing w:after="60"/>
        <w:ind w:left="425" w:hanging="425"/>
      </w:pPr>
      <w:r>
        <w:rPr>
          <w:b/>
        </w:rPr>
        <w:t>4.</w:t>
        <w:tab/>
      </w:r>
      <w:r>
        <w:t>Pflichtattribute wie MHD oder Charge eingeben.</w:t>
      </w:r>
    </w:p>
    <w:p>
      <w:pPr>
        <w:tabs>
          <w:tab w:pos="425" w:val="left"/>
        </w:tabs>
        <w:spacing w:after="60"/>
        <w:ind w:left="425" w:hanging="425"/>
      </w:pPr>
      <w:r>
        <w:rPr>
          <w:b/>
        </w:rPr>
        <w:t>5.</w:t>
        <w:tab/>
      </w:r>
      <w:r>
        <w:rPr>
          <w:b/>
        </w:rPr>
        <w:t>OK</w:t>
      </w:r>
      <w:r>
        <w:t xml:space="preserve"> antippen.</w:t>
      </w:r>
    </w:p>
    <w:p>
      <w:pPr>
        <w:tabs>
          <w:tab w:pos="425" w:val="left"/>
        </w:tabs>
        <w:spacing w:after="60"/>
        <w:ind w:left="425" w:hanging="425"/>
      </w:pPr>
      <w:r>
        <w:rPr>
          <w:b/>
        </w:rPr>
        <w:t>6.</w:t>
        <w:tab/>
      </w:r>
      <w:r>
        <w:t xml:space="preserve">Wenn der Dialog </w:t>
      </w:r>
      <w:r>
        <w:rPr>
          <w:b/>
        </w:rPr>
        <w:t>LM101 Buchungsschlüssel auswählen</w:t>
      </w:r>
      <w:r>
        <w:t xml:space="preserve"> erscheint: Buchungsschlüssel wählen, im Feld </w:t>
      </w:r>
      <w:r>
        <w:rPr>
          <w:b/>
        </w:rPr>
        <w:t>Grund</w:t>
      </w:r>
      <w:r>
        <w:t xml:space="preserve"> den Grund eingeben, </w:t>
      </w:r>
      <w:r>
        <w:rPr>
          <w:b/>
        </w:rPr>
        <w:t>OK</w:t>
      </w:r>
      <w:r>
        <w:t>.</w:t>
      </w:r>
    </w:p>
    <w:p>
      <w:r>
        <w:t>Ergebnis: Die Menge ist eingelagert. Bei angebundenem Systempartner wird eine Bestandskorrekturmeldung gesendet. Typische Meldungen:</w:t>
      </w:r>
    </w:p>
    <w:p>
      <w:pPr>
        <w:pStyle w:val="ListBullet"/>
      </w:pPr>
      <w:r>
        <w:t xml:space="preserve">Zu wenig Platz in der Box: Fehlermeldung in der Statuszeile, </w:t>
      </w:r>
      <w:r>
        <w:rPr>
          <w:b/>
        </w:rPr>
        <w:t>OK</w:t>
      </w:r>
      <w:r>
        <w:t xml:space="preserve"> ist deaktiviert.</w:t>
      </w:r>
    </w:p>
    <w:p>
      <w:pPr>
        <w:pStyle w:val="ListBullet"/>
      </w:pPr>
      <w:r>
        <w:t>Box für andere Ware reserviert: WAMAS zeigt die Reservierung und die verbleibende freie Kapazität.</w:t>
      </w:r>
    </w:p>
    <w:p>
      <w:pPr>
        <w:pStyle w:val="ListBullet"/>
      </w:pPr>
      <w:r>
        <w:t xml:space="preserve">Überlast des Tablars: Mit </w:t>
      </w:r>
      <w:r>
        <w:rPr>
          <w:b/>
        </w:rPr>
        <w:t>Ja</w:t>
      </w:r>
      <w:r>
        <w:t xml:space="preserve"> bestätigen Sie trotzdem, mit </w:t>
      </w:r>
      <w:r>
        <w:rPr>
          <w:b/>
        </w:rPr>
        <w:t>Nein</w:t>
      </w:r>
      <w:r>
        <w:t xml:space="preserve"> korrigieren Sie die Eingabe.</w:t>
      </w:r>
    </w:p>
    <w:p>
      <w:pPr>
        <w:pStyle w:val="ListBullet"/>
      </w:pPr>
      <w:r>
        <w:t>Tablar oder Box wurden zwischenzeitlich eingeschränkt oder gesperrt: Fehlermeldung, die Einlagerung ist nicht möglich.</w:t>
      </w:r>
    </w:p>
    <w:p>
      <w:pPr>
        <w:pStyle w:val="Quelle"/>
      </w:pPr>
      <w:r>
        <w:rPr>
          <w:b/>
        </w:rPr>
        <w:t xml:space="preserve">Quelle: </w:t>
      </w:r>
      <w:r>
        <w:rPr>
          <w:sz w:val="17"/>
        </w:rPr>
        <w:t>Benutzerhandbuch 2.7, Kap. 6.1.4 (S. 82–83)</w:t>
      </w:r>
    </w:p>
    <w:p>
      <w:pPr>
        <w:pStyle w:val="Heading2"/>
      </w:pPr>
      <w:r>
        <w:t>5.2 Artikel ohne Box-Zuordnung einlagern</w:t>
      </w:r>
    </w:p>
    <w:p>
      <w:r>
        <w:rPr>
          <w:b/>
        </w:rPr>
        <w:t>Variante A – aus der Tablarsuche:</w:t>
      </w:r>
    </w:p>
    <w:p>
      <w:pPr>
        <w:tabs>
          <w:tab w:pos="425" w:val="left"/>
        </w:tabs>
        <w:spacing w:after="60"/>
        <w:ind w:left="425" w:hanging="425"/>
      </w:pPr>
      <w:r>
        <w:rPr>
          <w:b/>
        </w:rPr>
        <w:t>1.</w:t>
        <w:tab/>
      </w:r>
      <w:r>
        <w:t xml:space="preserve">In </w:t>
      </w:r>
      <w:r>
        <w:rPr>
          <w:b/>
        </w:rPr>
        <w:t>LM040</w:t>
      </w:r>
      <w:r>
        <w:t xml:space="preserve"> das Icon </w:t>
      </w:r>
      <w:r>
        <w:rPr>
          <w:b/>
        </w:rPr>
        <w:t>LAGERN</w:t>
      </w:r>
      <w:r>
        <w:t xml:space="preserve"> antippen und den Artikel suchen. </w:t>
      </w:r>
      <w:r>
        <w:rPr>
          <w:b/>
        </w:rPr>
        <w:t>LM012 Boxtypen zuordnen</w:t>
      </w:r>
      <w:r>
        <w:t xml:space="preserve"> öffnet sich.</w:t>
      </w:r>
    </w:p>
    <w:p>
      <w:pPr>
        <w:tabs>
          <w:tab w:pos="425" w:val="left"/>
        </w:tabs>
        <w:spacing w:after="60"/>
        <w:ind w:left="425" w:hanging="425"/>
      </w:pPr>
      <w:r>
        <w:rPr>
          <w:b/>
        </w:rPr>
        <w:t>2.</w:t>
        <w:tab/>
      </w:r>
      <w:r>
        <w:t xml:space="preserve">Boxtyp wählen und im Feld </w:t>
      </w:r>
      <w:r>
        <w:rPr>
          <w:b/>
        </w:rPr>
        <w:t>Max. Artikel in Box</w:t>
      </w:r>
      <w:r>
        <w:t xml:space="preserve"> die Menge angeben, die in die Box passt, oder </w:t>
      </w:r>
      <w:r>
        <w:rPr>
          <w:b/>
        </w:rPr>
        <w:t>Unbegrenzt</w:t>
      </w:r>
      <w:r>
        <w:t xml:space="preserve"> aktivieren.</w:t>
      </w:r>
    </w:p>
    <w:p>
      <w:pPr>
        <w:tabs>
          <w:tab w:pos="425" w:val="left"/>
        </w:tabs>
        <w:spacing w:after="60"/>
        <w:ind w:left="425" w:hanging="425"/>
      </w:pPr>
      <w:r>
        <w:rPr>
          <w:b/>
        </w:rPr>
        <w:t>3.</w:t>
        <w:tab/>
      </w:r>
      <w:r>
        <w:rPr>
          <w:b/>
        </w:rPr>
        <w:t>Speichern</w:t>
      </w:r>
      <w:r>
        <w:t xml:space="preserve">, dann </w:t>
      </w:r>
      <w:r>
        <w:rPr>
          <w:b/>
        </w:rPr>
        <w:t>Tablar anfordern</w:t>
      </w:r>
      <w:r>
        <w:t>. Weiter wie in Kapitel 5.1.</w:t>
      </w:r>
    </w:p>
    <w:p>
      <w:r>
        <w:rPr>
          <w:b/>
        </w:rPr>
        <w:t>Variante B – direkt am Tablar:</w:t>
      </w:r>
    </w:p>
    <w:p>
      <w:pPr>
        <w:tabs>
          <w:tab w:pos="425" w:val="left"/>
        </w:tabs>
        <w:spacing w:after="60"/>
        <w:ind w:left="425" w:hanging="425"/>
      </w:pPr>
      <w:r>
        <w:rPr>
          <w:b/>
        </w:rPr>
        <w:t>1.</w:t>
        <w:tab/>
      </w:r>
      <w:r>
        <w:t xml:space="preserve">In </w:t>
      </w:r>
      <w:r>
        <w:rPr>
          <w:b/>
        </w:rPr>
        <w:t>LM002</w:t>
      </w:r>
      <w:r>
        <w:t xml:space="preserve"> die Box wählen.</w:t>
      </w:r>
    </w:p>
    <w:p>
      <w:pPr>
        <w:tabs>
          <w:tab w:pos="425" w:val="left"/>
        </w:tabs>
        <w:spacing w:after="60"/>
        <w:ind w:left="425" w:hanging="425"/>
      </w:pPr>
      <w:r>
        <w:rPr>
          <w:b/>
        </w:rPr>
        <w:t>2.</w:t>
        <w:tab/>
      </w:r>
      <w:r>
        <w:t xml:space="preserve">Artikel im Feld </w:t>
      </w:r>
      <w:r>
        <w:rPr>
          <w:b/>
        </w:rPr>
        <w:t>Artikel</w:t>
      </w:r>
      <w:r>
        <w:t xml:space="preserve"> suchen (oder </w:t>
      </w:r>
      <w:r>
        <w:rPr>
          <w:b/>
        </w:rPr>
        <w:t>Suche</w:t>
      </w:r>
      <w:r>
        <w:t xml:space="preserve"> für alle Artikel) und auswählen.</w:t>
      </w:r>
    </w:p>
    <w:p>
      <w:pPr>
        <w:tabs>
          <w:tab w:pos="425" w:val="left"/>
        </w:tabs>
        <w:spacing w:after="60"/>
        <w:ind w:left="425" w:hanging="425"/>
      </w:pPr>
      <w:r>
        <w:rPr>
          <w:b/>
        </w:rPr>
        <w:t>3.</w:t>
        <w:tab/>
      </w:r>
      <w:r>
        <w:t xml:space="preserve">Bei Bedarf </w:t>
      </w:r>
      <w:r>
        <w:rPr>
          <w:b/>
        </w:rPr>
        <w:t># Basismengeneinheiten (max.)</w:t>
      </w:r>
      <w:r>
        <w:t xml:space="preserve"> anpassen oder das Unendlichzeichen antippen.</w:t>
      </w:r>
    </w:p>
    <w:p>
      <w:pPr>
        <w:tabs>
          <w:tab w:pos="425" w:val="left"/>
        </w:tabs>
        <w:spacing w:after="60"/>
        <w:ind w:left="425" w:hanging="425"/>
      </w:pPr>
      <w:r>
        <w:rPr>
          <w:b/>
        </w:rPr>
        <w:t>4.</w:t>
        <w:tab/>
      </w:r>
      <w:r>
        <w:t xml:space="preserve">Für weitere Artikel in derselben Box </w:t>
      </w:r>
      <w:r>
        <w:rPr>
          <w:b/>
        </w:rPr>
        <w:t>Verpackungsversion zuordnen (+)</w:t>
      </w:r>
      <w:r>
        <w:t>.</w:t>
      </w:r>
    </w:p>
    <w:p>
      <w:pPr>
        <w:tabs>
          <w:tab w:pos="425" w:val="left"/>
        </w:tabs>
        <w:spacing w:after="60"/>
        <w:ind w:left="425" w:hanging="425"/>
      </w:pPr>
      <w:r>
        <w:rPr>
          <w:b/>
        </w:rPr>
        <w:t>5.</w:t>
        <w:tab/>
      </w:r>
      <w:r>
        <w:rPr>
          <w:b/>
        </w:rPr>
        <w:t>Artikelzuordnung bestätigen</w:t>
      </w:r>
      <w:r>
        <w:t xml:space="preserve"> antippen. Danach wie in Kapitel 5.1 einlagern.</w:t>
      </w:r>
    </w:p>
    <w:p>
      <w:pPr>
        <w:pStyle w:val="Quelle"/>
      </w:pPr>
      <w:r>
        <w:rPr>
          <w:b/>
        </w:rPr>
        <w:t xml:space="preserve">Quelle: </w:t>
      </w:r>
      <w:r>
        <w:rPr>
          <w:sz w:val="17"/>
        </w:rPr>
        <w:t>Benutzerhandbuch 2.7, Kap. 6.1.4 Tab. 14 (S. 83–84) und 5.6.1 (S. 74)</w:t>
      </w:r>
    </w:p>
    <w:p>
      <w:pPr>
        <w:pStyle w:val="Heading2"/>
      </w:pPr>
      <w:r>
        <w:t>5.3 Neuen Artikel spontan anlegen</w:t>
      </w:r>
    </w:p>
    <w:p>
      <w:r>
        <w:t>Fehlt der Artikel in WAMAS, kann er während der Box-Zuordnung angelegt werden:</w:t>
      </w:r>
    </w:p>
    <w:p>
      <w:pPr>
        <w:tabs>
          <w:tab w:pos="425" w:val="left"/>
        </w:tabs>
        <w:spacing w:after="60"/>
        <w:ind w:left="425" w:hanging="425"/>
      </w:pPr>
      <w:r>
        <w:rPr>
          <w:b/>
        </w:rPr>
        <w:t>1.</w:t>
        <w:tab/>
      </w:r>
      <w:r>
        <w:t xml:space="preserve">In der Artikelsuche das Icon </w:t>
      </w:r>
      <w:r>
        <w:rPr>
          <w:b/>
        </w:rPr>
        <w:t>Artikel anlegen</w:t>
      </w:r>
      <w:r>
        <w:t xml:space="preserve"> antippen. </w:t>
      </w:r>
      <w:r>
        <w:rPr>
          <w:b/>
        </w:rPr>
        <w:t>LM041 Neuen Artikel anlegen</w:t>
      </w:r>
      <w:r>
        <w:t xml:space="preserve"> öffnet sich.</w:t>
      </w:r>
    </w:p>
    <w:p>
      <w:pPr>
        <w:tabs>
          <w:tab w:pos="425" w:val="left"/>
        </w:tabs>
        <w:spacing w:after="60"/>
        <w:ind w:left="425" w:hanging="425"/>
      </w:pPr>
      <w:r>
        <w:rPr>
          <w:b/>
        </w:rPr>
        <w:t>2.</w:t>
        <w:tab/>
      </w:r>
      <w:r>
        <w:rPr>
          <w:b/>
        </w:rPr>
        <w:t>Artikelnummer</w:t>
      </w:r>
      <w:r>
        <w:t xml:space="preserve">, </w:t>
      </w:r>
      <w:r>
        <w:rPr>
          <w:b/>
        </w:rPr>
        <w:t>Basismengeneinheit</w:t>
      </w:r>
      <w:r>
        <w:t xml:space="preserve">, ggf. </w:t>
      </w:r>
      <w:r>
        <w:rPr>
          <w:b/>
        </w:rPr>
        <w:t>Großer Artikel</w:t>
      </w:r>
      <w:r>
        <w:t xml:space="preserve">, </w:t>
      </w:r>
      <w:r>
        <w:rPr>
          <w:b/>
        </w:rPr>
        <w:t>Bruttogewicht</w:t>
      </w:r>
      <w:r>
        <w:t xml:space="preserve"> sowie </w:t>
      </w:r>
      <w:r>
        <w:rPr>
          <w:b/>
        </w:rPr>
        <w:t>Länge</w:t>
      </w:r>
      <w:r>
        <w:t xml:space="preserve">, </w:t>
      </w:r>
      <w:r>
        <w:rPr>
          <w:b/>
        </w:rPr>
        <w:t>Breite</w:t>
      </w:r>
      <w:r>
        <w:t xml:space="preserve">, </w:t>
      </w:r>
      <w:r>
        <w:rPr>
          <w:b/>
        </w:rPr>
        <w:t>Höhe</w:t>
      </w:r>
      <w:r>
        <w:t xml:space="preserve"> eingeben.</w:t>
      </w:r>
    </w:p>
    <w:p>
      <w:pPr>
        <w:tabs>
          <w:tab w:pos="425" w:val="left"/>
        </w:tabs>
        <w:spacing w:after="60"/>
        <w:ind w:left="425" w:hanging="425"/>
      </w:pPr>
      <w:r>
        <w:rPr>
          <w:b/>
        </w:rPr>
        <w:t>3.</w:t>
        <w:tab/>
      </w:r>
      <w:r>
        <w:t xml:space="preserve">Über </w:t>
      </w:r>
      <w:r>
        <w:rPr>
          <w:b/>
        </w:rPr>
        <w:t>Mehr</w:t>
      </w:r>
      <w:r>
        <w:t xml:space="preserve"> weitere Daten in </w:t>
      </w:r>
      <w:r>
        <w:rPr>
          <w:b/>
        </w:rPr>
        <w:t>LM011 Artikel pflegen</w:t>
      </w:r>
      <w:r>
        <w:t xml:space="preserve"> ergänzen oder direkt </w:t>
      </w:r>
      <w:r>
        <w:rPr>
          <w:b/>
        </w:rPr>
        <w:t>Speichern</w:t>
      </w:r>
      <w:r>
        <w:t>.</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FF9C4"/>
            <w:tcBorders>
              <w:top w:val="nil"/>
              <w:left w:val="single" w:sz="24" w:color="E89A00" w:space="0"/>
              <w:bottom w:val="nil"/>
              <w:right w:val="nil"/>
            </w:tcBorders>
            <w:tcMar>
              <w:top w:w="80" w:type="dxa"/>
              <w:bottom w:w="80" w:type="dxa"/>
              <w:start w:w="140" w:type="dxa"/>
              <w:end w:w="140" w:type="dxa"/>
              <w:left w:w="140" w:type="dxa"/>
              <w:right w:w="140" w:type="dxa"/>
            </w:tcMar>
          </w:tcPr>
          <w:p>
            <w:pPr>
              <w:spacing w:after="40"/>
            </w:pPr>
            <w:r>
              <w:rPr>
                <w:b/>
                <w:sz w:val="19"/>
              </w:rPr>
              <w:t>Artikel mit ERP-Anbindung</w:t>
            </w:r>
          </w:p>
          <w:p>
            <w:pPr>
              <w:spacing w:after="40"/>
            </w:pPr>
            <w:r>
              <w:rPr>
                <w:sz w:val="19"/>
              </w:rPr>
              <w:t>Wenn Artikelstammdaten normalerweise aus dem ERP kommen, sollten am Touch-Client keine Artikel spontan angelegt werden. Sonst entstehen Artikel, die das ERP nicht kennt, und spätere Stammdatentelegramme können abweichen.</w:t>
            </w:r>
          </w:p>
        </w:tc>
      </w:tr>
    </w:tbl>
    <w:p>
      <w:pPr>
        <w:spacing w:after="40"/>
      </w:pPr>
    </w:p>
    <w:p>
      <w:pPr>
        <w:pStyle w:val="Quelle"/>
      </w:pPr>
      <w:r>
        <w:rPr>
          <w:b/>
        </w:rPr>
        <w:t xml:space="preserve">Quelle: </w:t>
      </w:r>
      <w:r>
        <w:rPr>
          <w:sz w:val="17"/>
        </w:rPr>
        <w:t>Benutzerhandbuch 2.7, Kap. 5.6.1 (S. 74)</w:t>
      </w:r>
    </w:p>
    <w:p>
      <w:pPr>
        <w:pStyle w:val="Heading2"/>
      </w:pPr>
      <w:r>
        <w:t>5.4 Große Artikel ohne Box einlagern</w:t>
      </w:r>
    </w:p>
    <w:p>
      <w:pPr>
        <w:tabs>
          <w:tab w:pos="425" w:val="left"/>
        </w:tabs>
        <w:spacing w:after="60"/>
        <w:ind w:left="425" w:hanging="425"/>
      </w:pPr>
      <w:r>
        <w:rPr>
          <w:b/>
        </w:rPr>
        <w:t>1.</w:t>
        <w:tab/>
      </w:r>
      <w:r>
        <w:t xml:space="preserve">In </w:t>
      </w:r>
      <w:r>
        <w:rPr>
          <w:b/>
        </w:rPr>
        <w:t>LM002</w:t>
      </w:r>
      <w:r>
        <w:t xml:space="preserve"> das Icon </w:t>
      </w:r>
      <w:r>
        <w:rPr>
          <w:b/>
        </w:rPr>
        <w:t>Großen Artikel einlagern</w:t>
      </w:r>
      <w:r>
        <w:t xml:space="preserve"> antippen. </w:t>
      </w:r>
      <w:r>
        <w:rPr>
          <w:b/>
        </w:rPr>
        <w:t>LM133 Großen Artikel auswählen</w:t>
      </w:r>
      <w:r>
        <w:t xml:space="preserve"> öffnet sich.</w:t>
      </w:r>
    </w:p>
    <w:p>
      <w:pPr>
        <w:tabs>
          <w:tab w:pos="425" w:val="left"/>
        </w:tabs>
        <w:spacing w:after="60"/>
        <w:ind w:left="425" w:hanging="425"/>
      </w:pPr>
      <w:r>
        <w:rPr>
          <w:b/>
        </w:rPr>
        <w:t>2.</w:t>
        <w:tab/>
      </w:r>
      <w:r>
        <w:t xml:space="preserve">Vorhandenen Artikel wählen und </w:t>
      </w:r>
      <w:r>
        <w:rPr>
          <w:b/>
        </w:rPr>
        <w:t>Speichern</w:t>
      </w:r>
      <w:r>
        <w:t xml:space="preserve">, oder über </w:t>
      </w:r>
      <w:r>
        <w:rPr>
          <w:b/>
        </w:rPr>
        <w:t>Neuer Artikel</w:t>
      </w:r>
      <w:r>
        <w:t xml:space="preserve"> in </w:t>
      </w:r>
      <w:r>
        <w:rPr>
          <w:b/>
        </w:rPr>
        <w:t>LM041</w:t>
      </w:r>
      <w:r>
        <w:t xml:space="preserve"> anlegen.</w:t>
      </w:r>
    </w:p>
    <w:p>
      <w:pPr>
        <w:tabs>
          <w:tab w:pos="425" w:val="left"/>
        </w:tabs>
        <w:spacing w:after="60"/>
        <w:ind w:left="425" w:hanging="425"/>
      </w:pPr>
      <w:r>
        <w:rPr>
          <w:b/>
        </w:rPr>
        <w:t>3.</w:t>
        <w:tab/>
      </w:r>
      <w:r>
        <w:rPr>
          <w:b/>
        </w:rPr>
        <w:t>OK</w:t>
      </w:r>
      <w:r>
        <w:t xml:space="preserve"> antippen. WAMAS reserviert anhand der Abmessungen einen passenden Platz und zeigt das Tablarlayout.</w:t>
      </w:r>
    </w:p>
    <w:p>
      <w:r>
        <w:t>Große Artikel können nicht an externen Lagerplätzen eingelagert werden.</w:t>
      </w:r>
    </w:p>
    <w:p>
      <w:pPr>
        <w:pStyle w:val="Quelle"/>
      </w:pPr>
      <w:r>
        <w:rPr>
          <w:b/>
        </w:rPr>
        <w:t xml:space="preserve">Quelle: </w:t>
      </w:r>
      <w:r>
        <w:rPr>
          <w:sz w:val="17"/>
        </w:rPr>
        <w:t>Benutzerhandbuch 2.7, Kap. 6.1.4.1 (S. 84)</w:t>
      </w:r>
    </w:p>
    <w:p>
      <w:pPr>
        <w:pStyle w:val="Heading2"/>
      </w:pPr>
      <w:r>
        <w:t>5.5 Mit Waage einlagern</w:t>
      </w:r>
    </w:p>
    <w:p>
      <w:r>
        <w:t xml:space="preserve">Ist der Zugriffsöffnung eine Waage zugeordnet, tippen Sie nach Schritt 3 in Kapitel 5.1 auf </w:t>
      </w:r>
      <w:r>
        <w:rPr>
          <w:b/>
        </w:rPr>
        <w:t>Waagenvorgänge anzeigen</w:t>
      </w:r>
      <w:r>
        <w:t xml:space="preserve">. </w:t>
      </w:r>
      <w:r>
        <w:rPr>
          <w:b/>
        </w:rPr>
        <w:t>LM138</w:t>
      </w:r>
      <w:r>
        <w:t xml:space="preserve"> zeigt Gewicht und umgerechnete Menge auf Basis der Artikelstammdaten. Mit </w:t>
      </w:r>
      <w:r>
        <w:rPr>
          <w:b/>
        </w:rPr>
        <w:t>Speichern</w:t>
      </w:r>
      <w:r>
        <w:t xml:space="preserve"> wird die Menge übernommen. Fehlen die Gewichtsdaten, öffnet sich </w:t>
      </w:r>
      <w:r>
        <w:rPr>
          <w:b/>
        </w:rPr>
        <w:t>LM138</w:t>
      </w:r>
      <w:r>
        <w:t xml:space="preserve"> im Konfigurationsmodus: Ware auflegen, Mengeneinheit eingeben; der Wert wird in den Artikelstammdaten gespeichert.</w:t>
      </w:r>
    </w:p>
    <w:p>
      <w:pPr>
        <w:pStyle w:val="Quelle"/>
      </w:pPr>
      <w:r>
        <w:rPr>
          <w:b/>
        </w:rPr>
        <w:t xml:space="preserve">Quelle: </w:t>
      </w:r>
      <w:r>
        <w:rPr>
          <w:sz w:val="17"/>
        </w:rPr>
        <w:t>Benutzerhandbuch 2.7, Kap. 6.1.4 (S. 82–83)</w:t>
      </w:r>
    </w:p>
    <w:p>
      <w:pPr>
        <w:pStyle w:val="Heading2"/>
      </w:pPr>
      <w:r>
        <w:t>5.6 Auffüllen, Nachschub und Rücklagerung</w:t>
      </w:r>
    </w:p>
    <w:p>
      <w:pPr>
        <w:pStyle w:val="ListBullet"/>
      </w:pPr>
      <w:r>
        <w:rPr>
          <w:b/>
        </w:rPr>
        <w:t>Box nachfüllen oder Restmenge zurücklagern:</w:t>
      </w:r>
      <w:r>
        <w:t xml:space="preserve"> wie Kapitel 5.1 in eine Box mit vorhandener Zuordnung einlagern. Wählen Sie bei der Tablaranforderung </w:t>
      </w:r>
      <w:r>
        <w:rPr>
          <w:b/>
        </w:rPr>
        <w:t>EINLAGERN</w:t>
      </w:r>
      <w:r>
        <w:t xml:space="preserve"> und den Artikel, damit passende Boxen hervorgehoben werden.</w:t>
      </w:r>
    </w:p>
    <w:p>
      <w:pPr>
        <w:pStyle w:val="ListBullet"/>
      </w:pPr>
      <w:r>
        <w:rPr>
          <w:b/>
        </w:rPr>
        <w:t>Geplante Auffüllung mit mehreren Positionen:</w:t>
      </w:r>
      <w:r>
        <w:t xml:space="preserve"> Einlagerbedarf selbst anlegen (Kapitel 9.1). WAMAS reserviert dann die Boxen nach der Lagerreservierungsstrategie des Einlagerbedarfstyps.</w:t>
      </w:r>
    </w:p>
    <w:p>
      <w:pPr>
        <w:pStyle w:val="ListBullet"/>
      </w:pPr>
      <w:r>
        <w:rPr>
          <w:b/>
        </w:rPr>
        <w:t>Version 2.7:</w:t>
      </w:r>
      <w:r>
        <w:t xml:space="preserve"> Ein eigener Nachschubauftrag zwischen externen Plätzen und SSI LOGIMAT ist nicht vorhanden.</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FF9C4"/>
            <w:tcBorders>
              <w:top w:val="nil"/>
              <w:left w:val="single" w:sz="24" w:color="FEEE19" w:space="0"/>
              <w:bottom w:val="nil"/>
              <w:right w:val="nil"/>
            </w:tcBorders>
            <w:tcMar>
              <w:top w:w="80" w:type="dxa"/>
              <w:bottom w:w="80" w:type="dxa"/>
              <w:start w:w="140" w:type="dxa"/>
              <w:end w:w="140" w:type="dxa"/>
              <w:left w:w="140" w:type="dxa"/>
              <w:right w:w="140" w:type="dxa"/>
            </w:tcMar>
          </w:tcPr>
          <w:p>
            <w:pPr>
              <w:spacing w:after="40"/>
            </w:pPr>
            <w:r>
              <w:rPr>
                <w:b/>
                <w:sz w:val="19"/>
              </w:rPr>
              <w:t>Neu in 2.8: Nachschubaufträge</w:t>
            </w:r>
          </w:p>
          <w:p>
            <w:pPr>
              <w:spacing w:after="40"/>
            </w:pPr>
            <w:r>
              <w:rPr>
                <w:sz w:val="19"/>
              </w:rPr>
              <w:t>In 2.8 legt eine Nachschubkonfiguration (</w:t>
            </w:r>
            <w:r>
              <w:rPr>
                <w:b/>
                <w:sz w:val="19"/>
              </w:rPr>
              <w:t>LM175</w:t>
            </w:r>
            <w:r>
              <w:rPr>
                <w:sz w:val="19"/>
              </w:rPr>
              <w:t xml:space="preserve">, mit Quell- und Zielzone, Minimum, Maximum, Kommissionier- und Einlagerbedarfstyp) Nachschubaufträge an, entweder manuell am Desktop per Kontextmenü </w:t>
            </w:r>
            <w:r>
              <w:rPr>
                <w:b/>
                <w:sz w:val="19"/>
              </w:rPr>
              <w:t>Create Replenishment Order</w:t>
            </w:r>
            <w:r>
              <w:rPr>
                <w:sz w:val="19"/>
              </w:rPr>
              <w:t xml:space="preserve"> oder automatisch per Job. Der Nachschub läuft über einen Kommissionierbedarf an der Quelle und einen Einlagerbedarf am Ziel; die Aufträge werden in </w:t>
            </w:r>
            <w:r>
              <w:rPr>
                <w:b/>
                <w:sz w:val="19"/>
              </w:rPr>
              <w:t>LM170</w:t>
            </w:r>
            <w:r>
              <w:rPr>
                <w:sz w:val="19"/>
              </w:rPr>
              <w:t xml:space="preserve"> angezeigt.</w:t>
            </w:r>
          </w:p>
        </w:tc>
      </w:tr>
    </w:tbl>
    <w:p>
      <w:pPr>
        <w:spacing w:after="40"/>
      </w:pPr>
    </w:p>
    <w:p>
      <w:pPr>
        <w:pStyle w:val="Quelle"/>
      </w:pPr>
      <w:r>
        <w:rPr>
          <w:b/>
        </w:rPr>
        <w:t xml:space="preserve">Quelle: </w:t>
      </w:r>
      <w:r>
        <w:rPr>
          <w:sz w:val="17"/>
        </w:rPr>
        <w:t>Benutzerhandbuch 2.7, Kap. 6.1.4 und 6.2.1; User Manual 2.8, Kap. 6.2.4 (S. 104); Administrator Manual 2.8, Kap. 3.1.11 (S. 25)</w:t>
      </w:r>
    </w:p>
    <w:p>
      <w:pPr>
        <w:pStyle w:val="Heading1"/>
      </w:pPr>
      <w:r>
        <w:t>6 Spontan auslagern (Ad-hoc-Kommissionierung)</w:t>
      </w:r>
    </w:p>
    <w:p>
      <w:pPr>
        <w:pStyle w:val="Heading2"/>
      </w:pPr>
      <w:r>
        <w:t>6.1 Ware aus einer Box entnehmen</w:t>
      </w:r>
    </w:p>
    <w:p>
      <w:r>
        <w:t xml:space="preserve">Voraussetzung: </w:t>
      </w:r>
      <w:r>
        <w:rPr>
          <w:b/>
        </w:rPr>
        <w:t>LM002</w:t>
      </w:r>
      <w:r>
        <w:t xml:space="preserve"> ist geöffnet, ein Tablar steht in der Zugriffsöffnung.</w:t>
      </w:r>
    </w:p>
    <w:p>
      <w:pPr>
        <w:tabs>
          <w:tab w:pos="425" w:val="left"/>
        </w:tabs>
        <w:spacing w:after="60"/>
        <w:ind w:left="425" w:hanging="425"/>
      </w:pPr>
      <w:r>
        <w:rPr>
          <w:b/>
        </w:rPr>
        <w:t>1.</w:t>
        <w:tab/>
      </w:r>
      <w:r>
        <w:t>Box auswählen, aus der entnommen wird.</w:t>
      </w:r>
    </w:p>
    <w:p>
      <w:pPr>
        <w:tabs>
          <w:tab w:pos="425" w:val="left"/>
        </w:tabs>
        <w:spacing w:after="60"/>
        <w:ind w:left="425" w:hanging="425"/>
      </w:pPr>
      <w:r>
        <w:rPr>
          <w:b/>
        </w:rPr>
        <w:t>2.</w:t>
        <w:tab/>
      </w:r>
      <w:r>
        <w:t xml:space="preserve">Icon </w:t>
      </w:r>
      <w:r>
        <w:rPr>
          <w:b/>
        </w:rPr>
        <w:t>Ware kommissionieren</w:t>
      </w:r>
      <w:r>
        <w:t xml:space="preserve"> antippen.</w:t>
      </w:r>
    </w:p>
    <w:p>
      <w:pPr>
        <w:tabs>
          <w:tab w:pos="425" w:val="left"/>
        </w:tabs>
        <w:spacing w:after="60"/>
        <w:ind w:left="425" w:hanging="425"/>
      </w:pPr>
      <w:r>
        <w:rPr>
          <w:b/>
        </w:rPr>
        <w:t>3.</w:t>
        <w:tab/>
      </w:r>
      <w:r>
        <w:t xml:space="preserve">Im Feld </w:t>
      </w:r>
      <w:r>
        <w:rPr>
          <w:b/>
        </w:rPr>
        <w:t>Menge</w:t>
      </w:r>
      <w:r>
        <w:t xml:space="preserve"> die Entnahmemenge eingeben, ggf. Mengeneinheit wählen (oder über </w:t>
      </w:r>
      <w:r>
        <w:rPr>
          <w:b/>
        </w:rPr>
        <w:t>Waagenvorgänge anzeigen</w:t>
      </w:r>
      <w:r>
        <w:t>, siehe Kapitel 5.5).</w:t>
      </w:r>
    </w:p>
    <w:p>
      <w:pPr>
        <w:tabs>
          <w:tab w:pos="425" w:val="left"/>
        </w:tabs>
        <w:spacing w:after="60"/>
        <w:ind w:left="425" w:hanging="425"/>
      </w:pPr>
      <w:r>
        <w:rPr>
          <w:b/>
        </w:rPr>
        <w:t>4.</w:t>
        <w:tab/>
      </w:r>
      <w:r>
        <w:t>Erforderliche Attribute wie MHD oder Charge eingeben.</w:t>
      </w:r>
    </w:p>
    <w:p>
      <w:pPr>
        <w:tabs>
          <w:tab w:pos="425" w:val="left"/>
        </w:tabs>
        <w:spacing w:after="60"/>
        <w:ind w:left="425" w:hanging="425"/>
      </w:pPr>
      <w:r>
        <w:rPr>
          <w:b/>
        </w:rPr>
        <w:t>5.</w:t>
        <w:tab/>
      </w:r>
      <w:r>
        <w:rPr>
          <w:b/>
        </w:rPr>
        <w:t>OK</w:t>
      </w:r>
      <w:r>
        <w:t xml:space="preserve"> antippen.</w:t>
      </w:r>
    </w:p>
    <w:p>
      <w:pPr>
        <w:tabs>
          <w:tab w:pos="425" w:val="left"/>
        </w:tabs>
        <w:spacing w:after="60"/>
        <w:ind w:left="425" w:hanging="425"/>
      </w:pPr>
      <w:r>
        <w:rPr>
          <w:b/>
        </w:rPr>
        <w:t>6.</w:t>
        <w:tab/>
      </w:r>
      <w:r>
        <w:t xml:space="preserve">Falls </w:t>
      </w:r>
      <w:r>
        <w:rPr>
          <w:b/>
        </w:rPr>
        <w:t>LM101 Buchungsschlüssel auswählen</w:t>
      </w:r>
      <w:r>
        <w:t xml:space="preserve"> erscheint: Schlüssel und Grund eingeben, </w:t>
      </w:r>
      <w:r>
        <w:rPr>
          <w:b/>
        </w:rPr>
        <w:t>OK</w:t>
      </w:r>
      <w:r>
        <w:t>.</w:t>
      </w:r>
    </w:p>
    <w:p>
      <w:r>
        <w:t>Ergebnis: Die Menge ist ausgebucht. Bei angebundenem Systempartner wird eine Bestandskorrekturmeldung gesendet. Typische Meldungen:</w:t>
      </w:r>
    </w:p>
    <w:p>
      <w:pPr>
        <w:pStyle w:val="ListBullet"/>
      </w:pPr>
      <w:r>
        <w:t xml:space="preserve">Menge größer als verfügbar: Fehlermeldung, </w:t>
      </w:r>
      <w:r>
        <w:rPr>
          <w:b/>
        </w:rPr>
        <w:t>OK</w:t>
      </w:r>
      <w:r>
        <w:t xml:space="preserve"> ist deaktiviert.</w:t>
      </w:r>
    </w:p>
    <w:p>
      <w:pPr>
        <w:pStyle w:val="ListBullet"/>
      </w:pPr>
      <w:r>
        <w:t>Ware für andere Vorgänge reserviert: WAMAS zeigt die verbleibende verfügbare Menge.</w:t>
      </w:r>
    </w:p>
    <w:p>
      <w:pPr>
        <w:pStyle w:val="ListBullet"/>
      </w:pPr>
      <w:r>
        <w:t>Tablar oder Box zwischenzeitlich eingeschränkt oder gesperrt: Fehlermeldung.</w:t>
      </w:r>
    </w:p>
    <w:p>
      <w:pPr>
        <w:pStyle w:val="Quelle"/>
      </w:pPr>
      <w:r>
        <w:rPr>
          <w:b/>
        </w:rPr>
        <w:t xml:space="preserve">Quelle: </w:t>
      </w:r>
      <w:r>
        <w:rPr>
          <w:sz w:val="17"/>
        </w:rPr>
        <w:t>Benutzerhandbuch 2.7, Kap. 6.1.5 (S. 85–86)</w:t>
      </w:r>
    </w:p>
    <w:p>
      <w:pPr>
        <w:pStyle w:val="Heading2"/>
      </w:pPr>
      <w:r>
        <w:t>6.2 Box wird leer</w:t>
      </w:r>
    </w:p>
    <w:p>
      <w:r>
        <w:t xml:space="preserve">Wird die Restmenge 0 und steht der Zuordnungsmodus auf </w:t>
      </w:r>
      <w:r>
        <w:rPr>
          <w:b/>
        </w:rPr>
        <w:t>Standard</w:t>
      </w:r>
      <w:r>
        <w:t>, fragt WAMAS:</w:t>
      </w:r>
    </w:p>
    <w:p>
      <w:pPr>
        <w:pStyle w:val="ListBullet"/>
      </w:pPr>
      <w:r>
        <w:rPr>
          <w:b/>
        </w:rPr>
        <w:t>Ja</w:t>
      </w:r>
      <w:r>
        <w:t>: Die Artikel-zu-Box-Zuordnung wird entfernt; die Box ist wieder frei für andere Artikel.</w:t>
      </w:r>
    </w:p>
    <w:p>
      <w:pPr>
        <w:pStyle w:val="ListBullet"/>
      </w:pPr>
      <w:r>
        <w:rPr>
          <w:b/>
        </w:rPr>
        <w:t>Nein</w:t>
      </w:r>
      <w:r>
        <w:t>: Die Zuordnung bleibt; die Box bleibt für denselben Artikel reserviert.</w:t>
      </w:r>
    </w:p>
    <w:p>
      <w:r>
        <w:t xml:space="preserve">Bei </w:t>
      </w:r>
      <w:r>
        <w:rPr>
          <w:b/>
        </w:rPr>
        <w:t>Fixiert</w:t>
      </w:r>
      <w:r>
        <w:t xml:space="preserve"> bleibt die Zuordnung immer, bei </w:t>
      </w:r>
      <w:r>
        <w:rPr>
          <w:b/>
        </w:rPr>
        <w:t>Float</w:t>
      </w:r>
      <w:r>
        <w:t xml:space="preserve"> wird sie immer entfernt.</w:t>
      </w:r>
    </w:p>
    <w:p>
      <w:pPr>
        <w:pStyle w:val="Quelle"/>
      </w:pPr>
      <w:r>
        <w:rPr>
          <w:b/>
        </w:rPr>
        <w:t xml:space="preserve">Quelle: </w:t>
      </w:r>
      <w:r>
        <w:rPr>
          <w:sz w:val="17"/>
        </w:rPr>
        <w:t>Benutzerhandbuch 2.7, Kap. 6.1.5 (S. 85–86); Administratorhandbuch 2.7, Kap. 3.1.3.1 (S. 15)</w:t>
      </w:r>
    </w:p>
    <w:p>
      <w:pPr>
        <w:pStyle w:val="Heading2"/>
      </w:pPr>
      <w:r>
        <w:t>6.3 Entnahme gezielt nach MHD oder FIFO</w:t>
      </w:r>
    </w:p>
    <w:p>
      <w:r>
        <w:t xml:space="preserve">Für die Tablarsuche mit </w:t>
      </w:r>
      <w:r>
        <w:rPr>
          <w:b/>
        </w:rPr>
        <w:t>AUSLAGERN</w:t>
      </w:r>
      <w:r>
        <w:t xml:space="preserve"> wirken der Bestandsauswahlmodus </w:t>
      </w:r>
      <w:r>
        <w:rPr>
          <w:b/>
        </w:rPr>
        <w:t>Kommissioniertätigkeit in LM040</w:t>
      </w:r>
      <w:r>
        <w:t xml:space="preserve"> (MHD- und Produktionsdatumsregeln, Kapitel 3.5) sowie die Sortierung </w:t>
      </w:r>
      <w:r>
        <w:rPr>
          <w:rFonts w:ascii="Consolas" w:hAnsi="Consolas" w:cs="Consolas" w:eastAsia="Consolas"/>
          <w:sz w:val="18"/>
        </w:rPr>
        <w:t>logimat.dialogs.lm040.trays.sort.mode</w:t>
      </w:r>
      <w:r>
        <w:t>. FIFO wird nur angewendet, wenn sowohl der Artikel als auch die Betriebsart „Auslagern“ in der Suche verwendet werden. Die Box wählt am Ende der Benutzer; WAMAS hebt passende Boxen hervor.</w:t>
      </w:r>
    </w:p>
    <w:p>
      <w:pPr>
        <w:pStyle w:val="Quelle"/>
      </w:pPr>
      <w:r>
        <w:rPr>
          <w:b/>
        </w:rPr>
        <w:t xml:space="preserve">Quelle: </w:t>
      </w:r>
      <w:r>
        <w:rPr>
          <w:sz w:val="17"/>
        </w:rPr>
        <w:t>Administratorhandbuch 2.7, Kap. 3.1.3.2 (S. 16–17) und 3.11.2 (S. 178)</w:t>
      </w:r>
    </w:p>
    <w:p>
      <w:pPr>
        <w:pStyle w:val="Heading1"/>
      </w:pPr>
      <w:r>
        <w:t>7 Umlagern und Bestand bewegen</w:t>
      </w:r>
    </w:p>
    <w:p>
      <w:pPr>
        <w:pStyle w:val="Heading2"/>
      </w:pPr>
      <w:r>
        <w:t>7.1 Boxen auf einem Tablar verdichten (Konsolidieren)</w:t>
      </w:r>
    </w:p>
    <w:p>
      <w:r>
        <w:t xml:space="preserve">Voraussetzung: Tablar in der Öffnung, Quellbox mit Artikel und Bestand, geeignete Zielbox vorhanden, </w:t>
      </w:r>
      <w:r>
        <w:rPr>
          <w:b/>
        </w:rPr>
        <w:t>LM002</w:t>
      </w:r>
      <w:r>
        <w:t xml:space="preserve"> geöffnet.</w:t>
      </w:r>
    </w:p>
    <w:p>
      <w:pPr>
        <w:tabs>
          <w:tab w:pos="425" w:val="left"/>
        </w:tabs>
        <w:spacing w:after="60"/>
        <w:ind w:left="425" w:hanging="425"/>
      </w:pPr>
      <w:r>
        <w:rPr>
          <w:b/>
        </w:rPr>
        <w:t>1.</w:t>
        <w:tab/>
      </w:r>
      <w:r>
        <w:t>Quellbox im Tablarlayout wählen.</w:t>
      </w:r>
    </w:p>
    <w:p>
      <w:pPr>
        <w:tabs>
          <w:tab w:pos="425" w:val="left"/>
        </w:tabs>
        <w:spacing w:after="60"/>
        <w:ind w:left="425" w:hanging="425"/>
      </w:pPr>
      <w:r>
        <w:rPr>
          <w:b/>
        </w:rPr>
        <w:t>2.</w:t>
        <w:tab/>
      </w:r>
      <w:r>
        <w:t xml:space="preserve">Icon </w:t>
      </w:r>
      <w:r>
        <w:rPr>
          <w:b/>
        </w:rPr>
        <w:t>Verdichten</w:t>
      </w:r>
      <w:r>
        <w:t xml:space="preserve"> antippen und mit </w:t>
      </w:r>
      <w:r>
        <w:rPr>
          <w:b/>
        </w:rPr>
        <w:t>OK</w:t>
      </w:r>
      <w:r>
        <w:t xml:space="preserve"> bestätigen. Mögliche Zielboxen werden hervorgehoben.</w:t>
      </w:r>
    </w:p>
    <w:p>
      <w:pPr>
        <w:tabs>
          <w:tab w:pos="425" w:val="left"/>
        </w:tabs>
        <w:spacing w:after="60"/>
        <w:ind w:left="425" w:hanging="425"/>
      </w:pPr>
      <w:r>
        <w:rPr>
          <w:b/>
        </w:rPr>
        <w:t>3.</w:t>
        <w:tab/>
      </w:r>
      <w:r>
        <w:t>Hervorgehobene Zielbox wählen.</w:t>
      </w:r>
    </w:p>
    <w:p>
      <w:pPr>
        <w:tabs>
          <w:tab w:pos="425" w:val="left"/>
        </w:tabs>
        <w:spacing w:after="60"/>
        <w:ind w:left="425" w:hanging="425"/>
      </w:pPr>
      <w:r>
        <w:rPr>
          <w:b/>
        </w:rPr>
        <w:t>4.</w:t>
        <w:tab/>
      </w:r>
      <w:r>
        <w:t>Menge eingeben, ggf. Mengeneinheit wählen.</w:t>
      </w:r>
    </w:p>
    <w:p>
      <w:pPr>
        <w:tabs>
          <w:tab w:pos="425" w:val="left"/>
        </w:tabs>
        <w:spacing w:after="60"/>
        <w:ind w:left="425" w:hanging="425"/>
      </w:pPr>
      <w:r>
        <w:rPr>
          <w:b/>
        </w:rPr>
        <w:t>5.</w:t>
        <w:tab/>
      </w:r>
      <w:r>
        <w:rPr>
          <w:b/>
        </w:rPr>
        <w:t>OK</w:t>
      </w:r>
      <w:r>
        <w:t xml:space="preserve"> antippen.</w:t>
      </w:r>
    </w:p>
    <w:p>
      <w:r>
        <w:t xml:space="preserve">Wird die gesamte Menge verschoben, fragt WAMAS (Zuordnungsmodus </w:t>
      </w:r>
      <w:r>
        <w:rPr>
          <w:b/>
        </w:rPr>
        <w:t>Standard</w:t>
      </w:r>
      <w:r>
        <w:t>), ob die Zuordnung der Quellbox entfernt werden soll. Eine nicht hervorgehobene Box kann nicht als Ziel verwendet werden.</w:t>
      </w:r>
    </w:p>
    <w:p>
      <w:pPr>
        <w:pStyle w:val="Quelle"/>
      </w:pPr>
      <w:r>
        <w:rPr>
          <w:b/>
        </w:rPr>
        <w:t xml:space="preserve">Quelle: </w:t>
      </w:r>
      <w:r>
        <w:rPr>
          <w:sz w:val="17"/>
        </w:rPr>
        <w:t>Benutzerhandbuch 2.7, Kap. 6.1.6 (S. 86–87)</w:t>
      </w:r>
    </w:p>
    <w:p>
      <w:pPr>
        <w:pStyle w:val="Heading2"/>
      </w:pPr>
      <w:r>
        <w:t>7.2 Bestand zwischen Tablaren oder Liften umlagern</w:t>
      </w:r>
    </w:p>
    <w:p>
      <w:r>
        <w:t>Ein direkter Dialog „Umlagern von Tablar A nach Tablar B“ ist im Benutzerhandbuch 2.7 nicht beschrieben. In der Praxis erfolgt das Umlagern in zwei Schritten:</w:t>
      </w:r>
    </w:p>
    <w:p>
      <w:pPr>
        <w:tabs>
          <w:tab w:pos="425" w:val="left"/>
        </w:tabs>
        <w:spacing w:after="60"/>
        <w:ind w:left="425" w:hanging="425"/>
      </w:pPr>
      <w:r>
        <w:rPr>
          <w:b/>
        </w:rPr>
        <w:t>1.</w:t>
        <w:tab/>
      </w:r>
      <w:r>
        <w:t>Quelltablar anfordern (Kapitel 4) und die Menge spontan entnehmen (Kapitel 6.1).</w:t>
      </w:r>
    </w:p>
    <w:p>
      <w:pPr>
        <w:tabs>
          <w:tab w:pos="425" w:val="left"/>
        </w:tabs>
        <w:spacing w:after="60"/>
        <w:ind w:left="425" w:hanging="425"/>
      </w:pPr>
      <w:r>
        <w:rPr>
          <w:b/>
        </w:rPr>
        <w:t>2.</w:t>
        <w:tab/>
      </w:r>
      <w:r>
        <w:t>Zieltablar anfordern und die Menge spontan einlagern (Kapitel 5.1).</w:t>
      </w:r>
    </w:p>
    <w:p>
      <w:r>
        <w:t>Alternativ legen Sie einen Kommissionierbedarf und einen Einlagerbedarf an (Kapitel 9).</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FF9C4"/>
            <w:tcBorders>
              <w:top w:val="nil"/>
              <w:left w:val="single" w:sz="24" w:color="E89A00" w:space="0"/>
              <w:bottom w:val="nil"/>
              <w:right w:val="nil"/>
            </w:tcBorders>
            <w:tcMar>
              <w:top w:w="80" w:type="dxa"/>
              <w:bottom w:w="80" w:type="dxa"/>
              <w:start w:w="140" w:type="dxa"/>
              <w:end w:w="140" w:type="dxa"/>
              <w:left w:w="140" w:type="dxa"/>
              <w:right w:w="140" w:type="dxa"/>
            </w:tcMar>
          </w:tcPr>
          <w:p>
            <w:pPr>
              <w:spacing w:after="40"/>
            </w:pPr>
            <w:r>
              <w:rPr>
                <w:b/>
                <w:sz w:val="19"/>
              </w:rPr>
              <w:t>Zwei Buchungen</w:t>
            </w:r>
          </w:p>
          <w:p>
            <w:pPr>
              <w:spacing w:after="40"/>
            </w:pPr>
            <w:r>
              <w:rPr>
                <w:sz w:val="19"/>
              </w:rPr>
              <w:t>Bei diesem Weg entstehen zwei getrennte Buchungen (Abgang und Zugang). Bei angebundenem Systempartner werden zwei Bestandskorrekturen gemeldet, und zwischen beiden Schritten ist der Bestand in WAMAS kurzzeitig zu niedrig. Verwenden Sie für beide Schritte zueinander passende Buchungsschlüssel.</w:t>
            </w:r>
          </w:p>
        </w:tc>
      </w:tr>
    </w:tbl>
    <w:p>
      <w:pPr>
        <w:spacing w:after="40"/>
      </w:pP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2F2F2"/>
            <w:tcBorders>
              <w:top w:val="nil"/>
              <w:left w:val="single" w:sz="24" w:color="E30613" w:space="0"/>
              <w:bottom w:val="nil"/>
              <w:right w:val="nil"/>
            </w:tcBorders>
            <w:tcMar>
              <w:top w:w="80" w:type="dxa"/>
              <w:bottom w:w="80" w:type="dxa"/>
              <w:start w:w="140" w:type="dxa"/>
              <w:end w:w="140" w:type="dxa"/>
              <w:left w:w="140" w:type="dxa"/>
              <w:right w:w="140" w:type="dxa"/>
            </w:tcMar>
          </w:tcPr>
          <w:p>
            <w:pPr>
              <w:spacing w:after="40"/>
            </w:pPr>
            <w:r>
              <w:rPr>
                <w:b/>
                <w:color w:val="B00010"/>
                <w:sz w:val="19"/>
              </w:rPr>
              <w:t>In den Unterlagen nicht beschrieben</w:t>
            </w:r>
          </w:p>
          <w:p>
            <w:pPr>
              <w:spacing w:after="40"/>
            </w:pPr>
            <w:r>
              <w:rPr>
                <w:sz w:val="19"/>
              </w:rPr>
              <w:t>Ob es in 2.7 eine Umlagerfunktion zwischen Tablaren ohne Abgangs- und Zugangsbuchung gibt, ist in den Handbüchern nicht beschrieben.</w:t>
            </w:r>
          </w:p>
        </w:tc>
      </w:tr>
    </w:tbl>
    <w:p>
      <w:pPr>
        <w:spacing w:after="40"/>
      </w:pPr>
    </w:p>
    <w:p>
      <w:pPr>
        <w:pStyle w:val="Quelle"/>
      </w:pPr>
      <w:r>
        <w:rPr>
          <w:b/>
        </w:rPr>
        <w:t xml:space="preserve">Quelle: </w:t>
      </w:r>
      <w:r>
        <w:rPr>
          <w:sz w:val="17"/>
        </w:rPr>
        <w:t>Benutzerhandbuch 2.7, Kap. 6.1.4–6.1.6 (S. 82–87)</w:t>
      </w:r>
    </w:p>
    <w:p>
      <w:pPr>
        <w:pStyle w:val="Heading2"/>
      </w:pPr>
      <w:r>
        <w:t>7.3 Bestand zwischen externen Lagerplätzen bewegen (Mobilterminal)</w:t>
      </w:r>
    </w:p>
    <w:p>
      <w:pPr>
        <w:tabs>
          <w:tab w:pos="425" w:val="left"/>
        </w:tabs>
        <w:spacing w:after="60"/>
        <w:ind w:left="425" w:hanging="425"/>
      </w:pPr>
      <w:r>
        <w:rPr>
          <w:b/>
        </w:rPr>
        <w:t>1.</w:t>
        <w:tab/>
      </w:r>
      <w:r>
        <w:t xml:space="preserve">Am Mobilterminal anmelden, in </w:t>
      </w:r>
      <w:r>
        <w:rPr>
          <w:b/>
        </w:rPr>
        <w:t>WLM001 Tätigkeiten</w:t>
      </w:r>
      <w:r>
        <w:t xml:space="preserve"> </w:t>
      </w:r>
      <w:r>
        <w:rPr>
          <w:b/>
        </w:rPr>
        <w:t>Bestand verteilen</w:t>
      </w:r>
      <w:r>
        <w:t xml:space="preserve"> wählen. </w:t>
      </w:r>
      <w:r>
        <w:rPr>
          <w:b/>
        </w:rPr>
        <w:t>MLD001 Quellplatz scannen</w:t>
      </w:r>
      <w:r>
        <w:t xml:space="preserve"> öffnet sich.</w:t>
      </w:r>
    </w:p>
    <w:p>
      <w:pPr>
        <w:tabs>
          <w:tab w:pos="425" w:val="left"/>
        </w:tabs>
        <w:spacing w:after="60"/>
        <w:ind w:left="425" w:hanging="425"/>
      </w:pPr>
      <w:r>
        <w:rPr>
          <w:b/>
        </w:rPr>
        <w:t>2.</w:t>
        <w:tab/>
      </w:r>
      <w:r>
        <w:t xml:space="preserve">Externen Quellplatz scannen. </w:t>
      </w:r>
      <w:r>
        <w:rPr>
          <w:b/>
        </w:rPr>
        <w:t>MLD002 Artikel scannen</w:t>
      </w:r>
      <w:r>
        <w:t xml:space="preserve"> öffnet sich.</w:t>
      </w:r>
    </w:p>
    <w:p>
      <w:pPr>
        <w:tabs>
          <w:tab w:pos="425" w:val="left"/>
        </w:tabs>
        <w:spacing w:after="60"/>
        <w:ind w:left="425" w:hanging="425"/>
      </w:pPr>
      <w:r>
        <w:rPr>
          <w:b/>
        </w:rPr>
        <w:t>3.</w:t>
        <w:tab/>
      </w:r>
      <w:r>
        <w:t xml:space="preserve">Artikel scannen. </w:t>
      </w:r>
      <w:r>
        <w:rPr>
          <w:b/>
        </w:rPr>
        <w:t>MLD004 Bestandsbewegung bestätigen</w:t>
      </w:r>
      <w:r>
        <w:t xml:space="preserve"> öffnet sich.</w:t>
      </w:r>
    </w:p>
    <w:p>
      <w:pPr>
        <w:tabs>
          <w:tab w:pos="425" w:val="left"/>
        </w:tabs>
        <w:spacing w:after="60"/>
        <w:ind w:left="425" w:hanging="425"/>
      </w:pPr>
      <w:r>
        <w:rPr>
          <w:b/>
        </w:rPr>
        <w:t>4.</w:t>
        <w:tab/>
      </w:r>
      <w:r>
        <w:t>Menge eingeben.</w:t>
      </w:r>
    </w:p>
    <w:p>
      <w:pPr>
        <w:tabs>
          <w:tab w:pos="425" w:val="left"/>
        </w:tabs>
        <w:spacing w:after="60"/>
        <w:ind w:left="425" w:hanging="425"/>
      </w:pPr>
      <w:r>
        <w:rPr>
          <w:b/>
        </w:rPr>
        <w:t>5.</w:t>
        <w:tab/>
      </w:r>
      <w:r>
        <w:t xml:space="preserve">Zielplatz scannen und </w:t>
      </w:r>
      <w:r>
        <w:rPr>
          <w:b/>
        </w:rPr>
        <w:t>OK</w:t>
      </w:r>
      <w:r>
        <w:t xml:space="preserve"> bzw. </w:t>
      </w:r>
      <w:r>
        <w:rPr>
          <w:b/>
        </w:rPr>
        <w:t>Enter</w:t>
      </w:r>
      <w:r>
        <w:t xml:space="preserve">. </w:t>
      </w:r>
      <w:r>
        <w:rPr>
          <w:b/>
        </w:rPr>
        <w:t>MLD010 Information</w:t>
      </w:r>
      <w:r>
        <w:t xml:space="preserve"> zeigt Menge, Quell- und Zielplatz.</w:t>
      </w:r>
    </w:p>
    <w:p>
      <w:pPr>
        <w:pStyle w:val="Quelle"/>
      </w:pPr>
      <w:r>
        <w:rPr>
          <w:b/>
        </w:rPr>
        <w:t xml:space="preserve">Quelle: </w:t>
      </w:r>
      <w:r>
        <w:rPr>
          <w:sz w:val="17"/>
        </w:rPr>
        <w:t>Benutzerhandbuch 2.7, Kap. 6.3.4 (S. 127)</w:t>
      </w:r>
    </w:p>
    <w:p>
      <w:pPr>
        <w:pStyle w:val="Heading2"/>
      </w:pPr>
      <w:r>
        <w:t>7.4 Box-Fächer anpassen (Trennwände)</w:t>
      </w:r>
    </w:p>
    <w:p>
      <w:pPr>
        <w:pStyle w:val="ListBullet"/>
      </w:pPr>
      <w:r>
        <w:rPr>
          <w:b/>
        </w:rPr>
        <w:t>Trennwand entfernen:</w:t>
      </w:r>
      <w:r>
        <w:t xml:space="preserve"> In </w:t>
      </w:r>
      <w:r>
        <w:rPr>
          <w:b/>
        </w:rPr>
        <w:t>LM002</w:t>
      </w:r>
      <w:r>
        <w:t xml:space="preserve"> die unterteilte Box wählen, </w:t>
      </w:r>
      <w:r>
        <w:rPr>
          <w:b/>
        </w:rPr>
        <w:t>Box-Fächer bearbeiten</w:t>
      </w:r>
      <w:r>
        <w:t xml:space="preserve"> → </w:t>
      </w:r>
      <w:r>
        <w:rPr>
          <w:b/>
        </w:rPr>
        <w:t>LM0135 Unterteilte Box pflegen</w:t>
      </w:r>
      <w:r>
        <w:t xml:space="preserve"> → Trennwand wählen → </w:t>
      </w:r>
      <w:r>
        <w:rPr>
          <w:b/>
        </w:rPr>
        <w:t>Trennwand entfernen</w:t>
      </w:r>
      <w:r>
        <w:t>. Nicht möglich, wenn Bestand in den Fächern liegt oder eine Reservierung besteht.</w:t>
      </w:r>
    </w:p>
    <w:p>
      <w:pPr>
        <w:pStyle w:val="ListBullet"/>
      </w:pPr>
      <w:r>
        <w:rPr>
          <w:b/>
        </w:rPr>
        <w:t>Trennwand hinzufügen:</w:t>
      </w:r>
      <w:r>
        <w:t xml:space="preserve"> Box wählen, </w:t>
      </w:r>
      <w:r>
        <w:rPr>
          <w:b/>
        </w:rPr>
        <w:t>Vergrößern</w:t>
      </w:r>
      <w:r>
        <w:t xml:space="preserve"> → </w:t>
      </w:r>
      <w:r>
        <w:rPr>
          <w:b/>
        </w:rPr>
        <w:t>LM0135</w:t>
      </w:r>
      <w:r>
        <w:t xml:space="preserve"> → Trennwand wählen → </w:t>
      </w:r>
      <w:r>
        <w:rPr>
          <w:b/>
        </w:rPr>
        <w:t>Trennwand hinzufügen</w:t>
      </w:r>
      <w:r>
        <w:t>, ggf. Position wählen. Nur für leere, teilbare Fächer.</w:t>
      </w:r>
    </w:p>
    <w:p>
      <w:pPr>
        <w:pStyle w:val="Quelle"/>
      </w:pPr>
      <w:r>
        <w:rPr>
          <w:b/>
        </w:rPr>
        <w:t xml:space="preserve">Quelle: </w:t>
      </w:r>
      <w:r>
        <w:rPr>
          <w:sz w:val="17"/>
        </w:rPr>
        <w:t>Benutzerhandbuch 2.7, Kap. 6.1.8 (S. 89–90)</w:t>
      </w:r>
    </w:p>
    <w:p>
      <w:pPr>
        <w:pStyle w:val="Heading2"/>
      </w:pPr>
      <w:r>
        <w:t>7.5 Externe LE zwischenlagern und wieder holen</w:t>
      </w:r>
    </w:p>
    <w:p>
      <w:r>
        <w:t xml:space="preserve">Externe Ladeeinheiten (z. B. Versand-LE eines Kommissionierbedarfs) können vorübergehend im SSI LOGIMAT gelagert werden, z. B. bis zur Abholung oder bis Restbestand verfügbar ist. Alle Schritte im Touch-Client unter </w:t>
      </w:r>
      <w:r>
        <w:rPr>
          <w:b/>
        </w:rPr>
        <w:t>Tools</w:t>
      </w:r>
      <w:r>
        <w:t xml:space="preserve"> → </w:t>
      </w:r>
      <w:r>
        <w:rPr>
          <w:b/>
        </w:rPr>
        <w:t>LM045 Ziel-Ladeeinheiten</w:t>
      </w:r>
      <w:r>
        <w:t>:</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1302"/>
        <w:gridCol w:w="4111"/>
        <w:gridCol w:w="4111"/>
      </w:tblGrid>
      <w:tr>
        <w:trPr>
          <w:tblHeader w:val="true"/>
        </w:trPr>
        <w:tc>
          <w:tcPr>
            <w:tcW w:type="dxa" w:w="1302"/>
            <w:shd w:val="clear" w:color="auto" w:fill="FEEE19"/>
          </w:tcPr>
          <w:p>
            <w:pPr>
              <w:spacing w:after="0"/>
            </w:pPr>
            <w:r>
              <w:rPr>
                <w:b/>
                <w:sz w:val="17"/>
              </w:rPr>
              <w:t>Aufgabe</w:t>
            </w:r>
          </w:p>
        </w:tc>
        <w:tc>
          <w:tcPr>
            <w:tcW w:type="dxa" w:w="4111"/>
            <w:shd w:val="clear" w:color="auto" w:fill="FEEE19"/>
          </w:tcPr>
          <w:p>
            <w:pPr>
              <w:spacing w:after="0"/>
            </w:pPr>
            <w:r>
              <w:rPr>
                <w:b/>
                <w:sz w:val="17"/>
              </w:rPr>
              <w:t>Ablauf</w:t>
            </w:r>
          </w:p>
        </w:tc>
        <w:tc>
          <w:tcPr>
            <w:tcW w:type="dxa" w:w="4111"/>
            <w:shd w:val="clear" w:color="auto" w:fill="FEEE19"/>
          </w:tcPr>
          <w:p>
            <w:pPr>
              <w:spacing w:after="0"/>
            </w:pPr>
            <w:r>
              <w:rPr>
                <w:b/>
                <w:sz w:val="17"/>
              </w:rPr>
              <w:t>Hinweis</w:t>
            </w:r>
          </w:p>
        </w:tc>
      </w:tr>
      <w:tr>
        <w:tc>
          <w:tcPr>
            <w:tcW w:type="dxa" w:w="1302"/>
          </w:tcPr>
          <w:p>
            <w:pPr>
              <w:spacing w:after="0" w:line="252" w:lineRule="auto"/>
            </w:pPr>
            <w:r>
              <w:rPr>
                <w:sz w:val="17"/>
              </w:rPr>
              <w:t>LE-ID zuordnen</w:t>
            </w:r>
          </w:p>
        </w:tc>
        <w:tc>
          <w:tcPr>
            <w:tcW w:type="dxa" w:w="4111"/>
          </w:tcPr>
          <w:p>
            <w:pPr>
              <w:spacing w:after="0" w:line="252" w:lineRule="auto"/>
            </w:pPr>
            <w:r>
              <w:rPr>
                <w:b/>
                <w:sz w:val="17"/>
              </w:rPr>
              <w:t>Suche</w:t>
            </w:r>
            <w:r>
              <w:rPr>
                <w:sz w:val="17"/>
              </w:rPr>
              <w:t xml:space="preserve"> → externe LE wählen → </w:t>
            </w:r>
            <w:r>
              <w:rPr>
                <w:b/>
                <w:sz w:val="17"/>
              </w:rPr>
              <w:t>Scannen</w:t>
            </w:r>
          </w:p>
        </w:tc>
        <w:tc>
          <w:tcPr>
            <w:tcW w:type="dxa" w:w="4111"/>
          </w:tcPr>
          <w:p>
            <w:pPr>
              <w:spacing w:after="0" w:line="252" w:lineRule="auto"/>
            </w:pPr>
            <w:r>
              <w:rPr>
                <w:sz w:val="17"/>
              </w:rPr>
              <w:t>–</w:t>
            </w:r>
          </w:p>
        </w:tc>
      </w:tr>
      <w:tr>
        <w:tc>
          <w:tcPr>
            <w:tcW w:type="dxa" w:w="1302"/>
          </w:tcPr>
          <w:p>
            <w:pPr>
              <w:spacing w:after="0" w:line="252" w:lineRule="auto"/>
            </w:pPr>
            <w:r>
              <w:rPr>
                <w:sz w:val="17"/>
              </w:rPr>
              <w:t>LE einlagern</w:t>
            </w:r>
          </w:p>
        </w:tc>
        <w:tc>
          <w:tcPr>
            <w:tcW w:type="dxa" w:w="4111"/>
          </w:tcPr>
          <w:p>
            <w:pPr>
              <w:spacing w:after="0" w:line="252" w:lineRule="auto"/>
            </w:pPr>
            <w:r>
              <w:rPr>
                <w:sz w:val="17"/>
              </w:rPr>
              <w:t xml:space="preserve">LE wählen → </w:t>
            </w:r>
            <w:r>
              <w:rPr>
                <w:b/>
                <w:sz w:val="17"/>
              </w:rPr>
              <w:t>LE für Rücklagerung kennzeichnen</w:t>
            </w:r>
            <w:r>
              <w:rPr>
                <w:sz w:val="17"/>
              </w:rPr>
              <w:t xml:space="preserve"> → in </w:t>
            </w:r>
            <w:r>
              <w:rPr>
                <w:b/>
                <w:sz w:val="17"/>
              </w:rPr>
              <w:t>LM109</w:t>
            </w:r>
            <w:r>
              <w:rPr>
                <w:sz w:val="17"/>
              </w:rPr>
              <w:t xml:space="preserve"> Boxtyp wählen → bestätigen</w:t>
            </w:r>
          </w:p>
        </w:tc>
        <w:tc>
          <w:tcPr>
            <w:tcW w:type="dxa" w:w="4111"/>
          </w:tcPr>
          <w:p>
            <w:pPr>
              <w:spacing w:after="0" w:line="252" w:lineRule="auto"/>
            </w:pPr>
            <w:r>
              <w:rPr>
                <w:sz w:val="17"/>
              </w:rPr>
              <w:t>Es wird eine Tablaranforderung angelegt. Nicht möglich bei Kommissionierreservierungen auf der LE</w:t>
            </w:r>
          </w:p>
        </w:tc>
      </w:tr>
      <w:tr>
        <w:tc>
          <w:tcPr>
            <w:tcW w:type="dxa" w:w="1302"/>
          </w:tcPr>
          <w:p>
            <w:pPr>
              <w:spacing w:after="0" w:line="252" w:lineRule="auto"/>
            </w:pPr>
            <w:r>
              <w:rPr>
                <w:sz w:val="17"/>
              </w:rPr>
              <w:t>LE wieder auslagern</w:t>
            </w:r>
          </w:p>
        </w:tc>
        <w:tc>
          <w:tcPr>
            <w:tcW w:type="dxa" w:w="4111"/>
          </w:tcPr>
          <w:p>
            <w:pPr>
              <w:spacing w:after="0" w:line="252" w:lineRule="auto"/>
            </w:pPr>
            <w:r>
              <w:rPr>
                <w:sz w:val="17"/>
              </w:rPr>
              <w:t xml:space="preserve">LE wählen → </w:t>
            </w:r>
            <w:r>
              <w:rPr>
                <w:b/>
                <w:sz w:val="17"/>
              </w:rPr>
              <w:t>LE für Auslagerung kennzeichnen</w:t>
            </w:r>
          </w:p>
        </w:tc>
        <w:tc>
          <w:tcPr>
            <w:tcW w:type="dxa" w:w="4111"/>
          </w:tcPr>
          <w:p>
            <w:pPr>
              <w:spacing w:after="0" w:line="252" w:lineRule="auto"/>
            </w:pPr>
            <w:r>
              <w:rPr>
                <w:sz w:val="17"/>
              </w:rPr>
              <w:t>Tablaranforderung; Hinweis mit LE-ID und Abgabeplatz. Wird die Box leer, wird sie aus dem Layout entfernt</w:t>
            </w:r>
          </w:p>
        </w:tc>
      </w:tr>
      <w:tr>
        <w:tc>
          <w:tcPr>
            <w:tcW w:type="dxa" w:w="1302"/>
          </w:tcPr>
          <w:p>
            <w:pPr>
              <w:spacing w:after="0" w:line="252" w:lineRule="auto"/>
            </w:pPr>
            <w:r>
              <w:rPr>
                <w:sz w:val="17"/>
              </w:rPr>
              <w:t>LE-Etikett drucken</w:t>
            </w:r>
          </w:p>
        </w:tc>
        <w:tc>
          <w:tcPr>
            <w:tcW w:type="dxa" w:w="4111"/>
          </w:tcPr>
          <w:p>
            <w:pPr>
              <w:spacing w:after="0" w:line="252" w:lineRule="auto"/>
            </w:pPr>
            <w:r>
              <w:rPr>
                <w:sz w:val="17"/>
              </w:rPr>
              <w:t xml:space="preserve">LE wählen → </w:t>
            </w:r>
            <w:r>
              <w:rPr>
                <w:b/>
                <w:sz w:val="17"/>
              </w:rPr>
              <w:t>Drucken</w:t>
            </w:r>
          </w:p>
        </w:tc>
        <w:tc>
          <w:tcPr>
            <w:tcW w:type="dxa" w:w="4111"/>
          </w:tcPr>
          <w:p>
            <w:pPr>
              <w:spacing w:after="0" w:line="252" w:lineRule="auto"/>
            </w:pPr>
            <w:r>
              <w:rPr>
                <w:sz w:val="17"/>
              </w:rPr>
              <w:t>–</w:t>
            </w:r>
          </w:p>
        </w:tc>
      </w:tr>
    </w:tbl>
    <w:p>
      <w:pPr>
        <w:pStyle w:val="BeschriftungSSI"/>
      </w:pPr>
      <w:r>
        <w:t>Tab. 10: Externe LE in LM045</w:t>
      </w:r>
    </w:p>
    <w:p>
      <w:r>
        <w:t>Solange die LE im SSI LOGIMAT liegt, kann der ursprüngliche Kommissionierbedarf nicht fertiggestellt werden.</w:t>
      </w:r>
    </w:p>
    <w:p>
      <w:pPr>
        <w:pStyle w:val="Quelle"/>
      </w:pPr>
      <w:r>
        <w:rPr>
          <w:b/>
        </w:rPr>
        <w:t xml:space="preserve">Quelle: </w:t>
      </w:r>
      <w:r>
        <w:rPr>
          <w:sz w:val="17"/>
        </w:rPr>
        <w:t>Benutzerhandbuch 2.7, Kap. 6.7.1 (S. 149–151)</w:t>
      </w:r>
    </w:p>
    <w:p>
      <w:pPr>
        <w:pStyle w:val="Heading2"/>
      </w:pPr>
      <w:r>
        <w:t>7.6 LE auf einen Zielplatz buchen</w:t>
      </w:r>
    </w:p>
    <w:p>
      <w:r>
        <w:t xml:space="preserve">Im Touch-Client unter </w:t>
      </w:r>
      <w:r>
        <w:rPr>
          <w:b/>
        </w:rPr>
        <w:t>Tools</w:t>
      </w:r>
      <w:r>
        <w:t xml:space="preserve"> → </w:t>
      </w:r>
      <w:r>
        <w:rPr>
          <w:b/>
        </w:rPr>
        <w:t>LM044 Zielplätze</w:t>
      </w:r>
      <w:r>
        <w:t xml:space="preserve">: </w:t>
      </w:r>
      <w:r>
        <w:rPr>
          <w:b/>
        </w:rPr>
        <w:t>Suche</w:t>
      </w:r>
      <w:r>
        <w:t xml:space="preserve"> → Zielplatz wählen → </w:t>
      </w:r>
      <w:r>
        <w:rPr>
          <w:b/>
        </w:rPr>
        <w:t>LE buchen</w:t>
      </w:r>
      <w:r>
        <w:t xml:space="preserve"> → in </w:t>
      </w:r>
      <w:r>
        <w:rPr>
          <w:b/>
        </w:rPr>
        <w:t>LM107</w:t>
      </w:r>
      <w:r>
        <w:t xml:space="preserve"> die </w:t>
      </w:r>
      <w:r>
        <w:rPr>
          <w:rFonts w:ascii="Consolas" w:hAnsi="Consolas" w:cs="Consolas" w:eastAsia="Consolas"/>
          <w:sz w:val="18"/>
        </w:rPr>
        <w:t>LE-ID</w:t>
      </w:r>
      <w:r>
        <w:t xml:space="preserve"> eingeben → </w:t>
      </w:r>
      <w:r>
        <w:rPr>
          <w:b/>
        </w:rPr>
        <w:t>LE buchen</w:t>
      </w:r>
      <w:r>
        <w:t>. Zielplätze sind LE-orientierte Plätze außerhalb des SSI LOGIMAT, z. B. für Put to Light.</w:t>
      </w:r>
    </w:p>
    <w:p>
      <w:pPr>
        <w:pStyle w:val="Quelle"/>
      </w:pPr>
      <w:r>
        <w:rPr>
          <w:b/>
        </w:rPr>
        <w:t xml:space="preserve">Quelle: </w:t>
      </w:r>
      <w:r>
        <w:rPr>
          <w:sz w:val="17"/>
        </w:rPr>
        <w:t>Benutzerhandbuch 2.7, Kap. 5.4 (S. 68–70)</w:t>
      </w:r>
    </w:p>
    <w:p>
      <w:pPr>
        <w:pStyle w:val="Heading2"/>
      </w:pPr>
      <w:r>
        <w:t>7.7 LE für Einlagerung oder Kommissionierung sperren</w:t>
      </w:r>
    </w:p>
    <w:p>
      <w:r>
        <w:t xml:space="preserve">Am Desktop in </w:t>
      </w:r>
      <w:r>
        <w:rPr>
          <w:b/>
        </w:rPr>
        <w:t>SM023 Übersicht Ladeeinheiten</w:t>
      </w:r>
      <w:r>
        <w:t xml:space="preserve">: LE suchen und wählen → Registerkarte </w:t>
      </w:r>
      <w:r>
        <w:rPr>
          <w:b/>
        </w:rPr>
        <w:t>Ladeeinheitensperren</w:t>
      </w:r>
      <w:r>
        <w:t xml:space="preserve"> im Bereich </w:t>
      </w:r>
      <w:r>
        <w:rPr>
          <w:b/>
        </w:rPr>
        <w:t>Details</w:t>
      </w:r>
      <w:r>
        <w:t xml:space="preserve"> → Kontextmenü </w:t>
      </w:r>
      <w:r>
        <w:rPr>
          <w:b/>
        </w:rPr>
        <w:t>Ladeeinheit für Einlagerung sperren</w:t>
      </w:r>
      <w:r>
        <w:t xml:space="preserve"> bzw. </w:t>
      </w:r>
      <w:r>
        <w:rPr>
          <w:b/>
        </w:rPr>
        <w:t>Ladeeinheit für Kommissionierung sperren</w:t>
      </w:r>
      <w:r>
        <w:t xml:space="preserve"> → in </w:t>
      </w:r>
      <w:r>
        <w:rPr>
          <w:b/>
        </w:rPr>
        <w:t>LM121</w:t>
      </w:r>
      <w:r>
        <w:t xml:space="preserve"> Sperrgrund wählen → </w:t>
      </w:r>
      <w:r>
        <w:rPr>
          <w:b/>
        </w:rPr>
        <w:t>Sperre hinzufügen</w:t>
      </w:r>
      <w:r>
        <w:t xml:space="preserve">. Aufheben über </w:t>
      </w:r>
      <w:r>
        <w:rPr>
          <w:b/>
        </w:rPr>
        <w:t>Ladeeinheitensperre aufheben</w:t>
      </w:r>
      <w:r>
        <w:t>. Gesperrte LE bzw. Tablare mit Sperren oder Einschränkungen können nicht angefordert werden.</w:t>
      </w:r>
    </w:p>
    <w:p>
      <w:pPr>
        <w:pStyle w:val="Quelle"/>
      </w:pPr>
      <w:r>
        <w:rPr>
          <w:b/>
        </w:rPr>
        <w:t xml:space="preserve">Quelle: </w:t>
      </w:r>
      <w:r>
        <w:rPr>
          <w:sz w:val="17"/>
        </w:rPr>
        <w:t>Benutzerhandbuch 2.7, Kap. 6.7.2 (S. 151–152) und 6.1.1 (S. 78)</w:t>
      </w:r>
    </w:p>
    <w:p>
      <w:pPr>
        <w:pStyle w:val="Heading1"/>
      </w:pPr>
      <w:r>
        <w:t>8 Bestand zählen und korrigieren</w:t>
      </w:r>
    </w:p>
    <w:p>
      <w:pPr>
        <w:pStyle w:val="Heading2"/>
      </w:pPr>
      <w:r>
        <w:t>8.1 Spontan zählen am Touch-Client</w:t>
      </w:r>
    </w:p>
    <w:p>
      <w:r>
        <w:t xml:space="preserve">Voraussetzung: Tablar in der Öffnung (angefordert mit </w:t>
      </w:r>
      <w:r>
        <w:rPr>
          <w:b/>
        </w:rPr>
        <w:t>ZÄHLEN</w:t>
      </w:r>
      <w:r>
        <w:t xml:space="preserve"> oder per Tablarnummer), </w:t>
      </w:r>
      <w:r>
        <w:rPr>
          <w:b/>
        </w:rPr>
        <w:t>LM002</w:t>
      </w:r>
      <w:r>
        <w:t xml:space="preserve"> geöffnet.</w:t>
      </w:r>
    </w:p>
    <w:p>
      <w:pPr>
        <w:tabs>
          <w:tab w:pos="425" w:val="left"/>
        </w:tabs>
        <w:spacing w:after="60"/>
        <w:ind w:left="425" w:hanging="425"/>
      </w:pPr>
      <w:r>
        <w:rPr>
          <w:b/>
        </w:rPr>
        <w:t>1.</w:t>
        <w:tab/>
      </w:r>
      <w:r>
        <w:t>Box im Layout wählen.</w:t>
      </w:r>
    </w:p>
    <w:p>
      <w:pPr>
        <w:tabs>
          <w:tab w:pos="425" w:val="left"/>
        </w:tabs>
        <w:spacing w:after="60"/>
        <w:ind w:left="425" w:hanging="425"/>
      </w:pPr>
      <w:r>
        <w:rPr>
          <w:b/>
        </w:rPr>
        <w:t>2.</w:t>
        <w:tab/>
      </w:r>
      <w:r>
        <w:t xml:space="preserve">Icon </w:t>
      </w:r>
      <w:r>
        <w:rPr>
          <w:b/>
        </w:rPr>
        <w:t>Inventur durchführen</w:t>
      </w:r>
      <w:r>
        <w:t xml:space="preserve"> antippen.</w:t>
      </w:r>
    </w:p>
    <w:p>
      <w:pPr>
        <w:tabs>
          <w:tab w:pos="425" w:val="left"/>
        </w:tabs>
        <w:spacing w:after="60"/>
        <w:ind w:left="425" w:hanging="425"/>
      </w:pPr>
      <w:r>
        <w:rPr>
          <w:b/>
        </w:rPr>
        <w:t>3.</w:t>
        <w:tab/>
      </w:r>
      <w:r>
        <w:t xml:space="preserve">Ware zählen und die </w:t>
      </w:r>
      <w:r>
        <w:rPr>
          <w:b/>
        </w:rPr>
        <w:t>gezählte</w:t>
      </w:r>
      <w:r>
        <w:t xml:space="preserve"> Menge im Feld </w:t>
      </w:r>
      <w:r>
        <w:rPr>
          <w:b/>
        </w:rPr>
        <w:t>Menge</w:t>
      </w:r>
      <w:r>
        <w:t xml:space="preserve"> eingeben (oder über </w:t>
      </w:r>
      <w:r>
        <w:rPr>
          <w:b/>
        </w:rPr>
        <w:t>Waagenvorgänge anzeigen</w:t>
      </w:r>
      <w:r>
        <w:t>).</w:t>
      </w:r>
    </w:p>
    <w:p>
      <w:pPr>
        <w:tabs>
          <w:tab w:pos="425" w:val="left"/>
        </w:tabs>
        <w:spacing w:after="60"/>
        <w:ind w:left="425" w:hanging="425"/>
      </w:pPr>
      <w:r>
        <w:rPr>
          <w:b/>
        </w:rPr>
        <w:t>4.</w:t>
        <w:tab/>
      </w:r>
      <w:r>
        <w:t>Ggf. Mengeneinheit und Attribute (MHD, Produktionsdatum, Charge) eingeben.</w:t>
      </w:r>
    </w:p>
    <w:p>
      <w:pPr>
        <w:tabs>
          <w:tab w:pos="425" w:val="left"/>
        </w:tabs>
        <w:spacing w:after="60"/>
        <w:ind w:left="425" w:hanging="425"/>
      </w:pPr>
      <w:r>
        <w:rPr>
          <w:b/>
        </w:rPr>
        <w:t>5.</w:t>
        <w:tab/>
      </w:r>
      <w:r>
        <w:rPr>
          <w:b/>
        </w:rPr>
        <w:t>OK</w:t>
      </w:r>
      <w:r>
        <w:t xml:space="preserve"> antippen.</w:t>
      </w:r>
    </w:p>
    <w:p>
      <w:r>
        <w:t>Ergebnis: Die gezählte Menge wird gebucht. Bei einer Differenz und angebundenem Systempartner wird eine Bestandskorrekturmeldung gesendet. Einschränkungen:</w:t>
      </w:r>
    </w:p>
    <w:p>
      <w:pPr>
        <w:pStyle w:val="ListBullet"/>
      </w:pPr>
      <w:r>
        <w:t>Ohne Artikel-zu-Box-Zuordnung kann in der Box nicht gezählt werden.</w:t>
      </w:r>
    </w:p>
    <w:p>
      <w:pPr>
        <w:pStyle w:val="ListBullet"/>
      </w:pPr>
      <w:r>
        <w:t xml:space="preserve">Ist </w:t>
      </w:r>
      <w:r>
        <w:rPr>
          <w:rFonts w:ascii="Consolas" w:hAnsi="Consolas" w:cs="Consolas" w:eastAsia="Consolas"/>
          <w:sz w:val="18"/>
        </w:rPr>
        <w:t>logimat.dialogs.lm002.limitBoxToMaxAmountForInventory</w:t>
      </w:r>
      <w:r>
        <w:t xml:space="preserve"> aktiv, darf die Menge die maximale Boxmenge nicht überschreiten.</w:t>
      </w:r>
    </w:p>
    <w:p>
      <w:pPr>
        <w:pStyle w:val="ListBullet"/>
      </w:pPr>
      <w:r>
        <w:t>Wurden bestandsidentifizierende Attribute trotz Reservierungen geändert, kann der Vorgang nicht abgeschlossen werden.</w:t>
      </w:r>
    </w:p>
    <w:p>
      <w:pPr>
        <w:pStyle w:val="ListBullet"/>
      </w:pPr>
      <w:r>
        <w:t xml:space="preserve">Überlastwarnung mit </w:t>
      </w:r>
      <w:r>
        <w:rPr>
          <w:b/>
        </w:rPr>
        <w:t>Ja</w:t>
      </w:r>
      <w:r>
        <w:t>/</w:t>
      </w:r>
      <w:r>
        <w:rPr>
          <w:b/>
        </w:rPr>
        <w:t>Nein</w:t>
      </w:r>
      <w:r>
        <w:t xml:space="preserve"> wie bei der Einlagerung.</w:t>
      </w:r>
    </w:p>
    <w:p>
      <w:pPr>
        <w:pStyle w:val="Quelle"/>
      </w:pPr>
      <w:r>
        <w:rPr>
          <w:b/>
        </w:rPr>
        <w:t xml:space="preserve">Quelle: </w:t>
      </w:r>
      <w:r>
        <w:rPr>
          <w:sz w:val="17"/>
        </w:rPr>
        <w:t>Benutzerhandbuch 2.7, Kap. 6.1.7 (S. 87–89); Administratorhandbuch 2.7, Kap. 3.11.2 (S. 176)</w:t>
      </w:r>
    </w:p>
    <w:p>
      <w:pPr>
        <w:pStyle w:val="Heading2"/>
      </w:pPr>
      <w:r>
        <w:t>8.2 Spontane Inventur an externen Plätzen (Mobilterminal)</w:t>
      </w:r>
    </w:p>
    <w:p>
      <w:pPr>
        <w:tabs>
          <w:tab w:pos="425" w:val="left"/>
        </w:tabs>
        <w:spacing w:after="60"/>
        <w:ind w:left="425" w:hanging="425"/>
      </w:pPr>
      <w:r>
        <w:rPr>
          <w:b/>
        </w:rPr>
        <w:t>1.</w:t>
        <w:tab/>
      </w:r>
      <w:r>
        <w:t xml:space="preserve">In </w:t>
      </w:r>
      <w:r>
        <w:rPr>
          <w:b/>
        </w:rPr>
        <w:t>WLM001 Tätigkeiten</w:t>
      </w:r>
      <w:r>
        <w:t xml:space="preserve"> </w:t>
      </w:r>
      <w:r>
        <w:rPr>
          <w:b/>
        </w:rPr>
        <w:t>Spontane Inventur</w:t>
      </w:r>
      <w:r>
        <w:t xml:space="preserve"> wählen. </w:t>
      </w:r>
      <w:r>
        <w:rPr>
          <w:b/>
        </w:rPr>
        <w:t>MSLI001 Lagerplatz scannen</w:t>
      </w:r>
      <w:r>
        <w:t xml:space="preserve"> öffnet sich.</w:t>
      </w:r>
    </w:p>
    <w:p>
      <w:pPr>
        <w:tabs>
          <w:tab w:pos="425" w:val="left"/>
        </w:tabs>
        <w:spacing w:after="60"/>
        <w:ind w:left="425" w:hanging="425"/>
      </w:pPr>
      <w:r>
        <w:rPr>
          <w:b/>
        </w:rPr>
        <w:t>2.</w:t>
        <w:tab/>
      </w:r>
      <w:r>
        <w:t xml:space="preserve">Lagerplatz scannen, </w:t>
      </w:r>
      <w:r>
        <w:rPr>
          <w:b/>
        </w:rPr>
        <w:t>OK</w:t>
      </w:r>
      <w:r>
        <w:t xml:space="preserve">. </w:t>
      </w:r>
      <w:r>
        <w:rPr>
          <w:b/>
        </w:rPr>
        <w:t>MLSI002 Artikel scannen</w:t>
      </w:r>
      <w:r>
        <w:t xml:space="preserve"> öffnet sich.</w:t>
      </w:r>
    </w:p>
    <w:p>
      <w:pPr>
        <w:tabs>
          <w:tab w:pos="425" w:val="left"/>
        </w:tabs>
        <w:spacing w:after="60"/>
        <w:ind w:left="425" w:hanging="425"/>
      </w:pPr>
      <w:r>
        <w:rPr>
          <w:b/>
        </w:rPr>
        <w:t>3.</w:t>
        <w:tab/>
      </w:r>
      <w:r>
        <w:t xml:space="preserve">Artikel scannen, </w:t>
      </w:r>
      <w:r>
        <w:rPr>
          <w:b/>
        </w:rPr>
        <w:t>OK</w:t>
      </w:r>
      <w:r>
        <w:t xml:space="preserve">. </w:t>
      </w:r>
      <w:r>
        <w:rPr>
          <w:b/>
        </w:rPr>
        <w:t>MLSI004 Zählung bestätigen</w:t>
      </w:r>
      <w:r>
        <w:t xml:space="preserve"> öffnet sich.</w:t>
      </w:r>
    </w:p>
    <w:p>
      <w:pPr>
        <w:tabs>
          <w:tab w:pos="425" w:val="left"/>
        </w:tabs>
        <w:spacing w:after="60"/>
        <w:ind w:left="425" w:hanging="425"/>
      </w:pPr>
      <w:r>
        <w:rPr>
          <w:b/>
        </w:rPr>
        <w:t>4.</w:t>
        <w:tab/>
      </w:r>
      <w:r>
        <w:t xml:space="preserve">Gezählte Menge eingeben (oder über das Icon neben </w:t>
      </w:r>
      <w:r>
        <w:rPr>
          <w:b/>
        </w:rPr>
        <w:t>Stk.</w:t>
      </w:r>
      <w:r>
        <w:t xml:space="preserve"> in </w:t>
      </w:r>
      <w:r>
        <w:rPr>
          <w:b/>
        </w:rPr>
        <w:t>MAP030 Menge anpassen</w:t>
      </w:r>
      <w:r>
        <w:t>).</w:t>
      </w:r>
    </w:p>
    <w:p>
      <w:pPr>
        <w:tabs>
          <w:tab w:pos="425" w:val="left"/>
        </w:tabs>
        <w:spacing w:after="60"/>
        <w:ind w:left="425" w:hanging="425"/>
      </w:pPr>
      <w:r>
        <w:rPr>
          <w:b/>
        </w:rPr>
        <w:t>5.</w:t>
        <w:tab/>
      </w:r>
      <w:r>
        <w:t xml:space="preserve">Lagerplatz scannen bzw. eingeben. </w:t>
      </w:r>
      <w:r>
        <w:rPr>
          <w:b/>
        </w:rPr>
        <w:t>MLSI003 Zählung fertig</w:t>
      </w:r>
      <w:r>
        <w:t xml:space="preserve"> bestätigt den Abschluss.</w:t>
      </w:r>
    </w:p>
    <w:p>
      <w:r>
        <w:t>Die Istmenge ist gebucht; Sie können mit dem nächsten Platz fortfahren.</w:t>
      </w:r>
    </w:p>
    <w:p>
      <w:pPr>
        <w:pStyle w:val="Quelle"/>
      </w:pPr>
      <w:r>
        <w:rPr>
          <w:b/>
        </w:rPr>
        <w:t xml:space="preserve">Quelle: </w:t>
      </w:r>
      <w:r>
        <w:rPr>
          <w:sz w:val="17"/>
        </w:rPr>
        <w:t>Benutzerhandbuch 2.7, Kap. 6.3.5 (S. 127–128)</w:t>
      </w:r>
    </w:p>
    <w:p>
      <w:pPr>
        <w:pStyle w:val="Heading2"/>
      </w:pPr>
      <w:r>
        <w:t>8.3 Korrektur über Zu- oder Abbuchung</w:t>
      </w:r>
    </w:p>
    <w:p>
      <w:r>
        <w:t xml:space="preserve">Wenn Sie eine bekannte Differenz direkt korrigieren möchten, ohne zu zählen, buchen Sie die Differenzmenge spontan ein (Kapitel 5.1) oder aus (Kapitel 6.1) und wählen in </w:t>
      </w:r>
      <w:r>
        <w:rPr>
          <w:b/>
        </w:rPr>
        <w:t>LM101</w:t>
      </w:r>
      <w:r>
        <w:t xml:space="preserve"> einen passenden Buchungsschlüssel, z. B. „Bruch“ oder „Fund“. Bevorzugen Sie bei unklarer Menge das Zählen (Kapitel 8.1), weil dort der tatsächliche Bestand erfasst wird.</w:t>
      </w:r>
    </w:p>
    <w:p>
      <w:pPr>
        <w:pStyle w:val="Quelle"/>
      </w:pPr>
      <w:r>
        <w:rPr>
          <w:b/>
        </w:rPr>
        <w:t xml:space="preserve">Quelle: </w:t>
      </w:r>
      <w:r>
        <w:rPr>
          <w:sz w:val="17"/>
        </w:rPr>
        <w:t>Benutzerhandbuch 2.7, Kap. 6.1.4–6.1.5; Administratorhandbuch 2.7, Kap. 3.6.1.8</w:t>
      </w:r>
    </w:p>
    <w:p>
      <w:pPr>
        <w:pStyle w:val="Heading2"/>
      </w:pPr>
      <w:r>
        <w:t>8.4 Strukturierte Zählung mit Inventurbedarf</w:t>
      </w:r>
    </w:p>
    <w:p>
      <w:r>
        <w:t>Für Zählungen ganzer Zonen, Lifte, Tablare oder Artikellisten legen Sie am Desktop einen Inventurbedarf an (</w:t>
      </w:r>
      <w:r>
        <w:rPr>
          <w:b/>
        </w:rPr>
        <w:t>LM090</w:t>
      </w:r>
      <w:r>
        <w:t xml:space="preserve"> Übersicht, </w:t>
      </w:r>
      <w:r>
        <w:rPr>
          <w:b/>
        </w:rPr>
        <w:t>LM091</w:t>
      </w:r>
      <w:r>
        <w:t xml:space="preserve"> pflegen), siehe Kapitel 9.3. Die Ergebnisse und Differenzen sehen Sie im Desktop-Dialog </w:t>
      </w:r>
      <w:r>
        <w:rPr>
          <w:b/>
        </w:rPr>
        <w:t>LM094 Übersicht Inventurergebnisse</w:t>
      </w:r>
      <w:r>
        <w:t>, der als Zählliste exportiert werden kann.</w:t>
      </w:r>
    </w:p>
    <w:p>
      <w:pPr>
        <w:pStyle w:val="Quelle"/>
      </w:pPr>
      <w:r>
        <w:rPr>
          <w:b/>
        </w:rPr>
        <w:t xml:space="preserve">Quelle: </w:t>
      </w:r>
      <w:r>
        <w:rPr>
          <w:sz w:val="17"/>
        </w:rPr>
        <w:t>Benutzerhandbuch 2.7, Kap. 6.2.3 (S. 107–112); Quick Guide Inventur (Release 2.5)</w:t>
      </w:r>
    </w:p>
    <w:p>
      <w:pPr>
        <w:pStyle w:val="Heading2"/>
      </w:pPr>
      <w:r>
        <w:t>8.5 Bestandskorrektur am Desktop</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2F2F2"/>
            <w:tcBorders>
              <w:top w:val="nil"/>
              <w:left w:val="single" w:sz="24" w:color="E30613" w:space="0"/>
              <w:bottom w:val="nil"/>
              <w:right w:val="nil"/>
            </w:tcBorders>
            <w:tcMar>
              <w:top w:w="80" w:type="dxa"/>
              <w:bottom w:w="80" w:type="dxa"/>
              <w:start w:w="140" w:type="dxa"/>
              <w:end w:w="140" w:type="dxa"/>
              <w:left w:w="140" w:type="dxa"/>
              <w:right w:w="140" w:type="dxa"/>
            </w:tcMar>
          </w:tcPr>
          <w:p>
            <w:pPr>
              <w:spacing w:after="40"/>
            </w:pPr>
            <w:r>
              <w:rPr>
                <w:b/>
                <w:color w:val="B00010"/>
                <w:sz w:val="19"/>
              </w:rPr>
              <w:t>Desktop-Bestandskorrektur</w:t>
            </w:r>
          </w:p>
          <w:p>
            <w:pPr>
              <w:spacing w:after="40"/>
            </w:pPr>
            <w:r>
              <w:rPr>
                <w:sz w:val="19"/>
              </w:rPr>
              <w:t xml:space="preserve">Die Handbücher 2.7 und 2.8 von WAMAS Lift &amp; Store beschreiben keinen Desktop-Dialog, mit dem Bestand im SSI LOGIMAT direkt korrigiert oder umgebucht werden kann. Der Bestand ist am Desktop z. B. in </w:t>
            </w:r>
            <w:r>
              <w:rPr>
                <w:b/>
                <w:sz w:val="19"/>
              </w:rPr>
              <w:t>SM022 Übersicht Bestandsobjekte</w:t>
            </w:r>
            <w:r>
              <w:rPr>
                <w:sz w:val="19"/>
              </w:rPr>
              <w:t xml:space="preserve"> einsehbar. Ob und mit welchem Recht eine Korrektur am Desktop möglich ist, klären Sie bitte mit SSI SCHÄFER. Bis dahin gilt: Korrekturen erfolgen am Touch-Client (Kapitel 8.1 bzw. 8.3).</w:t>
            </w:r>
          </w:p>
        </w:tc>
      </w:tr>
    </w:tbl>
    <w:p>
      <w:pPr>
        <w:spacing w:after="40"/>
      </w:pPr>
    </w:p>
    <w:p>
      <w:pPr>
        <w:pStyle w:val="Heading1"/>
      </w:pPr>
      <w:r>
        <w:t>9 Aufträge ohne Host selbst anlegen</w:t>
      </w:r>
    </w:p>
    <w:p>
      <w:pPr>
        <w:pStyle w:val="Heading2"/>
      </w:pPr>
      <w:r>
        <w:t>9.1 Einlagerbedarf anlegen</w:t>
      </w:r>
    </w:p>
    <w:p>
      <w:r>
        <w:rPr>
          <w:b/>
        </w:rPr>
        <w:t>Am Desktop (LM081 Einlagerbedarf pflegen):</w:t>
      </w:r>
    </w:p>
    <w:p>
      <w:pPr>
        <w:tabs>
          <w:tab w:pos="425" w:val="left"/>
        </w:tabs>
        <w:spacing w:after="60"/>
        <w:ind w:left="425" w:hanging="425"/>
      </w:pPr>
      <w:r>
        <w:rPr>
          <w:b/>
        </w:rPr>
        <w:t>1.</w:t>
        <w:tab/>
      </w:r>
      <w:r>
        <w:rPr>
          <w:b/>
        </w:rPr>
        <w:t>Klient</w:t>
      </w:r>
      <w:r>
        <w:t xml:space="preserve">, </w:t>
      </w:r>
      <w:r>
        <w:rPr>
          <w:b/>
        </w:rPr>
        <w:t>Lagerstandort</w:t>
      </w:r>
      <w:r>
        <w:t xml:space="preserve"> und </w:t>
      </w:r>
      <w:r>
        <w:rPr>
          <w:b/>
        </w:rPr>
        <w:t>Systempartner</w:t>
      </w:r>
      <w:r>
        <w:t xml:space="preserve"> eingeben.</w:t>
      </w:r>
    </w:p>
    <w:p>
      <w:pPr>
        <w:tabs>
          <w:tab w:pos="425" w:val="left"/>
        </w:tabs>
        <w:spacing w:after="60"/>
        <w:ind w:left="425" w:hanging="425"/>
      </w:pPr>
      <w:r>
        <w:rPr>
          <w:b/>
        </w:rPr>
        <w:t>2.</w:t>
        <w:tab/>
      </w:r>
      <w:r>
        <w:t xml:space="preserve">Registerkarte </w:t>
      </w:r>
      <w:r>
        <w:rPr>
          <w:b/>
        </w:rPr>
        <w:t>Einlagerbedarf</w:t>
      </w:r>
      <w:r>
        <w:t xml:space="preserve">: </w:t>
      </w:r>
      <w:r>
        <w:rPr>
          <w:b/>
        </w:rPr>
        <w:t>Priorität</w:t>
      </w:r>
      <w:r>
        <w:t xml:space="preserve"> (Niedrig, Normal, Hoch; Express für Eilaufträge), </w:t>
      </w:r>
      <w:r>
        <w:rPr>
          <w:b/>
        </w:rPr>
        <w:t>Einlagerbedarfstyp</w:t>
      </w:r>
      <w:r>
        <w:t xml:space="preserve">, optional </w:t>
      </w:r>
      <w:r>
        <w:rPr>
          <w:b/>
        </w:rPr>
        <w:t>Zugeordneter Benutzer</w:t>
      </w:r>
      <w:r>
        <w:t xml:space="preserve"> und </w:t>
      </w:r>
      <w:r>
        <w:rPr>
          <w:b/>
        </w:rPr>
        <w:t>WAMAS Lift &amp; Store-Zone</w:t>
      </w:r>
      <w:r>
        <w:t>.</w:t>
      </w:r>
    </w:p>
    <w:p>
      <w:pPr>
        <w:tabs>
          <w:tab w:pos="425" w:val="left"/>
        </w:tabs>
        <w:spacing w:after="60"/>
        <w:ind w:left="425" w:hanging="425"/>
      </w:pPr>
      <w:r>
        <w:rPr>
          <w:b/>
        </w:rPr>
        <w:t>3.</w:t>
        <w:tab/>
      </w:r>
      <w:r>
        <w:rPr>
          <w:b/>
        </w:rPr>
        <w:t>Datensatz anlegen</w:t>
      </w:r>
      <w:r>
        <w:t xml:space="preserve"> → </w:t>
      </w:r>
      <w:r>
        <w:rPr>
          <w:b/>
        </w:rPr>
        <w:t>LM082 Einlagerbedarfszeile bearbeiten</w:t>
      </w:r>
      <w:r>
        <w:t xml:space="preserve">: Verpackungsversion (Artikel), Bestandsklassifizierung, Wareneigentümer, Menge, ggf. Bestandseinschränkungen und Attribute, </w:t>
      </w:r>
      <w:r>
        <w:rPr>
          <w:b/>
        </w:rPr>
        <w:t>Anwenden</w:t>
      </w:r>
      <w:r>
        <w:t>.</w:t>
      </w:r>
    </w:p>
    <w:p>
      <w:pPr>
        <w:tabs>
          <w:tab w:pos="425" w:val="left"/>
        </w:tabs>
        <w:spacing w:after="60"/>
        <w:ind w:left="425" w:hanging="425"/>
      </w:pPr>
      <w:r>
        <w:rPr>
          <w:b/>
        </w:rPr>
        <w:t>4.</w:t>
        <w:tab/>
      </w:r>
      <w:r>
        <w:t xml:space="preserve">Optional externe Referenz (Schlüssel, Wert 1, Wert 2) auf der Registerkarte </w:t>
      </w:r>
      <w:r>
        <w:rPr>
          <w:b/>
        </w:rPr>
        <w:t>Externe Referenz</w:t>
      </w:r>
      <w:r>
        <w:t>.</w:t>
      </w:r>
    </w:p>
    <w:p>
      <w:pPr>
        <w:tabs>
          <w:tab w:pos="425" w:val="left"/>
        </w:tabs>
        <w:spacing w:after="60"/>
        <w:ind w:left="425" w:hanging="425"/>
      </w:pPr>
      <w:r>
        <w:rPr>
          <w:b/>
        </w:rPr>
        <w:t>5.</w:t>
        <w:tab/>
      </w:r>
      <w:r>
        <w:rPr>
          <w:b/>
        </w:rPr>
        <w:t>Speichern</w:t>
      </w:r>
      <w:r>
        <w:t xml:space="preserve">. Je nach Bedarfstyp ist der Status </w:t>
      </w:r>
      <w:r>
        <w:rPr>
          <w:b/>
        </w:rPr>
        <w:t>Neu</w:t>
      </w:r>
      <w:r>
        <w:t xml:space="preserve"> oder </w:t>
      </w:r>
      <w:r>
        <w:rPr>
          <w:b/>
        </w:rPr>
        <w:t>Freigegeben</w:t>
      </w:r>
      <w:r>
        <w:t>.</w:t>
      </w:r>
    </w:p>
    <w:p>
      <w:r>
        <w:rPr>
          <w:b/>
        </w:rPr>
        <w:t>Am Touch-Client (LM086 Einlagerbedarf anlegen):</w:t>
      </w:r>
      <w:r>
        <w:t xml:space="preserve"> In </w:t>
      </w:r>
      <w:r>
        <w:rPr>
          <w:b/>
        </w:rPr>
        <w:t>LM040</w:t>
      </w:r>
      <w:r>
        <w:t xml:space="preserve">, Registerkarte </w:t>
      </w:r>
      <w:r>
        <w:rPr>
          <w:b/>
        </w:rPr>
        <w:t>Übersicht Aufträge</w:t>
      </w:r>
      <w:r>
        <w:t xml:space="preserve">, </w:t>
      </w:r>
      <w:r>
        <w:rPr>
          <w:b/>
        </w:rPr>
        <w:t>Einlagerbedarf anlegen</w:t>
      </w:r>
      <w:r>
        <w:t xml:space="preserve"> antippen, Systempartner, Klient, Zone, Priorität und Zeilen (</w:t>
      </w:r>
      <w:r>
        <w:rPr>
          <w:b/>
        </w:rPr>
        <w:t>LM111</w:t>
      </w:r>
      <w:r>
        <w:t xml:space="preserve">) erfassen, </w:t>
      </w:r>
      <w:r>
        <w:rPr>
          <w:b/>
        </w:rPr>
        <w:t>Speichern</w:t>
      </w:r>
      <w:r>
        <w:t xml:space="preserve">. Status: </w:t>
      </w:r>
      <w:r>
        <w:rPr>
          <w:b/>
        </w:rPr>
        <w:t>Neu</w:t>
      </w:r>
      <w:r>
        <w:t>. Liegt ein Beleg mit Barcodes vor, können die Daten eingescannt werden.</w:t>
      </w:r>
    </w:p>
    <w:p>
      <w:pPr>
        <w:pStyle w:val="Quelle"/>
      </w:pPr>
      <w:r>
        <w:rPr>
          <w:b/>
        </w:rPr>
        <w:t xml:space="preserve">Quelle: </w:t>
      </w:r>
      <w:r>
        <w:rPr>
          <w:sz w:val="17"/>
        </w:rPr>
        <w:t>Benutzerhandbuch 2.7, Kap. 6.2.1.1 (S. 91–94)</w:t>
      </w:r>
    </w:p>
    <w:p>
      <w:pPr>
        <w:pStyle w:val="Heading2"/>
      </w:pPr>
      <w:r>
        <w:t>9.2 Kommissionierbedarf anlegen</w:t>
      </w:r>
    </w:p>
    <w:p>
      <w:r>
        <w:rPr>
          <w:b/>
        </w:rPr>
        <w:t>Am Desktop (LM072 Kommissionierbedarf pflegen):</w:t>
      </w:r>
      <w:r>
        <w:t xml:space="preserve"> Klient, Lagerstandort, Systempartner; Priorität, </w:t>
      </w:r>
      <w:r>
        <w:rPr>
          <w:b/>
        </w:rPr>
        <w:t>Kommissionierbedarfstyp</w:t>
      </w:r>
      <w:r>
        <w:t xml:space="preserve">, </w:t>
      </w:r>
      <w:r>
        <w:rPr>
          <w:b/>
        </w:rPr>
        <w:t>Liefertermin</w:t>
      </w:r>
      <w:r>
        <w:t>, Benutzer, Zone; Partnerrolle (</w:t>
      </w:r>
      <w:r>
        <w:rPr>
          <w:b/>
        </w:rPr>
        <w:t>LM079</w:t>
      </w:r>
      <w:r>
        <w:t xml:space="preserve">, Auftraggeber oder Lieferant, Adresse, Zeitzone); Zeilen in </w:t>
      </w:r>
      <w:r>
        <w:rPr>
          <w:b/>
        </w:rPr>
        <w:t>LM073</w:t>
      </w:r>
      <w:r>
        <w:t xml:space="preserve">; </w:t>
      </w:r>
      <w:r>
        <w:rPr>
          <w:b/>
        </w:rPr>
        <w:t>Speichern</w:t>
      </w:r>
      <w:r>
        <w:t>. Es wird zusätzlich eine Kommissionier-Plan-LE angelegt (</w:t>
      </w:r>
      <w:r>
        <w:rPr>
          <w:b/>
        </w:rPr>
        <w:t>LM074</w:t>
      </w:r>
      <w:r>
        <w:t xml:space="preserve">). </w:t>
      </w:r>
      <w:r>
        <w:rPr>
          <w:b/>
        </w:rPr>
        <w:t>Am Touch-Client (LM087 Kommissionierbedarf anlegen):</w:t>
      </w:r>
      <w:r>
        <w:t xml:space="preserve"> In </w:t>
      </w:r>
      <w:r>
        <w:rPr>
          <w:b/>
        </w:rPr>
        <w:t>LM040</w:t>
      </w:r>
      <w:r>
        <w:t xml:space="preserve">, Registerkarte </w:t>
      </w:r>
      <w:r>
        <w:rPr>
          <w:b/>
        </w:rPr>
        <w:t>Übersicht Aufträge</w:t>
      </w:r>
      <w:r>
        <w:t xml:space="preserve">, </w:t>
      </w:r>
      <w:r>
        <w:rPr>
          <w:b/>
        </w:rPr>
        <w:t>Kommissionierbedarf anlegen</w:t>
      </w:r>
      <w:r>
        <w:t xml:space="preserve">; Systempartner, Klient, Zone, Priorität, </w:t>
      </w:r>
      <w:r>
        <w:rPr>
          <w:b/>
        </w:rPr>
        <w:t>Typ</w:t>
      </w:r>
      <w:r>
        <w:t xml:space="preserve">; Zeilen in </w:t>
      </w:r>
      <w:r>
        <w:rPr>
          <w:b/>
        </w:rPr>
        <w:t>LM112</w:t>
      </w:r>
      <w:r>
        <w:t xml:space="preserve">; </w:t>
      </w:r>
      <w:r>
        <w:rPr>
          <w:b/>
        </w:rPr>
        <w:t>Speichern</w:t>
      </w:r>
      <w:r>
        <w:t xml:space="preserve">. Status: </w:t>
      </w:r>
      <w:r>
        <w:rPr>
          <w:b/>
        </w:rPr>
        <w:t>Neu</w:t>
      </w:r>
      <w:r>
        <w:t>.</w:t>
      </w:r>
    </w:p>
    <w:p>
      <w:pPr>
        <w:pStyle w:val="Quelle"/>
      </w:pPr>
      <w:r>
        <w:rPr>
          <w:b/>
        </w:rPr>
        <w:t xml:space="preserve">Quelle: </w:t>
      </w:r>
      <w:r>
        <w:rPr>
          <w:sz w:val="17"/>
        </w:rPr>
        <w:t>Benutzerhandbuch 2.7, Kap. 6.2.2.1 (S. 99–103)</w:t>
      </w:r>
    </w:p>
    <w:p>
      <w:pPr>
        <w:pStyle w:val="Heading2"/>
      </w:pPr>
      <w:r>
        <w:t>9.3 Inventurbedarf anlegen</w:t>
      </w:r>
    </w:p>
    <w:p>
      <w:r>
        <w:t xml:space="preserve">Am Desktop in </w:t>
      </w:r>
      <w:r>
        <w:rPr>
          <w:b/>
        </w:rPr>
        <w:t>LM091 Inventurbedarf pflegen</w:t>
      </w:r>
      <w:r>
        <w:t xml:space="preserve">: Systempartner (die Nummer wird automatisch vergeben), Benutzer, Priorität, </w:t>
      </w:r>
      <w:r>
        <w:rPr>
          <w:b/>
        </w:rPr>
        <w:t>Inventurbedarfstyp</w:t>
      </w:r>
      <w:r>
        <w:t xml:space="preserve">; Zeilen in </w:t>
      </w:r>
      <w:r>
        <w:rPr>
          <w:b/>
        </w:rPr>
        <w:t>LM092</w:t>
      </w:r>
      <w:r>
        <w:t xml:space="preserve"> mit allgemeinen, artikel-, lager- oder LE-spezifischen Einschränkungen; </w:t>
      </w:r>
      <w:r>
        <w:rPr>
          <w:b/>
        </w:rPr>
        <w:t>Speichern</w:t>
      </w:r>
      <w:r>
        <w:t>.</w:t>
      </w:r>
    </w:p>
    <w:p>
      <w:pPr>
        <w:pStyle w:val="Quelle"/>
      </w:pPr>
      <w:r>
        <w:rPr>
          <w:b/>
        </w:rPr>
        <w:t xml:space="preserve">Quelle: </w:t>
      </w:r>
      <w:r>
        <w:rPr>
          <w:sz w:val="17"/>
        </w:rPr>
        <w:t>Benutzerhandbuch 2.7, Kap. 6.2.3.1.2 (S. 107–109)</w:t>
      </w:r>
    </w:p>
    <w:p>
      <w:pPr>
        <w:pStyle w:val="Heading2"/>
      </w:pPr>
      <w:r>
        <w:t>9.4 Freigabe, Aktivierung und Abschluss</w:t>
      </w:r>
    </w:p>
    <w:p>
      <w:r>
        <w:t xml:space="preserve">Wie es nach dem Anlegen weitergeht, bestimmt der Bedarfstyp in </w:t>
      </w:r>
      <w:r>
        <w:rPr>
          <w:b/>
        </w:rPr>
        <w:t>MD017 Klient pflegen</w:t>
      </w:r>
      <w:r>
        <w:t xml:space="preserve"> (Registerkarten </w:t>
      </w:r>
      <w:r>
        <w:rPr>
          <w:b/>
        </w:rPr>
        <w:t>Einlagerbedarfstyp</w:t>
      </w:r>
      <w:r>
        <w:t xml:space="preserve">, </w:t>
      </w:r>
      <w:r>
        <w:rPr>
          <w:b/>
        </w:rPr>
        <w:t>Kommissionierbedarfstyp</w:t>
      </w:r>
      <w:r>
        <w:t xml:space="preserve">, </w:t>
      </w:r>
      <w:r>
        <w:rPr>
          <w:b/>
        </w:rPr>
        <w:t>Inventurbedarfstyp</w:t>
      </w:r>
      <w:r>
        <w:t>):</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1613"/>
        <w:gridCol w:w="4609"/>
        <w:gridCol w:w="3303"/>
      </w:tblGrid>
      <w:tr>
        <w:trPr>
          <w:tblHeader w:val="true"/>
        </w:trPr>
        <w:tc>
          <w:tcPr>
            <w:tcW w:type="dxa" w:w="1613"/>
            <w:shd w:val="clear" w:color="auto" w:fill="FEEE19"/>
          </w:tcPr>
          <w:p>
            <w:pPr>
              <w:spacing w:after="0"/>
            </w:pPr>
            <w:r>
              <w:rPr>
                <w:b/>
                <w:sz w:val="17"/>
              </w:rPr>
              <w:t>Einstellung</w:t>
            </w:r>
          </w:p>
        </w:tc>
        <w:tc>
          <w:tcPr>
            <w:tcW w:type="dxa" w:w="4609"/>
            <w:shd w:val="clear" w:color="auto" w:fill="FEEE19"/>
          </w:tcPr>
          <w:p>
            <w:pPr>
              <w:spacing w:after="0"/>
            </w:pPr>
            <w:r>
              <w:rPr>
                <w:b/>
                <w:sz w:val="17"/>
              </w:rPr>
              <w:t>Automatisch</w:t>
            </w:r>
          </w:p>
        </w:tc>
        <w:tc>
          <w:tcPr>
            <w:tcW w:type="dxa" w:w="3303"/>
            <w:shd w:val="clear" w:color="auto" w:fill="FEEE19"/>
          </w:tcPr>
          <w:p>
            <w:pPr>
              <w:spacing w:after="0"/>
            </w:pPr>
            <w:r>
              <w:rPr>
                <w:b/>
                <w:sz w:val="17"/>
              </w:rPr>
              <w:t>Manuell</w:t>
            </w:r>
          </w:p>
        </w:tc>
      </w:tr>
      <w:tr>
        <w:tc>
          <w:tcPr>
            <w:tcW w:type="dxa" w:w="1613"/>
          </w:tcPr>
          <w:p>
            <w:pPr>
              <w:spacing w:after="0" w:line="252" w:lineRule="auto"/>
            </w:pPr>
            <w:r>
              <w:rPr>
                <w:b/>
                <w:sz w:val="17"/>
              </w:rPr>
              <w:t>Freigabemodus</w:t>
            </w:r>
          </w:p>
        </w:tc>
        <w:tc>
          <w:tcPr>
            <w:tcW w:type="dxa" w:w="4609"/>
          </w:tcPr>
          <w:p>
            <w:pPr>
              <w:spacing w:after="0" w:line="252" w:lineRule="auto"/>
            </w:pPr>
            <w:r>
              <w:rPr>
                <w:sz w:val="17"/>
              </w:rPr>
              <w:t>Bedarf wird automatisch freigegeben</w:t>
            </w:r>
          </w:p>
        </w:tc>
        <w:tc>
          <w:tcPr>
            <w:tcW w:type="dxa" w:w="3303"/>
          </w:tcPr>
          <w:p>
            <w:pPr>
              <w:spacing w:after="0" w:line="252" w:lineRule="auto"/>
            </w:pPr>
            <w:r>
              <w:rPr>
                <w:sz w:val="17"/>
              </w:rPr>
              <w:t xml:space="preserve">Benutzer gibt frei (Desktop oder </w:t>
            </w:r>
            <w:r>
              <w:rPr>
                <w:b/>
                <w:sz w:val="17"/>
              </w:rPr>
              <w:t>LM040</w:t>
            </w:r>
            <w:r>
              <w:rPr>
                <w:sz w:val="17"/>
              </w:rPr>
              <w:t>)</w:t>
            </w:r>
          </w:p>
        </w:tc>
      </w:tr>
      <w:tr>
        <w:tc>
          <w:tcPr>
            <w:tcW w:type="dxa" w:w="1613"/>
          </w:tcPr>
          <w:p>
            <w:pPr>
              <w:spacing w:after="0" w:line="252" w:lineRule="auto"/>
            </w:pPr>
            <w:r>
              <w:rPr>
                <w:b/>
                <w:sz w:val="17"/>
              </w:rPr>
              <w:t>Aktivierungsmodus</w:t>
            </w:r>
          </w:p>
        </w:tc>
        <w:tc>
          <w:tcPr>
            <w:tcW w:type="dxa" w:w="4609"/>
          </w:tcPr>
          <w:p>
            <w:pPr>
              <w:spacing w:after="0" w:line="252" w:lineRule="auto"/>
            </w:pPr>
            <w:r>
              <w:rPr>
                <w:sz w:val="17"/>
              </w:rPr>
              <w:t>Aktivierung bei Reservierung, Benutzer nach Aktivierungsstrategie</w:t>
            </w:r>
          </w:p>
        </w:tc>
        <w:tc>
          <w:tcPr>
            <w:tcW w:type="dxa" w:w="3303"/>
          </w:tcPr>
          <w:p>
            <w:pPr>
              <w:spacing w:after="0" w:line="252" w:lineRule="auto"/>
            </w:pPr>
            <w:r>
              <w:rPr>
                <w:sz w:val="17"/>
              </w:rPr>
              <w:t xml:space="preserve">Benutzer aktiviert in </w:t>
            </w:r>
            <w:r>
              <w:rPr>
                <w:b/>
                <w:sz w:val="17"/>
              </w:rPr>
              <w:t>LM040</w:t>
            </w:r>
          </w:p>
        </w:tc>
      </w:tr>
      <w:tr>
        <w:tc>
          <w:tcPr>
            <w:tcW w:type="dxa" w:w="1613"/>
          </w:tcPr>
          <w:p>
            <w:pPr>
              <w:spacing w:after="0" w:line="252" w:lineRule="auto"/>
            </w:pPr>
            <w:r>
              <w:rPr>
                <w:b/>
                <w:sz w:val="17"/>
              </w:rPr>
              <w:t>Abschlussmodus</w:t>
            </w:r>
          </w:p>
        </w:tc>
        <w:tc>
          <w:tcPr>
            <w:tcW w:type="dxa" w:w="4609"/>
          </w:tcPr>
          <w:p>
            <w:pPr>
              <w:spacing w:after="0" w:line="252" w:lineRule="auto"/>
            </w:pPr>
            <w:r>
              <w:rPr>
                <w:sz w:val="17"/>
              </w:rPr>
              <w:t>Abschluss, wenn alle Zeilen fertig sind</w:t>
            </w:r>
          </w:p>
        </w:tc>
        <w:tc>
          <w:tcPr>
            <w:tcW w:type="dxa" w:w="3303"/>
          </w:tcPr>
          <w:p>
            <w:pPr>
              <w:spacing w:after="0" w:line="252" w:lineRule="auto"/>
            </w:pPr>
            <w:r>
              <w:rPr>
                <w:sz w:val="17"/>
              </w:rPr>
              <w:t>Benutzer bestätigt den Abschluss</w:t>
            </w:r>
          </w:p>
        </w:tc>
      </w:tr>
    </w:tbl>
    <w:p>
      <w:pPr>
        <w:pStyle w:val="BeschriftungSSI"/>
      </w:pPr>
      <w:r>
        <w:t>Tab. 11: Modi am Bedarfstyp</w:t>
      </w:r>
    </w:p>
    <w:p>
      <w:r>
        <w:t xml:space="preserve">Weitere nützliche Einstellungen am Einlagerbedarfstyp: </w:t>
      </w:r>
      <w:r>
        <w:rPr>
          <w:b/>
        </w:rPr>
        <w:t>Überlieferung für eingelagerte Menge erlauben</w:t>
      </w:r>
      <w:r>
        <w:t xml:space="preserve">, </w:t>
      </w:r>
      <w:r>
        <w:rPr>
          <w:b/>
        </w:rPr>
        <w:t>2-Schritt-Bestätigung</w:t>
      </w:r>
      <w:r>
        <w:t xml:space="preserve">, </w:t>
      </w:r>
      <w:r>
        <w:rPr>
          <w:b/>
        </w:rPr>
        <w:t>Lagerreservierungsstrategie</w:t>
      </w:r>
      <w:r>
        <w:t>.</w:t>
      </w:r>
    </w:p>
    <w:p>
      <w:pPr>
        <w:pStyle w:val="Quelle"/>
      </w:pPr>
      <w:r>
        <w:rPr>
          <w:b/>
        </w:rPr>
        <w:t xml:space="preserve">Quelle: </w:t>
      </w:r>
      <w:r>
        <w:rPr>
          <w:sz w:val="17"/>
        </w:rPr>
        <w:t>Administratorhandbuch 2.7, Kap. 3.6.1.10–3.6.1.12 (S. 108–114)</w:t>
      </w:r>
    </w:p>
    <w:p>
      <w:pPr>
        <w:pStyle w:val="Heading2"/>
      </w:pPr>
      <w:r>
        <w:t>9.5 Menge anpassen, stornieren, abschließen</w:t>
      </w:r>
    </w:p>
    <w:p>
      <w:pPr>
        <w:pStyle w:val="ListBullet"/>
      </w:pPr>
      <w:r>
        <w:rPr>
          <w:b/>
        </w:rPr>
        <w:t>Menge anpassen:</w:t>
      </w:r>
      <w:r>
        <w:t xml:space="preserve"> In </w:t>
      </w:r>
      <w:r>
        <w:rPr>
          <w:b/>
        </w:rPr>
        <w:t>LM040</w:t>
      </w:r>
      <w:r>
        <w:t xml:space="preserve"> Bedarf wählen → </w:t>
      </w:r>
      <w:r>
        <w:rPr>
          <w:b/>
        </w:rPr>
        <w:t>Details</w:t>
      </w:r>
      <w:r>
        <w:t xml:space="preserve"> → Zeile wählen → </w:t>
      </w:r>
      <w:r>
        <w:rPr>
          <w:b/>
        </w:rPr>
        <w:t>Menge anpassen</w:t>
      </w:r>
      <w:r>
        <w:t xml:space="preserve">. Bei Status </w:t>
      </w:r>
      <w:r>
        <w:rPr>
          <w:b/>
        </w:rPr>
        <w:t>Neu</w:t>
      </w:r>
      <w:r>
        <w:t xml:space="preserve"> (nicht freigegeben) werden Bestell- und Freigabemenge angepasst; nach erfasster Fehlmenge darf nur die Freigabemenge bis zur Bestellmenge erhöht werden.</w:t>
      </w:r>
    </w:p>
    <w:p>
      <w:pPr>
        <w:pStyle w:val="ListBullet"/>
      </w:pPr>
      <w:r>
        <w:rPr>
          <w:b/>
        </w:rPr>
        <w:t>Manuell angelegten Auftrag stornieren:</w:t>
      </w:r>
      <w:r>
        <w:t xml:space="preserve"> Auftragstyp </w:t>
      </w:r>
      <w:r>
        <w:rPr>
          <w:b/>
        </w:rPr>
        <w:t>Manuell</w:t>
      </w:r>
      <w:r>
        <w:t xml:space="preserve">, freigegeben, Status </w:t>
      </w:r>
      <w:r>
        <w:rPr>
          <w:b/>
        </w:rPr>
        <w:t>Aktiv</w:t>
      </w:r>
      <w:r>
        <w:t xml:space="preserve"> → Auftrag wählen → </w:t>
      </w:r>
      <w:r>
        <w:rPr>
          <w:b/>
        </w:rPr>
        <w:t>Stornieren</w:t>
      </w:r>
      <w:r>
        <w:t xml:space="preserve"> → </w:t>
      </w:r>
      <w:r>
        <w:rPr>
          <w:b/>
        </w:rPr>
        <w:t>Ja</w:t>
      </w:r>
      <w:r>
        <w:t>. Nicht möglich, wenn für das Tablar Einschränkungen bestehen.</w:t>
      </w:r>
    </w:p>
    <w:p>
      <w:pPr>
        <w:pStyle w:val="ListBullet"/>
      </w:pPr>
      <w:r>
        <w:rPr>
          <w:b/>
        </w:rPr>
        <w:t>Organisatorisch abschließen:</w:t>
      </w:r>
      <w:r>
        <w:t xml:space="preserve"> am Touch-Client oder Desktop, wenn ein Auftrag nicht vollständig abgearbeitet wird.</w:t>
      </w:r>
    </w:p>
    <w:p>
      <w:pPr>
        <w:pStyle w:val="Quelle"/>
      </w:pPr>
      <w:r>
        <w:rPr>
          <w:b/>
        </w:rPr>
        <w:t xml:space="preserve">Quelle: </w:t>
      </w:r>
      <w:r>
        <w:rPr>
          <w:sz w:val="17"/>
        </w:rPr>
        <w:t>Benutzerhandbuch 2.7, Kap. 6.4.10–6.4.12 (S. 139–142)</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2F2F2"/>
            <w:tcBorders>
              <w:top w:val="nil"/>
              <w:left w:val="single" w:sz="24" w:color="E30613" w:space="0"/>
              <w:bottom w:val="nil"/>
              <w:right w:val="nil"/>
            </w:tcBorders>
            <w:tcMar>
              <w:top w:w="80" w:type="dxa"/>
              <w:bottom w:w="80" w:type="dxa"/>
              <w:start w:w="140" w:type="dxa"/>
              <w:end w:w="140" w:type="dxa"/>
              <w:left w:w="140" w:type="dxa"/>
              <w:right w:w="140" w:type="dxa"/>
            </w:tcMar>
          </w:tcPr>
          <w:p>
            <w:pPr>
              <w:spacing w:after="40"/>
            </w:pPr>
            <w:r>
              <w:rPr>
                <w:b/>
                <w:color w:val="B00010"/>
                <w:sz w:val="19"/>
              </w:rPr>
              <w:t>Systempartner ohne Host</w:t>
            </w:r>
          </w:p>
          <w:p>
            <w:pPr>
              <w:spacing w:after="40"/>
            </w:pPr>
            <w:r>
              <w:rPr>
                <w:sz w:val="19"/>
              </w:rPr>
              <w:t xml:space="preserve">Beim manuellen Anlegen ist der </w:t>
            </w:r>
            <w:r>
              <w:rPr>
                <w:b/>
                <w:sz w:val="19"/>
              </w:rPr>
              <w:t>Systempartner</w:t>
            </w:r>
            <w:r>
              <w:rPr>
                <w:sz w:val="19"/>
              </w:rPr>
              <w:t xml:space="preserve"> ein Pflichtfeld. Für Anlagen ganz ohne Hostsystem beschreibt das Handbuch nicht, welcher Systempartner einzutragen ist (z. B. ein lokaler Standard-Systempartner aus der Inbetriebnahme). Bitte im System prüfen.</w:t>
            </w:r>
          </w:p>
        </w:tc>
      </w:tr>
    </w:tbl>
    <w:p>
      <w:pPr>
        <w:spacing w:after="40"/>
      </w:pPr>
    </w:p>
    <w:p>
      <w:pPr>
        <w:pStyle w:val="Heading1"/>
      </w:pPr>
      <w:r>
        <w:t>10 Was ohne Auftrag nicht möglich ist</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4762"/>
        <w:gridCol w:w="4762"/>
      </w:tblGrid>
      <w:tr>
        <w:trPr>
          <w:tblHeader w:val="true"/>
        </w:trPr>
        <w:tc>
          <w:tcPr>
            <w:tcW w:type="dxa" w:w="4762"/>
            <w:shd w:val="clear" w:color="auto" w:fill="FEEE19"/>
          </w:tcPr>
          <w:p>
            <w:pPr>
              <w:spacing w:after="0"/>
            </w:pPr>
            <w:r>
              <w:rPr>
                <w:b/>
                <w:sz w:val="17"/>
              </w:rPr>
              <w:t>Nicht möglich</w:t>
            </w:r>
          </w:p>
        </w:tc>
        <w:tc>
          <w:tcPr>
            <w:tcW w:type="dxa" w:w="4762"/>
            <w:shd w:val="clear" w:color="auto" w:fill="FEEE19"/>
          </w:tcPr>
          <w:p>
            <w:pPr>
              <w:spacing w:after="0"/>
            </w:pPr>
            <w:r>
              <w:rPr>
                <w:b/>
                <w:sz w:val="17"/>
              </w:rPr>
              <w:t>Grund / Alternative</w:t>
            </w:r>
          </w:p>
        </w:tc>
      </w:tr>
      <w:tr>
        <w:tc>
          <w:tcPr>
            <w:tcW w:type="dxa" w:w="4762"/>
          </w:tcPr>
          <w:p>
            <w:pPr>
              <w:spacing w:after="0" w:line="252" w:lineRule="auto"/>
            </w:pPr>
            <w:r>
              <w:rPr>
                <w:sz w:val="17"/>
              </w:rPr>
              <w:t>Tablar mit Einschränkung oder Sperre anfordern</w:t>
            </w:r>
          </w:p>
        </w:tc>
        <w:tc>
          <w:tcPr>
            <w:tcW w:type="dxa" w:w="4762"/>
          </w:tcPr>
          <w:p>
            <w:pPr>
              <w:spacing w:after="0" w:line="252" w:lineRule="auto"/>
            </w:pPr>
            <w:r>
              <w:rPr>
                <w:sz w:val="17"/>
              </w:rPr>
              <w:t>Sperre bzw. Einschränkung zuerst aufheben</w:t>
            </w:r>
          </w:p>
        </w:tc>
      </w:tr>
      <w:tr>
        <w:tc>
          <w:tcPr>
            <w:tcW w:type="dxa" w:w="4762"/>
          </w:tcPr>
          <w:p>
            <w:pPr>
              <w:spacing w:after="0" w:line="252" w:lineRule="auto"/>
            </w:pPr>
            <w:r>
              <w:rPr>
                <w:sz w:val="17"/>
              </w:rPr>
              <w:t>Tablar zur Öffnung bringen, wenn an keinem Touch-Client ein Benutzer angemeldet ist</w:t>
            </w:r>
          </w:p>
        </w:tc>
        <w:tc>
          <w:tcPr>
            <w:tcW w:type="dxa" w:w="4762"/>
          </w:tcPr>
          <w:p>
            <w:pPr>
              <w:spacing w:after="0" w:line="252" w:lineRule="auto"/>
            </w:pPr>
            <w:r>
              <w:rPr>
                <w:sz w:val="17"/>
              </w:rPr>
              <w:t>Anmeldung am Touch-Client erforderlich</w:t>
            </w:r>
          </w:p>
        </w:tc>
      </w:tr>
      <w:tr>
        <w:tc>
          <w:tcPr>
            <w:tcW w:type="dxa" w:w="4762"/>
          </w:tcPr>
          <w:p>
            <w:pPr>
              <w:spacing w:after="0" w:line="252" w:lineRule="auto"/>
            </w:pPr>
            <w:r>
              <w:rPr>
                <w:sz w:val="17"/>
              </w:rPr>
              <w:t>Den SSI LOGIMAT vom Desktop aus bedienen</w:t>
            </w:r>
          </w:p>
        </w:tc>
        <w:tc>
          <w:tcPr>
            <w:tcW w:type="dxa" w:w="4762"/>
          </w:tcPr>
          <w:p>
            <w:pPr>
              <w:spacing w:after="0" w:line="252" w:lineRule="auto"/>
            </w:pPr>
            <w:r>
              <w:rPr>
                <w:sz w:val="17"/>
              </w:rPr>
              <w:t>Bedienung nur am Touch-Client</w:t>
            </w:r>
          </w:p>
        </w:tc>
      </w:tr>
      <w:tr>
        <w:tc>
          <w:tcPr>
            <w:tcW w:type="dxa" w:w="4762"/>
          </w:tcPr>
          <w:p>
            <w:pPr>
              <w:spacing w:after="0" w:line="252" w:lineRule="auto"/>
            </w:pPr>
            <w:r>
              <w:rPr>
                <w:sz w:val="17"/>
              </w:rPr>
              <w:t>In eine Box ohne Artikel-zu-Box-Zuordnung einlagern oder darin zählen</w:t>
            </w:r>
          </w:p>
        </w:tc>
        <w:tc>
          <w:tcPr>
            <w:tcW w:type="dxa" w:w="4762"/>
          </w:tcPr>
          <w:p>
            <w:pPr>
              <w:spacing w:after="0" w:line="252" w:lineRule="auto"/>
            </w:pPr>
            <w:r>
              <w:rPr>
                <w:sz w:val="17"/>
              </w:rPr>
              <w:t>Zuordnung anlegen (Kapitel 5.2)</w:t>
            </w:r>
          </w:p>
        </w:tc>
      </w:tr>
      <w:tr>
        <w:tc>
          <w:tcPr>
            <w:tcW w:type="dxa" w:w="4762"/>
          </w:tcPr>
          <w:p>
            <w:pPr>
              <w:spacing w:after="0" w:line="252" w:lineRule="auto"/>
            </w:pPr>
            <w:r>
              <w:rPr>
                <w:sz w:val="17"/>
              </w:rPr>
              <w:t>Mehr entnehmen als verfügbar bzw. nicht reserviert ist</w:t>
            </w:r>
          </w:p>
        </w:tc>
        <w:tc>
          <w:tcPr>
            <w:tcW w:type="dxa" w:w="4762"/>
          </w:tcPr>
          <w:p>
            <w:pPr>
              <w:spacing w:after="0" w:line="252" w:lineRule="auto"/>
            </w:pPr>
            <w:r>
              <w:rPr>
                <w:sz w:val="17"/>
              </w:rPr>
              <w:t>Menge prüfen; Reservierungen abwarten oder stornieren</w:t>
            </w:r>
          </w:p>
        </w:tc>
      </w:tr>
      <w:tr>
        <w:tc>
          <w:tcPr>
            <w:tcW w:type="dxa" w:w="4762"/>
          </w:tcPr>
          <w:p>
            <w:pPr>
              <w:spacing w:after="0" w:line="252" w:lineRule="auto"/>
            </w:pPr>
            <w:r>
              <w:rPr>
                <w:sz w:val="17"/>
              </w:rPr>
              <w:t>Große Artikel an externen Plätzen einlagern</w:t>
            </w:r>
          </w:p>
        </w:tc>
        <w:tc>
          <w:tcPr>
            <w:tcW w:type="dxa" w:w="4762"/>
          </w:tcPr>
          <w:p>
            <w:pPr>
              <w:spacing w:after="0" w:line="252" w:lineRule="auto"/>
            </w:pPr>
            <w:r>
              <w:rPr>
                <w:sz w:val="17"/>
              </w:rPr>
              <w:t>Nur im SSI LOGIMAT</w:t>
            </w:r>
          </w:p>
        </w:tc>
      </w:tr>
      <w:tr>
        <w:tc>
          <w:tcPr>
            <w:tcW w:type="dxa" w:w="4762"/>
          </w:tcPr>
          <w:p>
            <w:pPr>
              <w:spacing w:after="0" w:line="252" w:lineRule="auto"/>
            </w:pPr>
            <w:r>
              <w:rPr>
                <w:sz w:val="17"/>
              </w:rPr>
              <w:t>Spontanes Einlagern oder Kommissionieren an externen Plätzen per Mobilterminal</w:t>
            </w:r>
          </w:p>
        </w:tc>
        <w:tc>
          <w:tcPr>
            <w:tcW w:type="dxa" w:w="4762"/>
          </w:tcPr>
          <w:p>
            <w:pPr>
              <w:spacing w:after="0" w:line="252" w:lineRule="auto"/>
            </w:pPr>
            <w:r>
              <w:rPr>
                <w:sz w:val="17"/>
              </w:rPr>
              <w:t xml:space="preserve">Mobil nur mit freigegebenem Einlager- bzw. reserviertem Kommissionierbedarf; auftragsfrei nur </w:t>
            </w:r>
            <w:r>
              <w:rPr>
                <w:b/>
                <w:sz w:val="17"/>
              </w:rPr>
              <w:t>Bestand verteilen</w:t>
            </w:r>
            <w:r>
              <w:rPr>
                <w:sz w:val="17"/>
              </w:rPr>
              <w:t xml:space="preserve"> und </w:t>
            </w:r>
            <w:r>
              <w:rPr>
                <w:b/>
                <w:sz w:val="17"/>
              </w:rPr>
              <w:t>Spontane Inventur</w:t>
            </w:r>
          </w:p>
        </w:tc>
      </w:tr>
      <w:tr>
        <w:tc>
          <w:tcPr>
            <w:tcW w:type="dxa" w:w="4762"/>
          </w:tcPr>
          <w:p>
            <w:pPr>
              <w:spacing w:after="0" w:line="252" w:lineRule="auto"/>
            </w:pPr>
            <w:r>
              <w:rPr>
                <w:sz w:val="17"/>
              </w:rPr>
              <w:t>Automatisches Zurückschicken (</w:t>
            </w:r>
            <w:r>
              <w:rPr>
                <w:rFonts w:ascii="Consolas" w:hAnsi="Consolas" w:cs="Consolas" w:eastAsia="Consolas"/>
                <w:sz w:val="15"/>
              </w:rPr>
              <w:t>logimat.demand.sendTrayBack</w:t>
            </w:r>
            <w:r>
              <w:rPr>
                <w:sz w:val="17"/>
              </w:rPr>
              <w:t>) bei manuellen Tablaranforderungen</w:t>
            </w:r>
          </w:p>
        </w:tc>
        <w:tc>
          <w:tcPr>
            <w:tcW w:type="dxa" w:w="4762"/>
          </w:tcPr>
          <w:p>
            <w:pPr>
              <w:spacing w:after="0" w:line="252" w:lineRule="auto"/>
            </w:pPr>
            <w:r>
              <w:rPr>
                <w:sz w:val="17"/>
              </w:rPr>
              <w:t xml:space="preserve">Tablar mit </w:t>
            </w:r>
            <w:r>
              <w:rPr>
                <w:b/>
                <w:sz w:val="17"/>
              </w:rPr>
              <w:t>Tablar retournieren</w:t>
            </w:r>
            <w:r>
              <w:rPr>
                <w:sz w:val="17"/>
              </w:rPr>
              <w:t xml:space="preserve"> zurückschicken</w:t>
            </w:r>
          </w:p>
        </w:tc>
      </w:tr>
      <w:tr>
        <w:tc>
          <w:tcPr>
            <w:tcW w:type="dxa" w:w="4762"/>
          </w:tcPr>
          <w:p>
            <w:pPr>
              <w:spacing w:after="0" w:line="252" w:lineRule="auto"/>
            </w:pPr>
            <w:r>
              <w:rPr>
                <w:sz w:val="17"/>
              </w:rPr>
              <w:t>Konsolidieren über Tablargrenzen hinweg</w:t>
            </w:r>
          </w:p>
        </w:tc>
        <w:tc>
          <w:tcPr>
            <w:tcW w:type="dxa" w:w="4762"/>
          </w:tcPr>
          <w:p>
            <w:pPr>
              <w:spacing w:after="0" w:line="252" w:lineRule="auto"/>
            </w:pPr>
            <w:r>
              <w:rPr>
                <w:sz w:val="17"/>
              </w:rPr>
              <w:t>Entnehmen und wieder einlagern (Kapitel 7.2)</w:t>
            </w:r>
          </w:p>
        </w:tc>
      </w:tr>
      <w:tr>
        <w:tc>
          <w:tcPr>
            <w:tcW w:type="dxa" w:w="4762"/>
          </w:tcPr>
          <w:p>
            <w:pPr>
              <w:spacing w:after="0" w:line="252" w:lineRule="auto"/>
            </w:pPr>
            <w:r>
              <w:rPr>
                <w:sz w:val="17"/>
              </w:rPr>
              <w:t>Trennwand entfernen bei Bestand oder Reservierung im Fach</w:t>
            </w:r>
          </w:p>
        </w:tc>
        <w:tc>
          <w:tcPr>
            <w:tcW w:type="dxa" w:w="4762"/>
          </w:tcPr>
          <w:p>
            <w:pPr>
              <w:spacing w:after="0" w:line="252" w:lineRule="auto"/>
            </w:pPr>
            <w:r>
              <w:rPr>
                <w:sz w:val="17"/>
              </w:rPr>
              <w:t>Fach erst leeren bzw. Reservierung auflösen</w:t>
            </w:r>
          </w:p>
        </w:tc>
      </w:tr>
      <w:tr>
        <w:tc>
          <w:tcPr>
            <w:tcW w:type="dxa" w:w="4762"/>
          </w:tcPr>
          <w:p>
            <w:pPr>
              <w:spacing w:after="0" w:line="252" w:lineRule="auto"/>
            </w:pPr>
            <w:r>
              <w:rPr>
                <w:sz w:val="17"/>
              </w:rPr>
              <w:t>Tablar entfernen oder deinstallieren mit Bestand, Auftrag, Sperre oder Einschränkung</w:t>
            </w:r>
          </w:p>
        </w:tc>
        <w:tc>
          <w:tcPr>
            <w:tcW w:type="dxa" w:w="4762"/>
          </w:tcPr>
          <w:p>
            <w:pPr>
              <w:spacing w:after="0" w:line="252" w:lineRule="auto"/>
            </w:pPr>
            <w:r>
              <w:rPr>
                <w:sz w:val="17"/>
              </w:rPr>
              <w:t>Bestand entnehmen, Aufträge abschließen</w:t>
            </w:r>
          </w:p>
        </w:tc>
      </w:tr>
      <w:tr>
        <w:tc>
          <w:tcPr>
            <w:tcW w:type="dxa" w:w="4762"/>
          </w:tcPr>
          <w:p>
            <w:pPr>
              <w:spacing w:after="0" w:line="252" w:lineRule="auto"/>
            </w:pPr>
            <w:r>
              <w:rPr>
                <w:sz w:val="17"/>
              </w:rPr>
              <w:t>Externe LE mit Kommissionierreservierung zwischenlagern</w:t>
            </w:r>
          </w:p>
        </w:tc>
        <w:tc>
          <w:tcPr>
            <w:tcW w:type="dxa" w:w="4762"/>
          </w:tcPr>
          <w:p>
            <w:pPr>
              <w:spacing w:after="0" w:line="252" w:lineRule="auto"/>
            </w:pPr>
            <w:r>
              <w:rPr>
                <w:sz w:val="17"/>
              </w:rPr>
              <w:t>Reservierung auflösen</w:t>
            </w:r>
          </w:p>
        </w:tc>
      </w:tr>
      <w:tr>
        <w:tc>
          <w:tcPr>
            <w:tcW w:type="dxa" w:w="4762"/>
          </w:tcPr>
          <w:p>
            <w:pPr>
              <w:spacing w:after="0" w:line="252" w:lineRule="auto"/>
            </w:pPr>
            <w:r>
              <w:rPr>
                <w:sz w:val="17"/>
              </w:rPr>
              <w:t>Korrektur einer Bestandsklassifizierung ohne erlaubte Korrekturrichtung oder ohne erweiterte Berechtigung</w:t>
            </w:r>
          </w:p>
        </w:tc>
        <w:tc>
          <w:tcPr>
            <w:tcW w:type="dxa" w:w="4762"/>
          </w:tcPr>
          <w:p>
            <w:pPr>
              <w:spacing w:after="0" w:line="252" w:lineRule="auto"/>
            </w:pPr>
            <w:r>
              <w:rPr>
                <w:sz w:val="17"/>
              </w:rPr>
              <w:t xml:space="preserve">Einstellungen in </w:t>
            </w:r>
            <w:r>
              <w:rPr>
                <w:b/>
                <w:sz w:val="17"/>
              </w:rPr>
              <w:t>MD017</w:t>
            </w:r>
            <w:r>
              <w:rPr>
                <w:sz w:val="17"/>
              </w:rPr>
              <w:t xml:space="preserve"> prüfen</w:t>
            </w:r>
          </w:p>
        </w:tc>
      </w:tr>
      <w:tr>
        <w:tc>
          <w:tcPr>
            <w:tcW w:type="dxa" w:w="4762"/>
          </w:tcPr>
          <w:p>
            <w:pPr>
              <w:spacing w:after="0" w:line="252" w:lineRule="auto"/>
            </w:pPr>
            <w:r>
              <w:rPr>
                <w:sz w:val="17"/>
              </w:rPr>
              <w:t>Inventurbedarf am Touch-Client anlegen</w:t>
            </w:r>
          </w:p>
        </w:tc>
        <w:tc>
          <w:tcPr>
            <w:tcW w:type="dxa" w:w="4762"/>
          </w:tcPr>
          <w:p>
            <w:pPr>
              <w:spacing w:after="0" w:line="252" w:lineRule="auto"/>
            </w:pPr>
            <w:r>
              <w:rPr>
                <w:sz w:val="17"/>
              </w:rPr>
              <w:t>Nur am Desktop (</w:t>
            </w:r>
            <w:r>
              <w:rPr>
                <w:b/>
                <w:sz w:val="17"/>
              </w:rPr>
              <w:t>LM091</w:t>
            </w:r>
            <w:r>
              <w:rPr>
                <w:sz w:val="17"/>
              </w:rPr>
              <w:t>)</w:t>
            </w:r>
          </w:p>
        </w:tc>
      </w:tr>
      <w:tr>
        <w:tc>
          <w:tcPr>
            <w:tcW w:type="dxa" w:w="4762"/>
          </w:tcPr>
          <w:p>
            <w:pPr>
              <w:spacing w:after="0" w:line="252" w:lineRule="auto"/>
            </w:pPr>
            <w:r>
              <w:rPr>
                <w:sz w:val="17"/>
              </w:rPr>
              <w:t>Nachschubaufträge in 2.7</w:t>
            </w:r>
          </w:p>
        </w:tc>
        <w:tc>
          <w:tcPr>
            <w:tcW w:type="dxa" w:w="4762"/>
          </w:tcPr>
          <w:p>
            <w:pPr>
              <w:spacing w:after="0" w:line="252" w:lineRule="auto"/>
            </w:pPr>
            <w:r>
              <w:rPr>
                <w:sz w:val="17"/>
              </w:rPr>
              <w:t>Erst ab 2.8 (</w:t>
            </w:r>
            <w:r>
              <w:rPr>
                <w:b/>
                <w:sz w:val="17"/>
              </w:rPr>
              <w:t>LM175</w:t>
            </w:r>
            <w:r>
              <w:rPr>
                <w:sz w:val="17"/>
              </w:rPr>
              <w:t>/</w:t>
            </w:r>
            <w:r>
              <w:rPr>
                <w:b/>
                <w:sz w:val="17"/>
              </w:rPr>
              <w:t>LM170</w:t>
            </w:r>
            <w:r>
              <w:rPr>
                <w:sz w:val="17"/>
              </w:rPr>
              <w:t>)</w:t>
            </w:r>
          </w:p>
        </w:tc>
      </w:tr>
    </w:tbl>
    <w:p>
      <w:pPr>
        <w:pStyle w:val="BeschriftungSSI"/>
      </w:pPr>
      <w:r>
        <w:t>Tab. 12: Abgrenzungen</w:t>
      </w:r>
    </w:p>
    <w:p>
      <w:pPr>
        <w:pStyle w:val="Quelle"/>
      </w:pPr>
      <w:r>
        <w:rPr>
          <w:b/>
        </w:rPr>
        <w:t xml:space="preserve">Quelle: </w:t>
      </w:r>
      <w:r>
        <w:rPr>
          <w:sz w:val="17"/>
        </w:rPr>
        <w:t>Benutzerhandbuch 2.7, Kap. 6.1–6.7; Administratorhandbuch 2.7, Kap. 3.6.1.9 und 3.11.2</w:t>
      </w:r>
    </w:p>
    <w:p>
      <w:pPr>
        <w:pStyle w:val="Heading1"/>
      </w:pPr>
      <w:r>
        <w:t>11 Stolperfallen</w:t>
      </w:r>
    </w:p>
    <w:p>
      <w:pPr>
        <w:pStyle w:val="ListBullet"/>
      </w:pPr>
      <w:r>
        <w:rPr>
          <w:b/>
        </w:rPr>
        <w:t>Bestandskorrektur an das ERP:</w:t>
      </w:r>
      <w:r>
        <w:t xml:space="preserve"> Jede spontane Einlagerung, Entnahme oder Zähldifferenz erzeugt bei angebundenem Systempartner eine Bestandskorrekturmeldung. Ohne Abstimmung mit dem ERP entstehen dort ungeklärte Bewegungen.</w:t>
      </w:r>
    </w:p>
    <w:p>
      <w:pPr>
        <w:pStyle w:val="ListBullet"/>
      </w:pPr>
      <w:r>
        <w:rPr>
          <w:b/>
        </w:rPr>
        <w:t>Buchungsschlüssel fehlt in der Auswahl:</w:t>
      </w:r>
      <w:r>
        <w:t xml:space="preserve"> Der Schlüssel muss für den Prozess „… erlaubt“ sein, nicht nur als Standard markiert.</w:t>
      </w:r>
    </w:p>
    <w:p>
      <w:pPr>
        <w:pStyle w:val="ListBullet"/>
      </w:pPr>
      <w:r>
        <w:rPr>
          <w:b/>
        </w:rPr>
        <w:t>Grund-Pflichtfeld:</w:t>
      </w:r>
      <w:r>
        <w:t xml:space="preserve"> Mit </w:t>
      </w:r>
      <w:r>
        <w:rPr>
          <w:rFonts w:ascii="Consolas" w:hAnsi="Consolas" w:cs="Consolas" w:eastAsia="Consolas"/>
          <w:sz w:val="18"/>
        </w:rPr>
        <w:t>logimat.dialogs.lm101.askFillReason</w:t>
      </w:r>
      <w:r>
        <w:t xml:space="preserve"> = </w:t>
      </w:r>
      <w:r>
        <w:rPr>
          <w:rFonts w:ascii="Consolas" w:hAnsi="Consolas" w:cs="Consolas" w:eastAsia="Consolas"/>
          <w:sz w:val="18"/>
        </w:rPr>
        <w:t>true</w:t>
      </w:r>
      <w:r>
        <w:t xml:space="preserve"> (Standard) muss in </w:t>
      </w:r>
      <w:r>
        <w:rPr>
          <w:b/>
        </w:rPr>
        <w:t>LM101</w:t>
      </w:r>
      <w:r>
        <w:t xml:space="preserve"> immer ein Grund eingetragen werden.</w:t>
      </w:r>
    </w:p>
    <w:p>
      <w:pPr>
        <w:pStyle w:val="ListBullet"/>
      </w:pPr>
      <w:r>
        <w:rPr>
          <w:b/>
        </w:rPr>
        <w:t>Box-Zuordnung beim Leeren:</w:t>
      </w:r>
      <w:r>
        <w:t xml:space="preserve"> Wer bei „Zuordnung entfernen?“ vorschnell </w:t>
      </w:r>
      <w:r>
        <w:rPr>
          <w:b/>
        </w:rPr>
        <w:t>Ja</w:t>
      </w:r>
      <w:r>
        <w:t xml:space="preserve"> wählt, verliert die feste Box des Artikels. Für Stammplätze den Zuordnungsmodus </w:t>
      </w:r>
      <w:r>
        <w:rPr>
          <w:b/>
        </w:rPr>
        <w:t>Fixiert</w:t>
      </w:r>
      <w:r>
        <w:t xml:space="preserve"> verwenden.</w:t>
      </w:r>
    </w:p>
    <w:p>
      <w:pPr>
        <w:pStyle w:val="ListBullet"/>
      </w:pPr>
      <w:r>
        <w:rPr>
          <w:b/>
        </w:rPr>
        <w:t>Tablar fährt nicht vor:</w:t>
      </w:r>
      <w:r>
        <w:t xml:space="preserve"> Höher priorisierte Aufträge (insbesondere </w:t>
      </w:r>
      <w:r>
        <w:rPr>
          <w:b/>
        </w:rPr>
        <w:t>Express</w:t>
      </w:r>
      <w:r>
        <w:t>) werden zuerst bedient; zudem muss ein Benutzer an einem Touch-Client angemeldet sein.</w:t>
      </w:r>
    </w:p>
    <w:p>
      <w:pPr>
        <w:pStyle w:val="ListBullet"/>
      </w:pPr>
      <w:r>
        <w:rPr>
          <w:b/>
        </w:rPr>
        <w:t>Mehrere Zugriffsöffnungen:</w:t>
      </w:r>
      <w:r>
        <w:t xml:space="preserve"> Bei </w:t>
      </w:r>
      <w:r>
        <w:rPr>
          <w:rFonts w:ascii="Consolas" w:hAnsi="Consolas" w:cs="Consolas" w:eastAsia="Consolas"/>
          <w:sz w:val="18"/>
        </w:rPr>
        <w:t>logimat.workingMode</w:t>
      </w:r>
      <w:r>
        <w:t xml:space="preserve"> = </w:t>
      </w:r>
      <w:r>
        <w:rPr>
          <w:b/>
        </w:rPr>
        <w:t>FORCE</w:t>
      </w:r>
      <w:r>
        <w:t xml:space="preserve"> sind alle anderen Öffnungen gesperrt, bis der Vorgang an der aktuellen Öffnung erledigt ist.</w:t>
      </w:r>
    </w:p>
    <w:p>
      <w:pPr>
        <w:pStyle w:val="ListBullet"/>
      </w:pPr>
      <w:r>
        <w:rPr>
          <w:b/>
        </w:rPr>
        <w:t>Umlagern zwischen Tablaren</w:t>
      </w:r>
      <w:r>
        <w:t xml:space="preserve"> erzeugt zwei Buchungen; zwischendurch ist der Bestand zu niedrig.</w:t>
      </w:r>
    </w:p>
    <w:p>
      <w:pPr>
        <w:pStyle w:val="ListBullet"/>
      </w:pPr>
      <w:r>
        <w:rPr>
          <w:b/>
        </w:rPr>
        <w:t>Spontan angelegte Artikel</w:t>
      </w:r>
      <w:r>
        <w:t xml:space="preserve"> sind dem ERP unbekannt.</w:t>
      </w:r>
    </w:p>
    <w:p>
      <w:pPr>
        <w:pStyle w:val="ListBullet"/>
      </w:pPr>
      <w:r>
        <w:rPr>
          <w:b/>
        </w:rPr>
        <w:t>Überlastwarnung</w:t>
      </w:r>
      <w:r>
        <w:t xml:space="preserve"> nicht routinemäßig mit </w:t>
      </w:r>
      <w:r>
        <w:rPr>
          <w:b/>
        </w:rPr>
        <w:t>Ja</w:t>
      </w:r>
      <w:r>
        <w:t xml:space="preserve"> bestätigen; das Tablargewicht ist begrenzt.</w:t>
      </w:r>
    </w:p>
    <w:p>
      <w:pPr>
        <w:pStyle w:val="ListBullet"/>
      </w:pPr>
      <w:r>
        <w:rPr>
          <w:b/>
        </w:rPr>
        <w:t>Bezeichnungen in den Handbüchern:</w:t>
      </w:r>
      <w:r>
        <w:t xml:space="preserve"> Für den Startdialog der Tablaranforderung nennt das Benutzerhandbuch teils </w:t>
      </w:r>
      <w:r>
        <w:rPr>
          <w:b/>
        </w:rPr>
        <w:t>LM040</w:t>
      </w:r>
      <w:r>
        <w:t xml:space="preserve">, teils </w:t>
      </w:r>
      <w:r>
        <w:rPr>
          <w:b/>
        </w:rPr>
        <w:t>LM006</w:t>
      </w:r>
      <w:r>
        <w:t xml:space="preserve">; die Icons heißen teils </w:t>
      </w:r>
      <w:r>
        <w:rPr>
          <w:b/>
        </w:rPr>
        <w:t>EINLAGERN/AUSLAGERN/ZÄHLEN</w:t>
      </w:r>
      <w:r>
        <w:t xml:space="preserve">, teils </w:t>
      </w:r>
      <w:r>
        <w:rPr>
          <w:b/>
        </w:rPr>
        <w:t>Ware lagern/Ware kommissionieren/Inventur durchführen</w:t>
      </w:r>
      <w:r>
        <w:t>. Maßgeblich ist die Oberfläche Ihres Systems.</w:t>
      </w:r>
    </w:p>
    <w:p>
      <w:pPr>
        <w:pStyle w:val="ListBullet"/>
      </w:pPr>
      <w:r>
        <w:rPr>
          <w:b/>
        </w:rPr>
        <w:t>Mobilterminal ist kein spontaner Einlagerweg:</w:t>
      </w:r>
      <w:r>
        <w:t xml:space="preserve"> Einlagern und Kommissionieren mobil setzen einen Bedarf voraus.</w:t>
      </w:r>
    </w:p>
    <w:p>
      <w:pPr>
        <w:pStyle w:val="Quelle"/>
      </w:pPr>
      <w:r>
        <w:rPr>
          <w:b/>
        </w:rPr>
        <w:t xml:space="preserve">Quelle: </w:t>
      </w:r>
      <w:r>
        <w:rPr>
          <w:sz w:val="17"/>
        </w:rPr>
        <w:t>Zusammenstellung aus den Kapiteln 3 bis 10</w:t>
      </w:r>
    </w:p>
    <w:p>
      <w:pPr>
        <w:pStyle w:val="Heading1"/>
      </w:pPr>
      <w:r>
        <w:t>12 Praxisbeispiele</w:t>
      </w:r>
    </w:p>
    <w:p>
      <w:pPr>
        <w:pStyle w:val="Heading2"/>
      </w:pPr>
      <w:r>
        <w:t>12.1 Ungeplante Anlieferung spontan einlagern</w:t>
      </w:r>
    </w:p>
    <w:p>
      <w:r>
        <w:t xml:space="preserve">Beispiel (Werte frei gewählt): Ein Lieferant bringt ohne Bestellung 40 Stück des Artikels </w:t>
      </w:r>
      <w:r>
        <w:rPr>
          <w:rFonts w:ascii="Consolas" w:hAnsi="Consolas" w:cs="Consolas" w:eastAsia="Consolas"/>
          <w:sz w:val="18"/>
        </w:rPr>
        <w:t>4711</w:t>
      </w:r>
      <w:r>
        <w:t xml:space="preserve"> (Dichtungssatz). Der Artikel ist in WAMAS angelegt, hat aber noch keine Box. Klient </w:t>
      </w:r>
      <w:r>
        <w:rPr>
          <w:rFonts w:ascii="Consolas" w:hAnsi="Consolas" w:cs="Consolas" w:eastAsia="Consolas"/>
          <w:sz w:val="18"/>
        </w:rPr>
        <w:t>DEFAULT</w:t>
      </w:r>
      <w:r>
        <w:t xml:space="preserve"> hat den Buchungsschlüssel </w:t>
      </w:r>
      <w:r>
        <w:rPr>
          <w:rFonts w:ascii="Consolas" w:hAnsi="Consolas" w:cs="Consolas" w:eastAsia="Consolas"/>
          <w:sz w:val="18"/>
        </w:rPr>
        <w:t>ZUGANG_SPONTAN</w:t>
      </w:r>
      <w:r>
        <w:t xml:space="preserve"> mit </w:t>
      </w:r>
      <w:r>
        <w:rPr>
          <w:b/>
        </w:rPr>
        <w:t>Für spontane Erfassung erlaubt</w:t>
      </w:r>
      <w:r>
        <w:t xml:space="preserve"> und </w:t>
      </w:r>
      <w:r>
        <w:rPr>
          <w:b/>
        </w:rPr>
        <w:t>Standard für spontane Erfassung</w:t>
      </w:r>
      <w:r>
        <w:t>.</w:t>
      </w:r>
    </w:p>
    <w:p>
      <w:pPr>
        <w:tabs>
          <w:tab w:pos="425" w:val="left"/>
        </w:tabs>
        <w:spacing w:after="60"/>
        <w:ind w:left="425" w:hanging="425"/>
      </w:pPr>
      <w:r>
        <w:rPr>
          <w:b/>
        </w:rPr>
        <w:t>1.</w:t>
        <w:tab/>
      </w:r>
      <w:r>
        <w:t xml:space="preserve">Touch-Client: </w:t>
      </w:r>
      <w:r>
        <w:rPr>
          <w:b/>
        </w:rPr>
        <w:t>LM040</w:t>
      </w:r>
      <w:r>
        <w:t xml:space="preserve"> → </w:t>
      </w:r>
      <w:r>
        <w:rPr>
          <w:b/>
        </w:rPr>
        <w:t>Übersicht Tablare</w:t>
      </w:r>
      <w:r>
        <w:t xml:space="preserve"> → Icon </w:t>
      </w:r>
      <w:r>
        <w:rPr>
          <w:b/>
        </w:rPr>
        <w:t>EINLAGERN</w:t>
      </w:r>
      <w:r>
        <w:t xml:space="preserve">, Artikel </w:t>
      </w:r>
      <w:r>
        <w:rPr>
          <w:rFonts w:ascii="Consolas" w:hAnsi="Consolas" w:cs="Consolas" w:eastAsia="Consolas"/>
          <w:sz w:val="18"/>
        </w:rPr>
        <w:t>4711</w:t>
      </w:r>
      <w:r>
        <w:t xml:space="preserve"> eingeben, </w:t>
      </w:r>
      <w:r>
        <w:rPr>
          <w:b/>
        </w:rPr>
        <w:t>Suche</w:t>
      </w:r>
      <w:r>
        <w:t>.</w:t>
      </w:r>
    </w:p>
    <w:p>
      <w:pPr>
        <w:tabs>
          <w:tab w:pos="425" w:val="left"/>
        </w:tabs>
        <w:spacing w:after="60"/>
        <w:ind w:left="425" w:hanging="425"/>
      </w:pPr>
      <w:r>
        <w:rPr>
          <w:b/>
        </w:rPr>
        <w:t>2.</w:t>
        <w:tab/>
      </w:r>
      <w:r>
        <w:t xml:space="preserve">Da keine Box zugeordnet ist, öffnet sich </w:t>
      </w:r>
      <w:r>
        <w:rPr>
          <w:b/>
        </w:rPr>
        <w:t>LM012</w:t>
      </w:r>
      <w:r>
        <w:t xml:space="preserve">: Boxtyp der freien Box wählen, </w:t>
      </w:r>
      <w:r>
        <w:rPr>
          <w:b/>
        </w:rPr>
        <w:t>Max. Artikel in Box</w:t>
      </w:r>
      <w:r>
        <w:t xml:space="preserve"> = 50, </w:t>
      </w:r>
      <w:r>
        <w:rPr>
          <w:b/>
        </w:rPr>
        <w:t>Speichern</w:t>
      </w:r>
      <w:r>
        <w:t xml:space="preserve">, </w:t>
      </w:r>
      <w:r>
        <w:rPr>
          <w:b/>
        </w:rPr>
        <w:t>Tablar anfordern</w:t>
      </w:r>
      <w:r>
        <w:t>.</w:t>
      </w:r>
    </w:p>
    <w:p>
      <w:pPr>
        <w:tabs>
          <w:tab w:pos="425" w:val="left"/>
        </w:tabs>
        <w:spacing w:after="60"/>
        <w:ind w:left="425" w:hanging="425"/>
      </w:pPr>
      <w:r>
        <w:rPr>
          <w:b/>
        </w:rPr>
        <w:t>3.</w:t>
        <w:tab/>
      </w:r>
      <w:r>
        <w:t xml:space="preserve">In </w:t>
      </w:r>
      <w:r>
        <w:rPr>
          <w:b/>
        </w:rPr>
        <w:t>LM002</w:t>
      </w:r>
      <w:r>
        <w:t xml:space="preserve"> die hervorgehobene Box wählen, </w:t>
      </w:r>
      <w:r>
        <w:rPr>
          <w:b/>
        </w:rPr>
        <w:t>Ware lagern</w:t>
      </w:r>
      <w:r>
        <w:t xml:space="preserve">, </w:t>
      </w:r>
      <w:r>
        <w:rPr>
          <w:b/>
        </w:rPr>
        <w:t>Menge</w:t>
      </w:r>
      <w:r>
        <w:t xml:space="preserve"> = 40, Charge eingeben, </w:t>
      </w:r>
      <w:r>
        <w:rPr>
          <w:b/>
        </w:rPr>
        <w:t>OK</w:t>
      </w:r>
      <w:r>
        <w:t>.</w:t>
      </w:r>
    </w:p>
    <w:p>
      <w:pPr>
        <w:tabs>
          <w:tab w:pos="425" w:val="left"/>
        </w:tabs>
        <w:spacing w:after="60"/>
        <w:ind w:left="425" w:hanging="425"/>
      </w:pPr>
      <w:r>
        <w:rPr>
          <w:b/>
        </w:rPr>
        <w:t>4.</w:t>
        <w:tab/>
      </w:r>
      <w:r>
        <w:rPr>
          <w:b/>
        </w:rPr>
        <w:t>LM101</w:t>
      </w:r>
      <w:r>
        <w:t xml:space="preserve">: Buchungsschlüssel </w:t>
      </w:r>
      <w:r>
        <w:rPr>
          <w:rFonts w:ascii="Consolas" w:hAnsi="Consolas" w:cs="Consolas" w:eastAsia="Consolas"/>
          <w:sz w:val="18"/>
        </w:rPr>
        <w:t>ZUGANG_SPONTAN</w:t>
      </w:r>
      <w:r>
        <w:t xml:space="preserve">, Grund „Lieferung ohne Bestellung, Lieferschein 12345“, </w:t>
      </w:r>
      <w:r>
        <w:rPr>
          <w:b/>
        </w:rPr>
        <w:t>OK</w:t>
      </w:r>
      <w:r>
        <w:t>.</w:t>
      </w:r>
    </w:p>
    <w:p>
      <w:pPr>
        <w:tabs>
          <w:tab w:pos="425" w:val="left"/>
        </w:tabs>
        <w:spacing w:after="60"/>
        <w:ind w:left="425" w:hanging="425"/>
      </w:pPr>
      <w:r>
        <w:rPr>
          <w:b/>
        </w:rPr>
        <w:t>5.</w:t>
        <w:tab/>
      </w:r>
      <w:r>
        <w:rPr>
          <w:b/>
        </w:rPr>
        <w:t>Tablar retournieren</w:t>
      </w:r>
      <w:r>
        <w:t>.</w:t>
      </w:r>
    </w:p>
    <w:p>
      <w:r>
        <w:t>Ergebnis: 40 Stück sind gebucht. Das ERP erhält eine Bestandskorrektur mit dem zugeordneten Buchungsschlüssel und kann die Ware nachträglich zuordnen.</w:t>
      </w:r>
    </w:p>
    <w:p>
      <w:pPr>
        <w:pStyle w:val="Heading2"/>
      </w:pPr>
      <w:r>
        <w:t>12.2 Zähldifferenz korrigieren und Boxen verdichten</w:t>
      </w:r>
    </w:p>
    <w:p>
      <w:r>
        <w:t xml:space="preserve">Beispiel (Werte frei gewählt): Ein Kommissionierer meldet, dass in Tablar </w:t>
      </w:r>
      <w:r>
        <w:rPr>
          <w:rFonts w:ascii="Consolas" w:hAnsi="Consolas" w:cs="Consolas" w:eastAsia="Consolas"/>
          <w:sz w:val="18"/>
        </w:rPr>
        <w:t>12</w:t>
      </w:r>
      <w:r>
        <w:t xml:space="preserve"> für Artikel </w:t>
      </w:r>
      <w:r>
        <w:rPr>
          <w:rFonts w:ascii="Consolas" w:hAnsi="Consolas" w:cs="Consolas" w:eastAsia="Consolas"/>
          <w:sz w:val="18"/>
        </w:rPr>
        <w:t>0815</w:t>
      </w:r>
      <w:r>
        <w:t xml:space="preserve"> weniger Ware liegt als angezeigt. Zusätzlich liegt der Artikel auf demselben Tablar in zwei Boxen.</w:t>
      </w:r>
    </w:p>
    <w:p>
      <w:pPr>
        <w:tabs>
          <w:tab w:pos="425" w:val="left"/>
        </w:tabs>
        <w:spacing w:after="60"/>
        <w:ind w:left="425" w:hanging="425"/>
      </w:pPr>
      <w:r>
        <w:rPr>
          <w:b/>
        </w:rPr>
        <w:t>1.</w:t>
        <w:tab/>
      </w:r>
      <w:r>
        <w:rPr>
          <w:b/>
        </w:rPr>
        <w:t>LM040</w:t>
      </w:r>
      <w:r>
        <w:t xml:space="preserve"> → Tablar-ID </w:t>
      </w:r>
      <w:r>
        <w:rPr>
          <w:rFonts w:ascii="Consolas" w:hAnsi="Consolas" w:cs="Consolas" w:eastAsia="Consolas"/>
          <w:sz w:val="18"/>
        </w:rPr>
        <w:t>12</w:t>
      </w:r>
      <w:r>
        <w:t xml:space="preserve"> eingeben → </w:t>
      </w:r>
      <w:r>
        <w:rPr>
          <w:b/>
        </w:rPr>
        <w:t>ZÄHLEN</w:t>
      </w:r>
      <w:r>
        <w:t xml:space="preserve"> → </w:t>
      </w:r>
      <w:r>
        <w:rPr>
          <w:b/>
        </w:rPr>
        <w:t>Tablar anfordern</w:t>
      </w:r>
      <w:r>
        <w:t>.</w:t>
      </w:r>
    </w:p>
    <w:p>
      <w:pPr>
        <w:tabs>
          <w:tab w:pos="425" w:val="left"/>
        </w:tabs>
        <w:spacing w:after="60"/>
        <w:ind w:left="425" w:hanging="425"/>
      </w:pPr>
      <w:r>
        <w:rPr>
          <w:b/>
        </w:rPr>
        <w:t>2.</w:t>
        <w:tab/>
      </w:r>
      <w:r>
        <w:t xml:space="preserve">In </w:t>
      </w:r>
      <w:r>
        <w:rPr>
          <w:b/>
        </w:rPr>
        <w:t>LM002</w:t>
      </w:r>
      <w:r>
        <w:t xml:space="preserve"> Box 1 wählen, </w:t>
      </w:r>
      <w:r>
        <w:rPr>
          <w:b/>
        </w:rPr>
        <w:t>Inventur durchführen</w:t>
      </w:r>
      <w:r>
        <w:t xml:space="preserve">, gezählte Menge 17 (System: 20) eingeben, </w:t>
      </w:r>
      <w:r>
        <w:rPr>
          <w:b/>
        </w:rPr>
        <w:t>OK</w:t>
      </w:r>
      <w:r>
        <w:t xml:space="preserve">. Danach Box 2 zählen: 8, </w:t>
      </w:r>
      <w:r>
        <w:rPr>
          <w:b/>
        </w:rPr>
        <w:t>OK</w:t>
      </w:r>
      <w:r>
        <w:t>.</w:t>
      </w:r>
    </w:p>
    <w:p>
      <w:pPr>
        <w:tabs>
          <w:tab w:pos="425" w:val="left"/>
        </w:tabs>
        <w:spacing w:after="60"/>
        <w:ind w:left="425" w:hanging="425"/>
      </w:pPr>
      <w:r>
        <w:rPr>
          <w:b/>
        </w:rPr>
        <w:t>3.</w:t>
        <w:tab/>
      </w:r>
      <w:r>
        <w:t xml:space="preserve">Box 2 als Quellbox wählen, </w:t>
      </w:r>
      <w:r>
        <w:rPr>
          <w:b/>
        </w:rPr>
        <w:t>Verdichten</w:t>
      </w:r>
      <w:r>
        <w:t xml:space="preserve">, </w:t>
      </w:r>
      <w:r>
        <w:rPr>
          <w:b/>
        </w:rPr>
        <w:t>OK</w:t>
      </w:r>
      <w:r>
        <w:t xml:space="preserve">, Box 1 als Zielbox wählen, Menge 8, </w:t>
      </w:r>
      <w:r>
        <w:rPr>
          <w:b/>
        </w:rPr>
        <w:t>OK</w:t>
      </w:r>
      <w:r>
        <w:t>.</w:t>
      </w:r>
    </w:p>
    <w:p>
      <w:pPr>
        <w:tabs>
          <w:tab w:pos="425" w:val="left"/>
        </w:tabs>
        <w:spacing w:after="60"/>
        <w:ind w:left="425" w:hanging="425"/>
      </w:pPr>
      <w:r>
        <w:rPr>
          <w:b/>
        </w:rPr>
        <w:t>4.</w:t>
        <w:tab/>
      </w:r>
      <w:r>
        <w:t xml:space="preserve">Frage „Zuordnung entfernen?“ für Box 2 mit </w:t>
      </w:r>
      <w:r>
        <w:rPr>
          <w:b/>
        </w:rPr>
        <w:t>Ja</w:t>
      </w:r>
      <w:r>
        <w:t xml:space="preserve"> beantworten; die Box ist wieder frei.</w:t>
      </w:r>
    </w:p>
    <w:p>
      <w:pPr>
        <w:tabs>
          <w:tab w:pos="425" w:val="left"/>
        </w:tabs>
        <w:spacing w:after="60"/>
        <w:ind w:left="425" w:hanging="425"/>
      </w:pPr>
      <w:r>
        <w:rPr>
          <w:b/>
        </w:rPr>
        <w:t>5.</w:t>
        <w:tab/>
      </w:r>
      <w:r>
        <w:rPr>
          <w:b/>
        </w:rPr>
        <w:t>Tablar retournieren</w:t>
      </w:r>
      <w:r>
        <w:t xml:space="preserve">. Am Desktop prüfen Sie die Differenz in </w:t>
      </w:r>
      <w:r>
        <w:rPr>
          <w:b/>
        </w:rPr>
        <w:t>LM094</w:t>
      </w:r>
      <w:r>
        <w:t xml:space="preserve"> bzw. die Bestandskorrekturmeldung.</w:t>
      </w:r>
    </w:p>
    <w:p>
      <w:r>
        <w:t>Ergebnis: Der Bestand stimmt mit der Realität überein, und der Artikel belegt nur noch eine Box.</w:t>
      </w:r>
    </w:p>
    <w:p>
      <w:pPr>
        <w:pStyle w:val="Heading1"/>
      </w:pPr>
      <w:r>
        <w:t>13 Dokumentationslücken und offene Fragen</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2F2F2"/>
            <w:tcBorders>
              <w:top w:val="nil"/>
              <w:left w:val="single" w:sz="24" w:color="E30613" w:space="0"/>
              <w:bottom w:val="nil"/>
              <w:right w:val="nil"/>
            </w:tcBorders>
            <w:tcMar>
              <w:top w:w="80" w:type="dxa"/>
              <w:bottom w:w="80" w:type="dxa"/>
              <w:start w:w="140" w:type="dxa"/>
              <w:end w:w="140" w:type="dxa"/>
              <w:left w:w="140" w:type="dxa"/>
              <w:right w:w="140" w:type="dxa"/>
            </w:tcMar>
          </w:tcPr>
          <w:p>
            <w:pPr>
              <w:spacing w:after="40"/>
            </w:pPr>
            <w:r>
              <w:rPr>
                <w:b/>
                <w:color w:val="B00010"/>
                <w:sz w:val="19"/>
              </w:rPr>
              <w:t>Offene Punkte</w:t>
            </w:r>
          </w:p>
          <w:p>
            <w:pPr>
              <w:spacing w:after="40"/>
            </w:pPr>
            <w:r>
              <w:rPr>
                <w:sz w:val="19"/>
              </w:rPr>
              <w:t>1. Welche Einstellung das Recht steuert, ein bestimmtes Tablar bzw. bestimmte Artikel anzufordern (Kapitel 3.2), und welche Aktions-IDs die Touch-Dialoge haben.</w:t>
            </w:r>
          </w:p>
          <w:p>
            <w:pPr>
              <w:spacing w:after="40"/>
            </w:pPr>
            <w:r>
              <w:rPr>
                <w:sz w:val="19"/>
              </w:rPr>
              <w:t>2. Bezeichnung und Wirkung der Checkbox „Standard für spontane Einlagerung/Erfassung“ (Touch-Client oder Mobil-Client).</w:t>
            </w:r>
          </w:p>
          <w:p>
            <w:pPr>
              <w:spacing w:after="40"/>
            </w:pPr>
            <w:r>
              <w:rPr>
                <w:sz w:val="19"/>
              </w:rPr>
              <w:t>3. Ob spontane Buchungen am Touch-Client den Checkboxen „positive/negative Bestandskorrektur erlauben“ der Bestandsklassifizierung unterliegen.</w:t>
            </w:r>
          </w:p>
          <w:p>
            <w:pPr>
              <w:spacing w:after="40"/>
            </w:pPr>
            <w:r>
              <w:rPr>
                <w:sz w:val="19"/>
              </w:rPr>
              <w:t>4. Desktop-Dialog für Bestandskorrektur bzw. Umbuchung im SSI LOGIMAT ist nicht beschrieben.</w:t>
            </w:r>
          </w:p>
          <w:p>
            <w:pPr>
              <w:spacing w:after="40"/>
            </w:pPr>
            <w:r>
              <w:rPr>
                <w:sz w:val="19"/>
              </w:rPr>
              <w:t>5. Umlagern zwischen Tablaren ohne Abgangs- und Zugangsbuchung ist nicht beschrieben.</w:t>
            </w:r>
          </w:p>
          <w:p>
            <w:pPr>
              <w:spacing w:after="40"/>
            </w:pPr>
            <w:r>
              <w:rPr>
                <w:sz w:val="19"/>
              </w:rPr>
              <w:t>6. Welcher Systempartner bei manuell angelegten Bedarfen ohne Hostsystem einzutragen ist.</w:t>
            </w:r>
          </w:p>
          <w:p>
            <w:pPr>
              <w:spacing w:after="40"/>
            </w:pPr>
            <w:r>
              <w:rPr>
                <w:sz w:val="19"/>
              </w:rPr>
              <w:t xml:space="preserve">7. Der Dialog </w:t>
            </w:r>
            <w:r>
              <w:rPr>
                <w:b/>
                <w:sz w:val="19"/>
              </w:rPr>
              <w:t>LM200 Übersicht Lagerbelegung</w:t>
            </w:r>
            <w:r>
              <w:rPr>
                <w:sz w:val="19"/>
              </w:rPr>
              <w:t xml:space="preserve"> wird im Administratorhandbuch beim Bestandsauswahlmodus („Einlagervorgang in LM200“) genannt, seine Bedienung ist im Benutzerhandbuch nicht beschrieben.</w:t>
            </w:r>
          </w:p>
        </w:tc>
      </w:tr>
    </w:tbl>
    <w:p>
      <w:pPr>
        <w:spacing w:after="40"/>
      </w:pPr>
    </w:p>
    <w:p>
      <w:pPr>
        <w:pStyle w:val="Heading1"/>
      </w:pPr>
      <w:r>
        <w:t>14 Quellenverzeichnis</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838"/>
        <w:gridCol w:w="4419"/>
        <w:gridCol w:w="4267"/>
      </w:tblGrid>
      <w:tr>
        <w:trPr>
          <w:tblHeader w:val="true"/>
        </w:trPr>
        <w:tc>
          <w:tcPr>
            <w:tcW w:type="dxa" w:w="838"/>
            <w:shd w:val="clear" w:color="auto" w:fill="FEEE19"/>
          </w:tcPr>
          <w:p>
            <w:pPr>
              <w:spacing w:after="0"/>
            </w:pPr>
            <w:r>
              <w:rPr>
                <w:b/>
                <w:sz w:val="17"/>
              </w:rPr>
              <w:t>Kürzel</w:t>
            </w:r>
          </w:p>
        </w:tc>
        <w:tc>
          <w:tcPr>
            <w:tcW w:type="dxa" w:w="4419"/>
            <w:shd w:val="clear" w:color="auto" w:fill="FEEE19"/>
          </w:tcPr>
          <w:p>
            <w:pPr>
              <w:spacing w:after="0"/>
            </w:pPr>
            <w:r>
              <w:rPr>
                <w:b/>
                <w:sz w:val="17"/>
              </w:rPr>
              <w:t>Dokument</w:t>
            </w:r>
          </w:p>
        </w:tc>
        <w:tc>
          <w:tcPr>
            <w:tcW w:type="dxa" w:w="4267"/>
            <w:shd w:val="clear" w:color="auto" w:fill="FEEE19"/>
          </w:tcPr>
          <w:p>
            <w:pPr>
              <w:spacing w:after="0"/>
            </w:pPr>
            <w:r>
              <w:rPr>
                <w:b/>
                <w:sz w:val="17"/>
              </w:rPr>
              <w:t>Verwendete Kapitel</w:t>
            </w:r>
          </w:p>
        </w:tc>
      </w:tr>
      <w:tr>
        <w:tc>
          <w:tcPr>
            <w:tcW w:type="dxa" w:w="838"/>
          </w:tcPr>
          <w:p>
            <w:pPr>
              <w:spacing w:after="0" w:line="252" w:lineRule="auto"/>
            </w:pPr>
            <w:r>
              <w:rPr>
                <w:sz w:val="17"/>
              </w:rPr>
              <w:t>BH 2.7</w:t>
            </w:r>
          </w:p>
        </w:tc>
        <w:tc>
          <w:tcPr>
            <w:tcW w:type="dxa" w:w="4419"/>
          </w:tcPr>
          <w:p>
            <w:pPr>
              <w:spacing w:after="0" w:line="252" w:lineRule="auto"/>
            </w:pPr>
            <w:r>
              <w:rPr>
                <w:sz w:val="17"/>
              </w:rPr>
              <w:t>Benutzerhandbuch WAMAS Lift &amp; Store 2.7, V 1.0 (deDE)</w:t>
            </w:r>
          </w:p>
        </w:tc>
        <w:tc>
          <w:tcPr>
            <w:tcW w:type="dxa" w:w="4267"/>
          </w:tcPr>
          <w:p>
            <w:pPr>
              <w:spacing w:after="0" w:line="252" w:lineRule="auto"/>
            </w:pPr>
            <w:r>
              <w:rPr>
                <w:sz w:val="17"/>
              </w:rPr>
              <w:t>5.4, 5.6, 6.1–6.5, 6.7</w:t>
            </w:r>
          </w:p>
        </w:tc>
      </w:tr>
      <w:tr>
        <w:tc>
          <w:tcPr>
            <w:tcW w:type="dxa" w:w="838"/>
          </w:tcPr>
          <w:p>
            <w:pPr>
              <w:spacing w:after="0" w:line="252" w:lineRule="auto"/>
            </w:pPr>
            <w:r>
              <w:rPr>
                <w:sz w:val="17"/>
              </w:rPr>
              <w:t>AH 2.7</w:t>
            </w:r>
          </w:p>
        </w:tc>
        <w:tc>
          <w:tcPr>
            <w:tcW w:type="dxa" w:w="4419"/>
          </w:tcPr>
          <w:p>
            <w:pPr>
              <w:spacing w:after="0" w:line="252" w:lineRule="auto"/>
            </w:pPr>
            <w:r>
              <w:rPr>
                <w:sz w:val="17"/>
              </w:rPr>
              <w:t>Administratorhandbuch WAMAS Lift &amp; Store 2.7, V 1.0 (deDE)</w:t>
            </w:r>
          </w:p>
        </w:tc>
        <w:tc>
          <w:tcPr>
            <w:tcW w:type="dxa" w:w="4267"/>
          </w:tcPr>
          <w:p>
            <w:pPr>
              <w:spacing w:after="0" w:line="252" w:lineRule="auto"/>
            </w:pPr>
            <w:r>
              <w:rPr>
                <w:sz w:val="17"/>
              </w:rPr>
              <w:t>3.1.3, 3.1.6–3.1.9, 3.3, 3.5.4, 3.6.1.8–3.6.1.13, 3.11.2</w:t>
            </w:r>
          </w:p>
        </w:tc>
      </w:tr>
      <w:tr>
        <w:tc>
          <w:tcPr>
            <w:tcW w:type="dxa" w:w="838"/>
          </w:tcPr>
          <w:p>
            <w:pPr>
              <w:spacing w:after="0" w:line="252" w:lineRule="auto"/>
            </w:pPr>
            <w:r>
              <w:rPr>
                <w:sz w:val="17"/>
              </w:rPr>
              <w:t>UM 2.8</w:t>
            </w:r>
          </w:p>
        </w:tc>
        <w:tc>
          <w:tcPr>
            <w:tcW w:type="dxa" w:w="4419"/>
          </w:tcPr>
          <w:p>
            <w:pPr>
              <w:spacing w:after="0" w:line="252" w:lineRule="auto"/>
            </w:pPr>
            <w:r>
              <w:rPr>
                <w:sz w:val="17"/>
              </w:rPr>
              <w:t>User Manual WAMAS Lift &amp; Store 2.8, V 1.0 (enUS)</w:t>
            </w:r>
          </w:p>
        </w:tc>
        <w:tc>
          <w:tcPr>
            <w:tcW w:type="dxa" w:w="4267"/>
          </w:tcPr>
          <w:p>
            <w:pPr>
              <w:spacing w:after="0" w:line="252" w:lineRule="auto"/>
            </w:pPr>
            <w:r>
              <w:rPr>
                <w:sz w:val="17"/>
              </w:rPr>
              <w:t>6.1, 6.2.4, 6.2.5.3, 6.4.13 (Abgleich)</w:t>
            </w:r>
          </w:p>
        </w:tc>
      </w:tr>
      <w:tr>
        <w:tc>
          <w:tcPr>
            <w:tcW w:type="dxa" w:w="838"/>
          </w:tcPr>
          <w:p>
            <w:pPr>
              <w:spacing w:after="0" w:line="252" w:lineRule="auto"/>
            </w:pPr>
            <w:r>
              <w:rPr>
                <w:sz w:val="17"/>
              </w:rPr>
              <w:t>AM 2.8</w:t>
            </w:r>
          </w:p>
        </w:tc>
        <w:tc>
          <w:tcPr>
            <w:tcW w:type="dxa" w:w="4419"/>
          </w:tcPr>
          <w:p>
            <w:pPr>
              <w:spacing w:after="0" w:line="252" w:lineRule="auto"/>
            </w:pPr>
            <w:r>
              <w:rPr>
                <w:sz w:val="17"/>
              </w:rPr>
              <w:t>Administrator Manual WAMAS Lift &amp; Store 2.8, V 1.0 (enUS)</w:t>
            </w:r>
          </w:p>
        </w:tc>
        <w:tc>
          <w:tcPr>
            <w:tcW w:type="dxa" w:w="4267"/>
          </w:tcPr>
          <w:p>
            <w:pPr>
              <w:spacing w:after="0" w:line="252" w:lineRule="auto"/>
            </w:pPr>
            <w:r>
              <w:rPr>
                <w:sz w:val="17"/>
              </w:rPr>
              <w:t>3.1.11 (Abgleich)</w:t>
            </w:r>
          </w:p>
        </w:tc>
      </w:tr>
      <w:tr>
        <w:tc>
          <w:tcPr>
            <w:tcW w:type="dxa" w:w="838"/>
          </w:tcPr>
          <w:p>
            <w:pPr>
              <w:spacing w:after="0" w:line="252" w:lineRule="auto"/>
            </w:pPr>
            <w:r>
              <w:rPr>
                <w:sz w:val="17"/>
              </w:rPr>
              <w:t>QG INV</w:t>
            </w:r>
          </w:p>
        </w:tc>
        <w:tc>
          <w:tcPr>
            <w:tcW w:type="dxa" w:w="4419"/>
          </w:tcPr>
          <w:p>
            <w:pPr>
              <w:spacing w:after="0" w:line="252" w:lineRule="auto"/>
            </w:pPr>
            <w:r>
              <w:rPr>
                <w:sz w:val="17"/>
              </w:rPr>
              <w:t>Quick Guide Inventur, Release 2.5</w:t>
            </w:r>
          </w:p>
        </w:tc>
        <w:tc>
          <w:tcPr>
            <w:tcW w:type="dxa" w:w="4267"/>
          </w:tcPr>
          <w:p>
            <w:pPr>
              <w:spacing w:after="0" w:line="252" w:lineRule="auto"/>
            </w:pPr>
            <w:r>
              <w:rPr>
                <w:sz w:val="17"/>
              </w:rPr>
              <w:t>Erstellen und Auswerten von Inventuraufträgen</w:t>
            </w:r>
          </w:p>
        </w:tc>
      </w:tr>
    </w:tbl>
    <w:p>
      <w:pPr>
        <w:pStyle w:val="BeschriftungSSI"/>
      </w:pPr>
      <w:r>
        <w:t>Tab. 13: Quellen</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1475"/>
        <w:gridCol w:w="8049"/>
      </w:tblGrid>
      <w:tr>
        <w:trPr>
          <w:tblHeader w:val="true"/>
        </w:trPr>
        <w:tc>
          <w:tcPr>
            <w:tcW w:type="dxa" w:w="1476"/>
            <w:shd w:val="clear" w:color="auto" w:fill="FEEE19"/>
          </w:tcPr>
          <w:p>
            <w:pPr>
              <w:spacing w:after="0"/>
            </w:pPr>
            <w:r>
              <w:rPr>
                <w:b/>
                <w:sz w:val="17"/>
              </w:rPr>
              <w:t>Abkürzung</w:t>
            </w:r>
          </w:p>
        </w:tc>
        <w:tc>
          <w:tcPr>
            <w:tcW w:type="dxa" w:w="8049"/>
            <w:shd w:val="clear" w:color="auto" w:fill="FEEE19"/>
          </w:tcPr>
          <w:p>
            <w:pPr>
              <w:spacing w:after="0"/>
            </w:pPr>
            <w:r>
              <w:rPr>
                <w:b/>
                <w:sz w:val="17"/>
              </w:rPr>
              <w:t>Bedeutung</w:t>
            </w:r>
          </w:p>
        </w:tc>
      </w:tr>
      <w:tr>
        <w:tc>
          <w:tcPr>
            <w:tcW w:type="dxa" w:w="1476"/>
          </w:tcPr>
          <w:p>
            <w:pPr>
              <w:spacing w:after="0" w:line="252" w:lineRule="auto"/>
            </w:pPr>
            <w:r>
              <w:rPr>
                <w:sz w:val="17"/>
              </w:rPr>
              <w:t>BIA / ABIA</w:t>
            </w:r>
          </w:p>
        </w:tc>
        <w:tc>
          <w:tcPr>
            <w:tcW w:type="dxa" w:w="8049"/>
          </w:tcPr>
          <w:p>
            <w:pPr>
              <w:spacing w:after="0" w:line="252" w:lineRule="auto"/>
            </w:pPr>
            <w:r>
              <w:rPr>
                <w:sz w:val="17"/>
              </w:rPr>
              <w:t>(Anpassbares) bestandsidentifizierendes Attribut, z. B. Charge</w:t>
            </w:r>
          </w:p>
        </w:tc>
      </w:tr>
      <w:tr>
        <w:tc>
          <w:tcPr>
            <w:tcW w:type="dxa" w:w="1476"/>
          </w:tcPr>
          <w:p>
            <w:pPr>
              <w:spacing w:after="0" w:line="252" w:lineRule="auto"/>
            </w:pPr>
            <w:r>
              <w:rPr>
                <w:sz w:val="17"/>
              </w:rPr>
              <w:t>ERP</w:t>
            </w:r>
          </w:p>
        </w:tc>
        <w:tc>
          <w:tcPr>
            <w:tcW w:type="dxa" w:w="8049"/>
          </w:tcPr>
          <w:p>
            <w:pPr>
              <w:spacing w:after="0" w:line="252" w:lineRule="auto"/>
            </w:pPr>
            <w:r>
              <w:rPr>
                <w:sz w:val="17"/>
              </w:rPr>
              <w:t>Enterprise Resource Planning (Hostsystem)</w:t>
            </w:r>
          </w:p>
        </w:tc>
      </w:tr>
      <w:tr>
        <w:tc>
          <w:tcPr>
            <w:tcW w:type="dxa" w:w="1476"/>
          </w:tcPr>
          <w:p>
            <w:pPr>
              <w:spacing w:after="0" w:line="252" w:lineRule="auto"/>
            </w:pPr>
            <w:r>
              <w:rPr>
                <w:sz w:val="17"/>
              </w:rPr>
              <w:t>LE</w:t>
            </w:r>
          </w:p>
        </w:tc>
        <w:tc>
          <w:tcPr>
            <w:tcW w:type="dxa" w:w="8049"/>
          </w:tcPr>
          <w:p>
            <w:pPr>
              <w:spacing w:after="0" w:line="252" w:lineRule="auto"/>
            </w:pPr>
            <w:r>
              <w:rPr>
                <w:sz w:val="17"/>
              </w:rPr>
              <w:t>Ladeeinheit</w:t>
            </w:r>
          </w:p>
        </w:tc>
      </w:tr>
      <w:tr>
        <w:tc>
          <w:tcPr>
            <w:tcW w:type="dxa" w:w="1476"/>
          </w:tcPr>
          <w:p>
            <w:pPr>
              <w:spacing w:after="0" w:line="252" w:lineRule="auto"/>
            </w:pPr>
            <w:r>
              <w:rPr>
                <w:sz w:val="17"/>
              </w:rPr>
              <w:t>MHD</w:t>
            </w:r>
          </w:p>
        </w:tc>
        <w:tc>
          <w:tcPr>
            <w:tcW w:type="dxa" w:w="8049"/>
          </w:tcPr>
          <w:p>
            <w:pPr>
              <w:spacing w:after="0" w:line="252" w:lineRule="auto"/>
            </w:pPr>
            <w:r>
              <w:rPr>
                <w:sz w:val="17"/>
              </w:rPr>
              <w:t>Mindesthaltbarkeitsdatum</w:t>
            </w:r>
          </w:p>
        </w:tc>
      </w:tr>
      <w:tr>
        <w:tc>
          <w:tcPr>
            <w:tcW w:type="dxa" w:w="1476"/>
          </w:tcPr>
          <w:p>
            <w:pPr>
              <w:spacing w:after="0" w:line="252" w:lineRule="auto"/>
            </w:pPr>
            <w:r>
              <w:rPr>
                <w:sz w:val="17"/>
              </w:rPr>
              <w:t>SPS</w:t>
            </w:r>
          </w:p>
        </w:tc>
        <w:tc>
          <w:tcPr>
            <w:tcW w:type="dxa" w:w="8049"/>
          </w:tcPr>
          <w:p>
            <w:pPr>
              <w:spacing w:after="0" w:line="252" w:lineRule="auto"/>
            </w:pPr>
            <w:r>
              <w:rPr>
                <w:sz w:val="17"/>
              </w:rPr>
              <w:t>Speicherprogrammierbare Steuerung</w:t>
            </w:r>
          </w:p>
        </w:tc>
      </w:tr>
    </w:tbl>
    <w:p>
      <w:pPr>
        <w:pStyle w:val="BeschriftungSSI"/>
      </w:pPr>
      <w:r>
        <w:t>Tab. 14: Abkürzungen</w:t>
      </w:r>
    </w:p>
    <w:sectPr w:rsidR="00FC693F" w:rsidRPr="0006063C" w:rsidSect="00034616">
      <w:headerReference w:type="default" r:id="rId12"/>
      <w:footerReference w:type="default" r:id="rId13"/>
      <w:pgSz w:w="11906" w:h="16838"/>
      <w:pgMar w:top="1474" w:right="1134" w:bottom="1474" w:left="1247" w:header="567" w:footer="454"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Pr>
    <w:r>
      <w:drawing>
        <wp:anchor distT="0" distB="0" distL="0" distR="0" simplePos="0" relativeHeight="251658344" behindDoc="1" locked="0" layoutInCell="1" allowOverlap="1">
          <wp:simplePos x="0" y="0"/>
          <wp:positionH relativeFrom="page">
            <wp:posOffset>6983999</wp:posOffset>
          </wp:positionH>
          <wp:positionV relativeFrom="page">
            <wp:posOffset>9936000</wp:posOffset>
          </wp:positionV>
          <wp:extent cx="576000" cy="648000"/>
          <wp:effectExtent l="0" t="0" r="0" b="0"/>
          <wp:wrapNone/>
          <wp:docPr id="104" name="Bild 104"/>
          <wp:cNvGraphicFramePr/>
          <a:graphic xmlns:a="http://schemas.openxmlformats.org/drawingml/2006/main" xmlns:pic="http://schemas.openxmlformats.org/drawingml/2006/picture">
            <a:graphicData uri="http://schemas.openxmlformats.org/drawingml/2006/picture">
              <pic:pic>
                <pic:nvPicPr>
                  <pic:cNvPr id="0" name="gelbes_eck.png"/>
                  <pic:cNvPicPr/>
                </pic:nvPicPr>
                <pic:blipFill>
                  <a:blip r:embed="rId1"/>
                  <a:stretch>
                    <a:fillRect/>
                  </a:stretch>
                </pic:blipFill>
                <pic:spPr>
                  <a:xfrm>
                    <a:off x="0" y="0"/>
                    <a:ext cx="576000" cy="648000"/>
                  </a:xfrm>
                  <a:prstGeom prst="rect"/>
                </pic:spPr>
              </pic:pic>
            </a:graphicData>
          </a:graphic>
        </wp:anchor>
      </w:drawing>
    </w:r>
  </w:p>
  <w:tbl>
    <w:tblPr>
      <w:tblLook w:firstColumn="1" w:firstRow="1" w:lastColumn="0" w:lastRow="0" w:noHBand="0" w:noVBand="1" w:val="04A0"/>
      <w:tblW w:w="9525" w:type="dxa"/>
      <w:tblLayout w:type="fixed"/>
    </w:tblPr>
    <w:tblGrid>
      <w:gridCol w:w="5103"/>
      <w:gridCol w:w="4422"/>
    </w:tblGrid>
    <w:tr>
      <w:tc>
        <w:tcPr>
          <w:tcW w:type="dxa" w:w="5102"/>
        </w:tcPr>
        <w:p>
          <w:pPr>
            <w:spacing w:after="0" w:line="240" w:lineRule="auto"/>
          </w:pPr>
          <w:r>
            <w:rPr>
              <w:sz w:val="13"/>
            </w:rPr>
            <w:t>WAMAS Lift &amp; Store 2.7</w:t>
          </w:r>
        </w:p>
        <w:p>
          <w:pPr>
            <w:spacing w:after="0" w:line="240" w:lineRule="auto"/>
          </w:pPr>
          <w:r>
            <w:rPr>
              <w:sz w:val="13"/>
            </w:rPr>
            <w:t>Kundenanleitung V 1.0</w:t>
          </w:r>
        </w:p>
        <w:p>
          <w:pPr>
            <w:spacing w:after="0" w:line="240" w:lineRule="auto"/>
          </w:pPr>
          <w:r>
            <w:rPr>
              <w:sz w:val="13"/>
            </w:rPr>
            <w:t>Kundendokument</w:t>
          </w:r>
        </w:p>
      </w:tc>
      <w:tc>
        <w:tcPr>
          <w:tcW w:type="dxa" w:w="4422"/>
        </w:tcPr>
        <w:p>
          <w:pPr>
            <w:spacing w:before="200"/>
            <w:jc w:val="right"/>
          </w:pPr>
          <w:r>
            <w:rPr>
              <w:sz w:val="18"/>
            </w:rPr>
            <w:t xml:space="preserve">SSI SCHÄFER | Seite </w:t>
          </w:r>
          <w:r>
            <w:rPr>
              <w:sz w:val="18"/>
            </w:rPr>
            <w:fldChar w:fldCharType="begin"/>
          </w:r>
          <w:r>
            <w:rPr>
              <w:sz w:val="18"/>
            </w:rPr>
            <w:instrText xml:space="preserve"> PAGE </w:instrText>
          </w:r>
          <w:r>
            <w:rPr>
              <w:sz w:val="18"/>
            </w:rPr>
            <w:fldChar w:fldCharType="separate"/>
          </w:r>
          <w:r>
            <w:rPr>
              <w:sz w:val="18"/>
            </w:rPr>
            <w:t>1</w:t>
          </w:r>
          <w:r>
            <w:rPr>
              <w:sz w:val="18"/>
            </w:rPr>
            <w:fldChar w:fldCharType="end"/>
          </w:r>
          <w:r>
            <w:rPr>
              <w:sz w:val="18"/>
            </w:rPr>
            <w:t>/</w:t>
          </w:r>
          <w:r>
            <w:rPr>
              <w:sz w:val="18"/>
            </w:rPr>
            <w:fldChar w:fldCharType="begin"/>
          </w:r>
          <w:r>
            <w:rPr>
              <w:sz w:val="18"/>
            </w:rPr>
            <w:instrText xml:space="preserve"> NUMPAGES </w:instrText>
          </w:r>
          <w:r>
            <w:rPr>
              <w:sz w:val="18"/>
            </w:rPr>
            <w:fldChar w:fldCharType="separate"/>
          </w:r>
          <w:r>
            <w:rPr>
              <w:sz w:val="18"/>
            </w:rPr>
            <w:t>1</w:t>
          </w:r>
          <w:r>
            <w:rPr>
              <w:sz w:val="18"/>
            </w:rPr>
            <w:fldChar w:fldCharType="end"/>
          </w:r>
        </w:p>
      </w:tc>
    </w:tr>
  </w:tbl>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spacing w:after="0"/>
      <w:jc w:val="right"/>
    </w:pPr>
    <w:r>
      <w:rPr>
        <w:sz w:val="16"/>
      </w:rPr>
      <w:t>Kundenanleitung</w:t>
    </w:r>
  </w:p>
  <w:p>
    <w:pPr>
      <w:jc w:val="right"/>
      <w:pBdr>
        <w:bottom w:val="single" w:sz="4" w:space="4" w:color="000000"/>
      </w:pBdr>
    </w:pPr>
    <w:r>
      <w:rPr>
        <w:b/>
        <w:sz w:val="22"/>
      </w:rPr>
      <w:t>Manuell ein- und auslagern ohne Auftrag</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00" w:line="276" w:lineRule="auto"/>
    </w:pPr>
    <w:rPr>
      <w:rFonts w:ascii="Arial" w:hAnsi="Arial" w:cs="Arial" w:eastAsia="Arial"/>
      <w:sz w:val="20"/>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pageBreakBefore/>
      <w:spacing w:before="0" w:after="200"/>
      <w:outlineLvl w:val="0"/>
    </w:pPr>
    <w:rPr>
      <w:rFonts w:ascii="Arial" w:hAnsi="Arial" w:cs="Arial" w:eastAsia="Arial"/>
      <w:b/>
      <w:bCs/>
      <w:i w:val="0"/>
      <w:color w:val="000000"/>
      <w:sz w:val="32"/>
      <w:szCs w:val="28"/>
    </w:rPr>
  </w:style>
  <w:style w:type="paragraph" w:styleId="Heading2">
    <w:name w:val="heading 2"/>
    <w:basedOn w:val="Normal"/>
    <w:next w:val="Normal"/>
    <w:link w:val="Heading2Char"/>
    <w:uiPriority w:val="9"/>
    <w:unhideWhenUsed/>
    <w:qFormat/>
    <w:rsid w:val="00FC693F"/>
    <w:pPr>
      <w:keepNext/>
      <w:keepLines/>
      <w:spacing w:before="280" w:after="120"/>
      <w:outlineLvl w:val="1"/>
    </w:pPr>
    <w:rPr>
      <w:rFonts w:ascii="Arial" w:hAnsi="Arial" w:cs="Arial" w:eastAsia="Arial"/>
      <w:b/>
      <w:bCs/>
      <w:i w:val="0"/>
      <w:color w:val="000000"/>
      <w:sz w:val="25"/>
      <w:szCs w:val="26"/>
    </w:rPr>
  </w:style>
  <w:style w:type="paragraph" w:styleId="Heading3">
    <w:name w:val="heading 3"/>
    <w:basedOn w:val="Normal"/>
    <w:next w:val="Normal"/>
    <w:link w:val="Heading3Char"/>
    <w:uiPriority w:val="9"/>
    <w:unhideWhenUsed/>
    <w:qFormat/>
    <w:rsid w:val="00FC693F"/>
    <w:pPr>
      <w:keepNext/>
      <w:keepLines/>
      <w:spacing w:before="200" w:after="80"/>
      <w:outlineLvl w:val="2"/>
    </w:pPr>
    <w:rPr>
      <w:rFonts w:ascii="Arial" w:hAnsi="Arial" w:cs="Arial" w:eastAsia="Arial"/>
      <w:b/>
      <w:bCs/>
      <w:i w:val="0"/>
      <w:color w:val="000000"/>
      <w:sz w:val="22"/>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Arial" w:hAnsi="Arial" w:cs="Arial" w:eastAsia="Arial"/>
      <w:b w:val="0"/>
      <w:color w:val="000000"/>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spacing w:after="60"/>
      <w:contextualSpacing/>
    </w:pPr>
    <w:rPr>
      <w:rFonts w:ascii="Arial" w:hAnsi="Arial" w:cs="Arial" w:eastAsia="Arial"/>
      <w:sz w:val="20"/>
    </w:rPr>
  </w:style>
  <w:style w:type="paragraph" w:styleId="ListBullet2">
    <w:name w:val="List Bullet 2"/>
    <w:basedOn w:val="Normal"/>
    <w:uiPriority w:val="99"/>
    <w:unhideWhenUsed/>
    <w:rsid w:val="00326F90"/>
    <w:pPr>
      <w:numPr>
        <w:numId w:val="2"/>
      </w:numPr>
      <w:spacing w:after="60"/>
      <w:contextualSpacing/>
    </w:pPr>
    <w:rPr>
      <w:rFonts w:ascii="Arial" w:hAnsi="Arial" w:cs="Arial" w:eastAsia="Arial"/>
      <w:sz w:val="20"/>
    </w:r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TOC1">
    <w:name w:val="TOC 1"/>
    <w:pPr>
      <w:spacing w:after="40"/>
      <w:ind w:left="0"/>
    </w:pPr>
    <w:rPr>
      <w:rFonts w:ascii="Arial" w:hAnsi="Arial" w:cs="Arial" w:eastAsia="Arial"/>
      <w:b/>
      <w:sz w:val="20"/>
    </w:rPr>
  </w:style>
  <w:style w:type="paragraph" w:customStyle="1" w:styleId="TOC2">
    <w:name w:val="TOC 2"/>
    <w:pPr>
      <w:spacing w:after="40"/>
      <w:ind w:left="340"/>
    </w:pPr>
    <w:rPr>
      <w:rFonts w:ascii="Arial" w:hAnsi="Arial" w:cs="Arial" w:eastAsia="Arial"/>
      <w:b w:val="0"/>
      <w:sz w:val="20"/>
    </w:rPr>
  </w:style>
  <w:style w:type="paragraph" w:customStyle="1" w:styleId="TOC3">
    <w:name w:val="TOC 3"/>
    <w:pPr>
      <w:spacing w:after="40"/>
      <w:ind w:left="680"/>
    </w:pPr>
    <w:rPr>
      <w:rFonts w:ascii="Arial" w:hAnsi="Arial" w:cs="Arial" w:eastAsia="Arial"/>
      <w:b w:val="0"/>
      <w:sz w:val="20"/>
    </w:rPr>
  </w:style>
  <w:style w:type="paragraph" w:customStyle="1" w:styleId="Code">
    <w:name w:val="Code"/>
    <w:pPr>
      <w:spacing w:after="0" w:line="240" w:lineRule="auto"/>
    </w:pPr>
    <w:rPr>
      <w:rFonts w:ascii="Consolas" w:hAnsi="Consolas" w:cs="Consolas" w:eastAsia="Consolas"/>
      <w:sz w:val="15"/>
    </w:rPr>
  </w:style>
  <w:style w:type="paragraph" w:customStyle="1" w:styleId="BeschriftungSSI">
    <w:name w:val="Beschriftung SSI"/>
    <w:pPr>
      <w:spacing w:before="40" w:after="160"/>
    </w:pPr>
    <w:rPr>
      <w:rFonts w:ascii="Arial" w:hAnsi="Arial" w:cs="Arial" w:eastAsia="Arial"/>
      <w:b w:val="0"/>
      <w:i/>
      <w:color w:val="444444"/>
      <w:sz w:val="17"/>
    </w:rPr>
  </w:style>
  <w:style w:type="paragraph" w:customStyle="1" w:styleId="Quelle">
    <w:name w:val="Quelle"/>
    <w:pPr>
      <w:spacing w:before="40" w:after="160"/>
    </w:pPr>
    <w:rPr>
      <w:rFonts w:ascii="Arial" w:hAnsi="Arial" w:cs="Arial" w:eastAsia="Arial"/>
      <w:b w:val="0"/>
      <w:color w:val="555555"/>
      <w:sz w:val="17"/>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header" Target="header1.xml"/><Relationship Id="rId13"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Manuell ein- und auslagern ohne Auftrag</dc:title>
  <dc:subject>Spontane Einlagerung und Entnahme, Umlagern, Bestandskorrektur und Tablarhandling am Touch-Client, Desktop und Mobilterminal</dc:subject>
  <dc:creator>SSI SCHÄFER</dc:creator>
  <cp:keywords/>
  <dc:description>generated by python-docx</dc:description>
  <cp:lastModifiedBy/>
  <cp:revision>1</cp:revision>
  <dcterms:created xsi:type="dcterms:W3CDTF">2013-12-23T23:15:00Z</dcterms:created>
  <dcterms:modified xsi:type="dcterms:W3CDTF">2013-12-23T23:15:00Z</dcterms:modified>
  <cp:category/>
  <dc:language>de-DE</dc:language>
</cp:coreProperties>
</file>