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How-to-Handbuch</w:t>
            </w:r>
          </w:p>
          <w:p>
            <w:pPr>
              <w:spacing w:after="120"/>
            </w:pPr>
            <w:r>
              <w:rPr>
                <w:b/>
                <w:sz w:val="48"/>
              </w:rPr>
              <w:t>Etikettendruck einrichten – Zebra ZD410 (ZPL) mit WAMAS LS 2.8</w:t>
            </w:r>
          </w:p>
          <w:p>
            <w:pPr>
              <w:spacing w:after="360"/>
            </w:pPr>
            <w:r>
              <w:rPr>
                <w:b w:val="0"/>
                <w:sz w:val="32"/>
              </w:rPr>
              <w:t>WAMAS Lift &amp; Store 2.8</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Druck-PC mit LPD, WAMAS-Server mit LPR, Druckerverwaltung RM011/RM017/RM010, Fehlerbilder und Checkliste</w:t>
            </w:r>
          </w:p>
          <w:p>
            <w:pPr>
              <w:spacing w:after="0"/>
            </w:pPr>
            <w:r>
              <w:rPr>
                <w:b w:val="0"/>
                <w:color w:val="555555"/>
                <w:sz w:val="18"/>
              </w:rPr>
              <w:t>SSI SCHÄFER</w:t>
            </w:r>
          </w:p>
        </w:tc>
      </w:tr>
    </w:tbl>
    <w:p>
      <w:pPr>
        <w:spacing w:before="4535"/>
      </w:pPr>
      <w:r>
        <w:rPr>
          <w:sz w:val="18"/>
        </w:rPr>
        <w:t>V 1.0  ·  18.10.2026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3</w:t>
      </w:r>
    </w:p>
    <w:p>
      <w:pPr>
        <w:pStyle w:val="TOC2"/>
        <w:tabs>
          <w:tab w:pos="9524" w:val="right" w:leader="dot"/>
        </w:tabs>
      </w:pPr>
      <w:r>
        <w:t>1.1 Zweck</w:t>
        <w:tab/>
        <w:t>3</w:t>
      </w:r>
    </w:p>
    <w:p>
      <w:pPr>
        <w:pStyle w:val="TOC2"/>
        <w:tabs>
          <w:tab w:pos="9524" w:val="right" w:leader="dot"/>
        </w:tabs>
      </w:pPr>
      <w:r>
        <w:t>1.2 So lesen Sie dieses Dokument</w:t>
        <w:tab/>
        <w:t>3</w:t>
      </w:r>
    </w:p>
    <w:p>
      <w:pPr>
        <w:pStyle w:val="TOC2"/>
        <w:tabs>
          <w:tab w:pos="9524" w:val="right" w:leader="dot"/>
        </w:tabs>
      </w:pPr>
      <w:r>
        <w:t>1.3 Dokumentinformationen</w:t>
        <w:tab/>
        <w:t>3</w:t>
      </w:r>
    </w:p>
    <w:p>
      <w:pPr>
        <w:pStyle w:val="TOC1"/>
        <w:tabs>
          <w:tab w:pos="9524" w:val="right" w:leader="dot"/>
        </w:tabs>
      </w:pPr>
      <w:r>
        <w:t>2 Überblick: die Druckkette</w:t>
        <w:tab/>
        <w:t>4</w:t>
      </w:r>
    </w:p>
    <w:p>
      <w:pPr>
        <w:pStyle w:val="TOC2"/>
        <w:tabs>
          <w:tab w:pos="9524" w:val="right" w:leader="dot"/>
        </w:tabs>
      </w:pPr>
      <w:r>
        <w:t>2.1 So kommt das Etikett zum Drucker</w:t>
        <w:tab/>
        <w:t>4</w:t>
      </w:r>
    </w:p>
    <w:p>
      <w:pPr>
        <w:pStyle w:val="TOC2"/>
        <w:tabs>
          <w:tab w:pos="9524" w:val="right" w:leader="dot"/>
        </w:tabs>
      </w:pPr>
      <w:r>
        <w:t>2.2 Reihenfolge der Einrichtung</w:t>
        <w:tab/>
        <w:t>4</w:t>
      </w:r>
    </w:p>
    <w:p>
      <w:pPr>
        <w:pStyle w:val="TOC1"/>
        <w:tabs>
          <w:tab w:pos="9524" w:val="right" w:leader="dot"/>
        </w:tabs>
      </w:pPr>
      <w:r>
        <w:t>3 Druck-PC (Windows) vorbereiten</w:t>
        <w:tab/>
        <w:t>5</w:t>
      </w:r>
    </w:p>
    <w:p>
      <w:pPr>
        <w:pStyle w:val="TOC2"/>
        <w:tabs>
          <w:tab w:pos="9524" w:val="right" w:leader="dot"/>
        </w:tabs>
      </w:pPr>
      <w:r>
        <w:t>3.1 Drucker installieren und prüfen</w:t>
        <w:tab/>
        <w:t>5</w:t>
      </w:r>
    </w:p>
    <w:p>
      <w:pPr>
        <w:pStyle w:val="TOC2"/>
        <w:tabs>
          <w:tab w:pos="9524" w:val="right" w:leader="dot"/>
        </w:tabs>
      </w:pPr>
      <w:r>
        <w:t>3.2 Drucker freigeben</w:t>
        <w:tab/>
        <w:t>5</w:t>
      </w:r>
    </w:p>
    <w:p>
      <w:pPr>
        <w:pStyle w:val="TOC2"/>
        <w:tabs>
          <w:tab w:pos="9524" w:val="right" w:leader="dot"/>
        </w:tabs>
      </w:pPr>
      <w:r>
        <w:t>3.3 LPD-Dienst einschalten (LPD Print Service)</w:t>
        <w:tab/>
        <w:t>5</w:t>
      </w:r>
    </w:p>
    <w:p>
      <w:pPr>
        <w:pStyle w:val="TOC2"/>
        <w:tabs>
          <w:tab w:pos="9524" w:val="right" w:leader="dot"/>
        </w:tabs>
      </w:pPr>
      <w:r>
        <w:t>3.4 Firewall: TCP-Port 515 eingehend</w:t>
        <w:tab/>
        <w:t>6</w:t>
      </w:r>
    </w:p>
    <w:p>
      <w:pPr>
        <w:pStyle w:val="TOC2"/>
        <w:tabs>
          <w:tab w:pos="9524" w:val="right" w:leader="dot"/>
        </w:tabs>
      </w:pPr>
      <w:r>
        <w:t>3.5 Registry: SimulatePassThrough = 1</w:t>
        <w:tab/>
        <w:t>6</w:t>
      </w:r>
    </w:p>
    <w:p>
      <w:pPr>
        <w:pStyle w:val="TOC1"/>
        <w:tabs>
          <w:tab w:pos="9524" w:val="right" w:leader="dot"/>
        </w:tabs>
      </w:pPr>
      <w:r>
        <w:t>4 WAMAS-Server (Windows) vorbereiten</w:t>
        <w:tab/>
        <w:t>7</w:t>
      </w:r>
    </w:p>
    <w:p>
      <w:pPr>
        <w:pStyle w:val="TOC2"/>
        <w:tabs>
          <w:tab w:pos="9524" w:val="right" w:leader="dot"/>
        </w:tabs>
      </w:pPr>
      <w:r>
        <w:t>4.1 LPR-Port-Monitor installieren (lpr.exe)</w:t>
        <w:tab/>
        <w:t>7</w:t>
      </w:r>
    </w:p>
    <w:p>
      <w:pPr>
        <w:pStyle w:val="TOC2"/>
        <w:tabs>
          <w:tab w:pos="9524" w:val="right" w:leader="dot"/>
        </w:tabs>
      </w:pPr>
      <w:r>
        <w:t>4.2 hosts-Eintrag für die Drucksystem-ID</w:t>
        <w:tab/>
        <w:t>7</w:t>
      </w:r>
    </w:p>
    <w:p>
      <w:pPr>
        <w:pStyle w:val="TOC2"/>
        <w:tabs>
          <w:tab w:pos="9524" w:val="right" w:leader="dot"/>
        </w:tabs>
      </w:pPr>
      <w:r>
        <w:t>4.3 Optionaler Gegentest mit Windows-Treiber auf dem WAMAS-Server</w:t>
        <w:tab/>
        <w:t>7</w:t>
      </w:r>
    </w:p>
    <w:p>
      <w:pPr>
        <w:pStyle w:val="TOC1"/>
        <w:tabs>
          <w:tab w:pos="9524" w:val="right" w:leader="dot"/>
        </w:tabs>
      </w:pPr>
      <w:r>
        <w:t>5 WAMAS einrichten</w:t>
        <w:tab/>
        <w:t>8</w:t>
      </w:r>
    </w:p>
    <w:p>
      <w:pPr>
        <w:pStyle w:val="TOC2"/>
        <w:tabs>
          <w:tab w:pos="9524" w:val="right" w:leader="dot"/>
        </w:tabs>
      </w:pPr>
      <w:r>
        <w:t>5.1 Übersicht der Dialoge</w:t>
        <w:tab/>
        <w:t>8</w:t>
      </w:r>
    </w:p>
    <w:p>
      <w:pPr>
        <w:pStyle w:val="TOC2"/>
        <w:tabs>
          <w:tab w:pos="9524" w:val="right" w:leader="dot"/>
        </w:tabs>
      </w:pPr>
      <w:r>
        <w:t>5.2 RM015 Druckertyp ZPL_300 prüfen</w:t>
        <w:tab/>
        <w:t>8</w:t>
      </w:r>
    </w:p>
    <w:p>
      <w:pPr>
        <w:pStyle w:val="TOC2"/>
        <w:tabs>
          <w:tab w:pos="9524" w:val="right" w:leader="dot"/>
        </w:tabs>
      </w:pPr>
      <w:r>
        <w:t>5.3 RM011 Drucker anlegen</w:t>
        <w:tab/>
        <w:t>9</w:t>
      </w:r>
    </w:p>
    <w:p>
      <w:pPr>
        <w:pStyle w:val="TOC2"/>
        <w:tabs>
          <w:tab w:pos="9524" w:val="right" w:leader="dot"/>
        </w:tabs>
      </w:pPr>
      <w:r>
        <w:t>5.4 RM017 Druckerortzuordnung anlegen</w:t>
        <w:tab/>
        <w:t>9</w:t>
      </w:r>
    </w:p>
    <w:p>
      <w:pPr>
        <w:pStyle w:val="TOC2"/>
        <w:tabs>
          <w:tab w:pos="9524" w:val="right" w:leader="dot"/>
        </w:tabs>
      </w:pPr>
      <w:r>
        <w:t>5.5 RM003 Layout wählen (ZPL II, 300 dpi)</w:t>
        <w:tab/>
        <w:t>10</w:t>
      </w:r>
    </w:p>
    <w:p>
      <w:pPr>
        <w:pStyle w:val="TOC2"/>
        <w:tabs>
          <w:tab w:pos="9524" w:val="right" w:leader="dot"/>
        </w:tabs>
      </w:pPr>
      <w:r>
        <w:t>5.6 RM010 Zuordnung: welche Konfiguration der Druck nimmt</w:t>
        <w:tab/>
        <w:t>10</w:t>
      </w:r>
    </w:p>
    <w:p>
      <w:pPr>
        <w:pStyle w:val="TOC2"/>
        <w:tabs>
          <w:tab w:pos="9524" w:val="right" w:leader="dot"/>
        </w:tabs>
      </w:pPr>
      <w:r>
        <w:t>5.7 RM005 Kanal und Sprache der ZPL-Konfiguration</w:t>
        <w:tab/>
        <w:t>11</w:t>
      </w:r>
    </w:p>
    <w:p>
      <w:pPr>
        <w:pStyle w:val="TOC2"/>
        <w:tabs>
          <w:tab w:pos="9524" w:val="right" w:leader="dot"/>
        </w:tabs>
      </w:pPr>
      <w:r>
        <w:t>5.8 MD022 Standard-Lagerstandort am Terminal</w:t>
        <w:tab/>
        <w:t>12</w:t>
      </w:r>
    </w:p>
    <w:p>
      <w:pPr>
        <w:pStyle w:val="TOC1"/>
        <w:tabs>
          <w:tab w:pos="9524" w:val="right" w:leader="dot"/>
        </w:tabs>
      </w:pPr>
      <w:r>
        <w:t>6 Drucken und kontrollieren</w:t>
        <w:tab/>
        <w:t>13</w:t>
      </w:r>
    </w:p>
    <w:p>
      <w:pPr>
        <w:pStyle w:val="TOC2"/>
        <w:tabs>
          <w:tab w:pos="9524" w:val="right" w:leader="dot"/>
        </w:tabs>
      </w:pPr>
      <w:r>
        <w:t>6.1 Artikeletikett manuell drucken (Desktop)</w:t>
        <w:tab/>
        <w:t>13</w:t>
      </w:r>
    </w:p>
    <w:p>
      <w:pPr>
        <w:pStyle w:val="TOC2"/>
        <w:tabs>
          <w:tab w:pos="9524" w:val="right" w:leader="dot"/>
        </w:tabs>
      </w:pPr>
      <w:r>
        <w:t>6.2 Kontrolle in RM018 und RM023</w:t>
        <w:tab/>
        <w:t>13</w:t>
      </w:r>
    </w:p>
    <w:p>
      <w:pPr>
        <w:pStyle w:val="TOC2"/>
        <w:tabs>
          <w:tab w:pos="9524" w:val="right" w:leader="dot"/>
        </w:tabs>
      </w:pPr>
      <w:r>
        <w:t>6.3 Touch-Client</w:t>
        <w:tab/>
        <w:t>13</w:t>
      </w:r>
    </w:p>
    <w:p>
      <w:pPr>
        <w:pStyle w:val="TOC2"/>
        <w:tabs>
          <w:tab w:pos="9524" w:val="right" w:leader="dot"/>
        </w:tabs>
      </w:pPr>
      <w:r>
        <w:t>6.4 Mobile-Client: Barcode prüfen</w:t>
        <w:tab/>
        <w:t>14</w:t>
      </w:r>
    </w:p>
    <w:p>
      <w:pPr>
        <w:pStyle w:val="TOC1"/>
        <w:tabs>
          <w:tab w:pos="9524" w:val="right" w:leader="dot"/>
        </w:tabs>
      </w:pPr>
      <w:r>
        <w:t>7 Fehlerbilder und Lösungen</w:t>
        <w:tab/>
        <w:t>15</w:t>
      </w:r>
    </w:p>
    <w:p>
      <w:pPr>
        <w:pStyle w:val="TOC1"/>
        <w:tabs>
          <w:tab w:pos="9524" w:val="right" w:leader="dot"/>
        </w:tabs>
      </w:pPr>
      <w:r>
        <w:t>8 Checkliste für den Kunden</w:t>
        <w:tab/>
        <w:t>18</w:t>
      </w:r>
    </w:p>
    <w:p>
      <w:pPr>
        <w:pStyle w:val="TOC1"/>
        <w:tabs>
          <w:tab w:pos="9524" w:val="right" w:leader="dot"/>
        </w:tabs>
      </w:pPr>
      <w:r>
        <w:t>9 Etikettentests und 57 × 51-Layouts (OFFEN)</w:t>
        <w:tab/>
        <w:t>19</w:t>
      </w:r>
    </w:p>
    <w:p>
      <w:pPr>
        <w:pStyle w:val="TOC1"/>
        <w:tabs>
          <w:tab w:pos="9524" w:val="right" w:leader="dot"/>
        </w:tabs>
      </w:pPr>
      <w:r>
        <w:t>10 Stolperfallen</w:t>
        <w:tab/>
        <w:t>20</w:t>
      </w:r>
    </w:p>
    <w:p>
      <w:pPr>
        <w:pStyle w:val="TOC1"/>
        <w:tabs>
          <w:tab w:pos="9524" w:val="right" w:leader="dot"/>
        </w:tabs>
      </w:pPr>
      <w:r>
        <w:t>11 Praxisbeispiele</w:t>
        <w:tab/>
        <w:t>21</w:t>
      </w:r>
    </w:p>
    <w:p>
      <w:pPr>
        <w:pStyle w:val="TOC2"/>
        <w:tabs>
          <w:tab w:pos="9524" w:val="right" w:leader="dot"/>
        </w:tabs>
      </w:pPr>
      <w:r>
        <w:t>11.1 Einrichtung am Testsystem in 12 Schritten</w:t>
        <w:tab/>
        <w:t>21</w:t>
      </w:r>
    </w:p>
    <w:p>
      <w:pPr>
        <w:pStyle w:val="TOC2"/>
        <w:tabs>
          <w:tab w:pos="9524" w:val="right" w:leader="dot"/>
        </w:tabs>
      </w:pPr>
      <w:r>
        <w:t>11.2 Fehlersuche Schritt für Schritt (fünf Druckversuche)</w:t>
        <w:tab/>
        <w:t>21</w:t>
      </w:r>
    </w:p>
    <w:p>
      <w:pPr>
        <w:pStyle w:val="TOC1"/>
        <w:tabs>
          <w:tab w:pos="9524" w:val="right" w:leader="dot"/>
        </w:tabs>
      </w:pPr>
      <w:r>
        <w:t>12 Offene Punkte und „im System prüfen“</w:t>
        <w:tab/>
        <w:t>22</w:t>
      </w:r>
    </w:p>
    <w:p>
      <w:pPr>
        <w:pStyle w:val="TOC1"/>
        <w:tabs>
          <w:tab w:pos="9524" w:val="right" w:leader="dot"/>
        </w:tabs>
      </w:pPr>
      <w:r>
        <w:t>13 Quellenverzeichnis</w:t>
        <w:tab/>
        <w:t>23</w:t>
      </w:r>
      <w:r>
        <w:fldChar w:fldCharType="end"/>
      </w:r>
    </w:p>
    <w:p>
      <w:pPr>
        <w:pStyle w:val="Heading1"/>
      </w:pPr>
      <w:r>
        <w:t>1 Über dieses Dokument</w:t>
      </w:r>
    </w:p>
    <w:p>
      <w:pPr>
        <w:pStyle w:val="Heading2"/>
      </w:pPr>
      <w:r>
        <w:t>1.1 Zweck</w:t>
      </w:r>
    </w:p>
    <w:p>
      <w:r>
        <w:t xml:space="preserve">Diese Anleitung beschreibt die </w:t>
      </w:r>
      <w:r>
        <w:rPr>
          <w:b/>
        </w:rPr>
        <w:t>ganze Kette</w:t>
      </w:r>
      <w:r>
        <w:t xml:space="preserve">, mit der WAMAS Lift &amp; Store 2.8 ein ZPL-Etikett auf einem Zebra ZD410 (300 dpi) druckt: vom Windows-Druck-PC mit LPD-Dienst über den WAMAS-Server mit </w:t>
      </w:r>
      <w:r>
        <w:rPr>
          <w:rFonts w:ascii="Consolas" w:hAnsi="Consolas" w:cs="Consolas" w:eastAsia="Consolas"/>
          <w:sz w:val="18"/>
        </w:rPr>
        <w:t>lpr.exe</w:t>
      </w:r>
      <w:r>
        <w:t xml:space="preserve"> bis zur Druckerverwaltung in WAMAS. Alle Werte stammen aus der Einrichtung am Testsystem srv01 am 17./18.10.2026. Die Fehlerbilder sind genau so aufgetreten und wurden der Reihe nach behoben.</w:t>
      </w:r>
    </w:p>
    <w:p>
      <w:pPr>
        <w:pStyle w:val="Heading2"/>
      </w:pPr>
      <w:r>
        <w:t>1.2 So lesen Sie dieses Dokument</w:t>
      </w:r>
    </w:p>
    <w:p>
      <w:pPr>
        <w:pStyle w:val="ListBullet"/>
      </w:pPr>
      <w:r>
        <w:t xml:space="preserve">Dialognamen und Bildschirmtexte stehen </w:t>
      </w:r>
      <w:r>
        <w:rPr>
          <w:b/>
        </w:rPr>
        <w:t>fett</w:t>
      </w:r>
      <w:r>
        <w:t xml:space="preserve">, Felder, Dateien und Befehle in </w:t>
      </w:r>
      <w:r>
        <w:rPr>
          <w:rFonts w:ascii="Consolas" w:hAnsi="Consolas" w:cs="Consolas" w:eastAsia="Consolas"/>
          <w:sz w:val="18"/>
        </w:rPr>
        <w:t>Monospace</w:t>
      </w:r>
      <w:r>
        <w:t>.</w:t>
      </w:r>
    </w:p>
    <w:p>
      <w:pPr>
        <w:pStyle w:val="ListBullet"/>
      </w:pPr>
      <w:r>
        <w:t>Alle Uhrzeiten: 17./18.10.2026, Ortszeit Zürich (MESZ).</w:t>
      </w:r>
    </w:p>
    <w:p>
      <w:pPr>
        <w:pStyle w:val="ListBullet"/>
      </w:pPr>
      <w:r>
        <w:rPr>
          <w:b/>
        </w:rPr>
        <w:t>[im System prüfen]</w:t>
      </w:r>
      <w:r>
        <w:t xml:space="preserve"> kennzeichnet Punkte, die aus der Einrichtung abgeleitet, aber nicht einzeln belegt sind. Vor dem Einsatz beim Kunden prüfen.</w:t>
      </w:r>
    </w:p>
    <w:p>
      <w:pPr>
        <w:pStyle w:val="ListBullet"/>
      </w:pPr>
      <w:r>
        <w:t xml:space="preserve">Kapitel 9 (Etikettentests 57 × 51 mm) ist </w:t>
      </w:r>
      <w:r>
        <w:rPr>
          <w:b/>
        </w:rPr>
        <w:t>offen</w:t>
      </w:r>
      <w:r>
        <w:t xml:space="preserve"> und wird von WAMAS Dev nachgeliefert.</w:t>
      </w:r>
    </w:p>
    <w:p>
      <w:pPr>
        <w:pStyle w:val="ListBullet"/>
      </w:pPr>
      <w:r>
        <w:t>Unter jedem Abschnitt nennt eine Quellenzeile die Herkunft (Kürzel siehe Kap. 13).</w:t>
      </w:r>
    </w:p>
    <w:p>
      <w:pPr>
        <w:pStyle w:val="Heading2"/>
      </w:pPr>
      <w:r>
        <w:t>1.3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Etikettendruck einrichten – Zebra ZD410 (ZPL) mit WAMAS LS 2.8</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2.8</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1.0</w:t>
            </w:r>
          </w:p>
        </w:tc>
      </w:tr>
      <w:tr>
        <w:tc>
          <w:tcPr>
            <w:tcW w:type="dxa" w:w="2268"/>
          </w:tcPr>
          <w:p>
            <w:pPr>
              <w:spacing w:after="0" w:line="252" w:lineRule="auto"/>
            </w:pPr>
            <w:r>
              <w:rPr>
                <w:b/>
                <w:sz w:val="17"/>
              </w:rPr>
              <w:t>Stand</w:t>
            </w:r>
          </w:p>
        </w:tc>
        <w:tc>
          <w:tcPr>
            <w:tcW w:type="dxa" w:w="7257"/>
          </w:tcPr>
          <w:p>
            <w:pPr>
              <w:spacing w:after="0" w:line="252" w:lineRule="auto"/>
            </w:pPr>
            <w:r>
              <w:rPr>
                <w:sz w:val="17"/>
              </w:rPr>
              <w:t>18.10.2026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SSI SCHÄFER</w:t>
            </w:r>
          </w:p>
        </w:tc>
      </w:tr>
      <w:tr>
        <w:tc>
          <w:tcPr>
            <w:tcW w:type="dxa" w:w="2268"/>
          </w:tcPr>
          <w:p>
            <w:pPr>
              <w:spacing w:after="0" w:line="252" w:lineRule="auto"/>
            </w:pPr>
            <w:r>
              <w:rPr>
                <w:b/>
                <w:sz w:val="17"/>
              </w:rPr>
              <w:t>Zielgruppe</w:t>
            </w:r>
          </w:p>
        </w:tc>
        <w:tc>
          <w:tcPr>
            <w:tcW w:type="dxa" w:w="7257"/>
          </w:tcPr>
          <w:p>
            <w:pPr>
              <w:spacing w:after="0" w:line="252" w:lineRule="auto"/>
            </w:pPr>
            <w:r>
              <w:rPr>
                <w:sz w:val="17"/>
              </w:rPr>
              <w:t>Administratoren, IT des Kunden, Key-User, Projektleitung</w:t>
            </w:r>
          </w:p>
        </w:tc>
      </w:tr>
      <w:tr>
        <w:tc>
          <w:tcPr>
            <w:tcW w:type="dxa" w:w="2268"/>
          </w:tcPr>
          <w:p>
            <w:pPr>
              <w:spacing w:after="0" w:line="252" w:lineRule="auto"/>
            </w:pPr>
            <w:r>
              <w:rPr>
                <w:b/>
                <w:sz w:val="17"/>
              </w:rPr>
              <w:t>Grundlage</w:t>
            </w:r>
          </w:p>
        </w:tc>
        <w:tc>
          <w:tcPr>
            <w:tcW w:type="dxa" w:w="7257"/>
          </w:tcPr>
          <w:p>
            <w:pPr>
              <w:spacing w:after="0" w:line="252" w:lineRule="auto"/>
            </w:pPr>
            <w:r>
              <w:rPr>
                <w:sz w:val="17"/>
              </w:rPr>
              <w:t>Einrichtung und Drucktests am Testsystem srv01 vom 17./18.10.2026 (Testlog, Parameter-Protokoll, ZPL-Etiketten-Inventar), Administrator- und Benutzerhandbuch 2.8</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65"/>
        <w:gridCol w:w="1237"/>
        <w:gridCol w:w="7422"/>
      </w:tblGrid>
      <w:tr>
        <w:trPr>
          <w:tblHeader w:val="true"/>
        </w:trPr>
        <w:tc>
          <w:tcPr>
            <w:tcW w:type="dxa" w:w="866"/>
            <w:shd w:val="clear" w:color="auto" w:fill="FEEE19"/>
          </w:tcPr>
          <w:p>
            <w:pPr>
              <w:spacing w:after="0"/>
            </w:pPr>
            <w:r>
              <w:rPr>
                <w:b/>
                <w:sz w:val="17"/>
              </w:rPr>
              <w:t>Version</w:t>
            </w:r>
          </w:p>
        </w:tc>
        <w:tc>
          <w:tcPr>
            <w:tcW w:type="dxa" w:w="1237"/>
            <w:shd w:val="clear" w:color="auto" w:fill="FEEE19"/>
          </w:tcPr>
          <w:p>
            <w:pPr>
              <w:spacing w:after="0"/>
            </w:pPr>
            <w:r>
              <w:rPr>
                <w:b/>
                <w:sz w:val="17"/>
              </w:rPr>
              <w:t>Datum</w:t>
            </w:r>
          </w:p>
        </w:tc>
        <w:tc>
          <w:tcPr>
            <w:tcW w:type="dxa" w:w="7422"/>
            <w:shd w:val="clear" w:color="auto" w:fill="FEEE19"/>
          </w:tcPr>
          <w:p>
            <w:pPr>
              <w:spacing w:after="0"/>
            </w:pPr>
            <w:r>
              <w:rPr>
                <w:b/>
                <w:sz w:val="17"/>
              </w:rPr>
              <w:t>Änderung</w:t>
            </w:r>
          </w:p>
        </w:tc>
      </w:tr>
      <w:tr>
        <w:tc>
          <w:tcPr>
            <w:tcW w:type="dxa" w:w="866"/>
          </w:tcPr>
          <w:p>
            <w:pPr>
              <w:spacing w:after="0" w:line="252" w:lineRule="auto"/>
            </w:pPr>
            <w:r>
              <w:rPr>
                <w:sz w:val="17"/>
              </w:rPr>
              <w:t>1.0</w:t>
            </w:r>
          </w:p>
        </w:tc>
        <w:tc>
          <w:tcPr>
            <w:tcW w:type="dxa" w:w="1237"/>
          </w:tcPr>
          <w:p>
            <w:pPr>
              <w:spacing w:after="0" w:line="252" w:lineRule="auto"/>
            </w:pPr>
            <w:r>
              <w:rPr>
                <w:sz w:val="17"/>
              </w:rPr>
              <w:t>18.10.2026</w:t>
            </w:r>
          </w:p>
        </w:tc>
        <w:tc>
          <w:tcPr>
            <w:tcW w:type="dxa" w:w="7422"/>
          </w:tcPr>
          <w:p>
            <w:pPr>
              <w:spacing w:after="0" w:line="252" w:lineRule="auto"/>
            </w:pPr>
            <w:r>
              <w:rPr>
                <w:sz w:val="17"/>
              </w:rPr>
              <w:t>Erstausgabe nach der Einrichtung am Testsystem srv01 (17.10.2026 22:14 bis 18.10.2026 00:06)</w:t>
            </w:r>
          </w:p>
        </w:tc>
      </w:tr>
    </w:tbl>
    <w:p>
      <w:pPr>
        <w:pStyle w:val="BeschriftungSSI"/>
      </w:pPr>
      <w:r>
        <w:t>Tab. 1: Änderungshistorie</w:t>
      </w:r>
    </w:p>
    <w:p>
      <w:pPr>
        <w:pStyle w:val="Heading1"/>
      </w:pPr>
      <w:r>
        <w:t>2 Überblick: die Druckkette</w:t>
      </w:r>
    </w:p>
    <w:p>
      <w:pPr>
        <w:pStyle w:val="Heading2"/>
      </w:pPr>
      <w:r>
        <w:t>2.1 So kommt das Etikett zum Drucker</w:t>
      </w:r>
    </w:p>
    <w:p>
      <w:r>
        <w:t xml:space="preserve">Der Zebra ZD410 hängt per USB an einem Windows-PC (Druck-PC). WAMAS läuft auf einem anderen Rechner (WAMAS-Server). Der Druckertyp </w:t>
      </w:r>
      <w:r>
        <w:rPr>
          <w:rFonts w:ascii="Consolas" w:hAnsi="Consolas" w:cs="Consolas" w:eastAsia="Consolas"/>
          <w:sz w:val="18"/>
        </w:rPr>
        <w:t>ZPL_300</w:t>
      </w:r>
      <w:r>
        <w:t xml:space="preserve"> druckt mit dem Druckbefehl </w:t>
      </w:r>
      <w:r>
        <w:rPr>
          <w:b/>
        </w:rPr>
        <w:t>Line Printer Remote</w:t>
      </w:r>
      <w:r>
        <w:t xml:space="preserve"> (LPR). WAMAS schreibt das gerenderte ZPL in eine Datei und ruft auf dem WAMAS-Server unter Windows folgenden Befehl auf:</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lpr -S&lt;Drucksystem-ID&gt; -P&lt;Drucksystem-ID&gt; &lt;Datei&gt;</w:t>
            </w:r>
          </w:p>
        </w:tc>
      </w:tr>
    </w:tbl>
    <w:p>
      <w:pPr>
        <w:pStyle w:val="BeschriftungSSI"/>
      </w:pPr>
      <w:r>
        <w:t>Abb. 1: Druckbefehl von WAMAS unter Windows (aus der Klasse LprPrintCommand)</w:t>
      </w:r>
    </w:p>
    <w:p>
      <w:r>
        <w:t xml:space="preserve">Die </w:t>
      </w:r>
      <w:r>
        <w:rPr>
          <w:b/>
        </w:rPr>
        <w:t>Drucksystem-ID</w:t>
      </w:r>
      <w:r>
        <w:t xml:space="preserve"> aus RM011 wird also zweimal eingesetzt: als </w:t>
      </w:r>
      <w:r>
        <w:rPr>
          <w:b/>
        </w:rPr>
        <w:t>Host</w:t>
      </w:r>
      <w:r>
        <w:t xml:space="preserve"> (</w:t>
      </w:r>
      <w:r>
        <w:rPr>
          <w:rFonts w:ascii="Consolas" w:hAnsi="Consolas" w:cs="Consolas" w:eastAsia="Consolas"/>
          <w:sz w:val="18"/>
        </w:rPr>
        <w:t>-S</w:t>
      </w:r>
      <w:r>
        <w:t xml:space="preserve">) und als </w:t>
      </w:r>
      <w:r>
        <w:rPr>
          <w:b/>
        </w:rPr>
        <w:t>Warteschlange</w:t>
      </w:r>
      <w:r>
        <w:t xml:space="preserve"> (</w:t>
      </w:r>
      <w:r>
        <w:rPr>
          <w:rFonts w:ascii="Consolas" w:hAnsi="Consolas" w:cs="Consolas" w:eastAsia="Consolas"/>
          <w:sz w:val="18"/>
        </w:rPr>
        <w:t>-P</w:t>
      </w:r>
      <w:r>
        <w:t>). Daraus folgt die wichtigste Regel dieser Anleitung: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Drucksystem-ID = Hostname UND Freigabename</w:t>
            </w:r>
          </w:p>
          <w:p>
            <w:pPr>
              <w:spacing w:after="40"/>
            </w:pPr>
            <w:r>
              <w:rPr>
                <w:sz w:val="19"/>
              </w:rPr>
              <w:t xml:space="preserve">Die Drucksystem-ID muss gleichzeitig ein auflösbarer Hostname des Druck-PCs </w:t>
            </w:r>
            <w:r>
              <w:rPr>
                <w:b/>
                <w:sz w:val="19"/>
              </w:rPr>
              <w:t>und</w:t>
            </w:r>
            <w:r>
              <w:rPr>
                <w:sz w:val="19"/>
              </w:rPr>
              <w:t xml:space="preserve"> der Freigabename des Druckers sein. Die Schreibweise </w:t>
            </w:r>
            <w:r>
              <w:rPr>
                <w:rFonts w:ascii="Consolas" w:hAnsi="Consolas" w:cs="Consolas" w:eastAsia="Consolas"/>
                <w:sz w:val="17"/>
              </w:rPr>
              <w:t>host:queue</w:t>
            </w:r>
            <w:r>
              <w:rPr>
                <w:sz w:val="19"/>
              </w:rPr>
              <w:t xml:space="preserve"> (z. B. </w:t>
            </w:r>
            <w:r>
              <w:rPr>
                <w:rFonts w:ascii="Consolas" w:hAnsi="Consolas" w:cs="Consolas" w:eastAsia="Consolas"/>
                <w:sz w:val="17"/>
              </w:rPr>
              <w:t>192.168.0.70:ZD410</w:t>
            </w:r>
            <w:r>
              <w:rPr>
                <w:sz w:val="19"/>
              </w:rPr>
              <w:t>) gibt es nicht. Sie führt zum Fehler „Host … ist unbekannt“.</w:t>
            </w:r>
          </w:p>
        </w:tc>
      </w:tr>
    </w:tbl>
    <w:p>
      <w:pPr>
        <w:spacing w:after="40"/>
      </w:pPr>
    </w:p>
    <w:p>
      <w:r>
        <w:t xml:space="preserve">Unter Linux ruft WAMAS stattdessen </w:t>
      </w:r>
      <w:r>
        <w:rPr>
          <w:rFonts w:ascii="Consolas" w:hAnsi="Consolas" w:cs="Consolas" w:eastAsia="Consolas"/>
          <w:sz w:val="18"/>
        </w:rPr>
        <w:t>lp -d &lt;Drucksystem-ID&gt; &lt;Datei&gt;</w:t>
      </w:r>
      <w:r>
        <w:t xml:space="preserve"> auf (nicht getestet).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44"/>
        <w:gridCol w:w="3769"/>
        <w:gridCol w:w="4111"/>
      </w:tblGrid>
      <w:tr>
        <w:trPr>
          <w:tblHeader w:val="true"/>
        </w:trPr>
        <w:tc>
          <w:tcPr>
            <w:tcW w:type="dxa" w:w="1645"/>
            <w:shd w:val="clear" w:color="auto" w:fill="FEEE19"/>
          </w:tcPr>
          <w:p>
            <w:pPr>
              <w:spacing w:after="0"/>
            </w:pPr>
            <w:r>
              <w:rPr>
                <w:b/>
                <w:sz w:val="17"/>
              </w:rPr>
              <w:t>Station</w:t>
            </w:r>
          </w:p>
        </w:tc>
        <w:tc>
          <w:tcPr>
            <w:tcW w:type="dxa" w:w="3769"/>
            <w:shd w:val="clear" w:color="auto" w:fill="FEEE19"/>
          </w:tcPr>
          <w:p>
            <w:pPr>
              <w:spacing w:after="0"/>
            </w:pPr>
            <w:r>
              <w:rPr>
                <w:b/>
                <w:sz w:val="17"/>
              </w:rPr>
              <w:t>Komponente</w:t>
            </w:r>
          </w:p>
        </w:tc>
        <w:tc>
          <w:tcPr>
            <w:tcW w:type="dxa" w:w="4111"/>
            <w:shd w:val="clear" w:color="auto" w:fill="FEEE19"/>
          </w:tcPr>
          <w:p>
            <w:pPr>
              <w:spacing w:after="0"/>
            </w:pPr>
            <w:r>
              <w:rPr>
                <w:b/>
                <w:sz w:val="17"/>
              </w:rPr>
              <w:t>Wert im Testsystem</w:t>
            </w:r>
          </w:p>
        </w:tc>
      </w:tr>
      <w:tr>
        <w:tc>
          <w:tcPr>
            <w:tcW w:type="dxa" w:w="1645"/>
          </w:tcPr>
          <w:p>
            <w:pPr>
              <w:spacing w:after="0" w:line="252" w:lineRule="auto"/>
            </w:pPr>
            <w:r>
              <w:rPr>
                <w:sz w:val="17"/>
              </w:rPr>
              <w:t>WAMAS (RM011)</w:t>
            </w:r>
          </w:p>
        </w:tc>
        <w:tc>
          <w:tcPr>
            <w:tcW w:type="dxa" w:w="3769"/>
          </w:tcPr>
          <w:p>
            <w:pPr>
              <w:spacing w:after="0" w:line="252" w:lineRule="auto"/>
            </w:pPr>
            <w:r>
              <w:rPr>
                <w:sz w:val="17"/>
              </w:rPr>
              <w:t>Drucker, Druckertyp, Drucksystem-ID</w:t>
            </w:r>
          </w:p>
        </w:tc>
        <w:tc>
          <w:tcPr>
            <w:tcW w:type="dxa" w:w="4111"/>
          </w:tcPr>
          <w:p>
            <w:pPr>
              <w:spacing w:after="0" w:line="252" w:lineRule="auto"/>
            </w:pPr>
            <w:r>
              <w:rPr>
                <w:rFonts w:ascii="Consolas" w:hAnsi="Consolas" w:cs="Consolas" w:eastAsia="Consolas"/>
                <w:sz w:val="15"/>
              </w:rPr>
              <w:t>TEST_WD_ZD410</w:t>
            </w:r>
            <w:r>
              <w:rPr>
                <w:sz w:val="17"/>
              </w:rPr>
              <w:t xml:space="preserve">, </w:t>
            </w:r>
            <w:r>
              <w:rPr>
                <w:rFonts w:ascii="Consolas" w:hAnsi="Consolas" w:cs="Consolas" w:eastAsia="Consolas"/>
                <w:sz w:val="15"/>
              </w:rPr>
              <w:t>ZPL_300</w:t>
            </w:r>
            <w:r>
              <w:rPr>
                <w:sz w:val="17"/>
              </w:rPr>
              <w:t xml:space="preserve">, </w:t>
            </w:r>
            <w:r>
              <w:rPr>
                <w:rFonts w:ascii="Consolas" w:hAnsi="Consolas" w:cs="Consolas" w:eastAsia="Consolas"/>
                <w:sz w:val="15"/>
              </w:rPr>
              <w:t>ZD410</w:t>
            </w:r>
          </w:p>
        </w:tc>
      </w:tr>
      <w:tr>
        <w:tc>
          <w:tcPr>
            <w:tcW w:type="dxa" w:w="1645"/>
          </w:tcPr>
          <w:p>
            <w:pPr>
              <w:spacing w:after="0" w:line="252" w:lineRule="auto"/>
            </w:pPr>
            <w:r>
              <w:rPr>
                <w:sz w:val="17"/>
              </w:rPr>
              <w:t>WAMAS-Server srv01</w:t>
            </w:r>
          </w:p>
        </w:tc>
        <w:tc>
          <w:tcPr>
            <w:tcW w:type="dxa" w:w="3769"/>
          </w:tcPr>
          <w:p>
            <w:pPr>
              <w:spacing w:after="0" w:line="252" w:lineRule="auto"/>
            </w:pPr>
            <w:r>
              <w:rPr>
                <w:rFonts w:ascii="Consolas" w:hAnsi="Consolas" w:cs="Consolas" w:eastAsia="Consolas"/>
                <w:sz w:val="15"/>
              </w:rPr>
              <w:t>lpr.exe</w:t>
            </w:r>
            <w:r>
              <w:rPr>
                <w:sz w:val="17"/>
              </w:rPr>
              <w:t xml:space="preserve"> (Feature </w:t>
            </w:r>
            <w:r>
              <w:rPr>
                <w:b/>
                <w:sz w:val="17"/>
              </w:rPr>
              <w:t>LPR-Port-Monitor</w:t>
            </w:r>
            <w:r>
              <w:rPr>
                <w:sz w:val="17"/>
              </w:rPr>
              <w:t>)</w:t>
            </w:r>
          </w:p>
        </w:tc>
        <w:tc>
          <w:tcPr>
            <w:tcW w:type="dxa" w:w="4111"/>
          </w:tcPr>
          <w:p>
            <w:pPr>
              <w:spacing w:after="0" w:line="252" w:lineRule="auto"/>
            </w:pPr>
            <w:r>
              <w:rPr>
                <w:sz w:val="17"/>
              </w:rPr>
              <w:t>installiert 17.10. 23:53</w:t>
            </w:r>
          </w:p>
        </w:tc>
      </w:tr>
      <w:tr>
        <w:tc>
          <w:tcPr>
            <w:tcW w:type="dxa" w:w="1645"/>
          </w:tcPr>
          <w:p>
            <w:pPr>
              <w:spacing w:after="0" w:line="252" w:lineRule="auto"/>
            </w:pPr>
            <w:r>
              <w:rPr>
                <w:sz w:val="17"/>
              </w:rPr>
              <w:t>WAMAS-Server srv01</w:t>
            </w:r>
          </w:p>
        </w:tc>
        <w:tc>
          <w:tcPr>
            <w:tcW w:type="dxa" w:w="3769"/>
          </w:tcPr>
          <w:p>
            <w:pPr>
              <w:spacing w:after="0" w:line="252" w:lineRule="auto"/>
            </w:pPr>
            <w:r>
              <w:rPr>
                <w:rFonts w:ascii="Consolas" w:hAnsi="Consolas" w:cs="Consolas" w:eastAsia="Consolas"/>
                <w:sz w:val="15"/>
              </w:rPr>
              <w:t>hosts</w:t>
            </w:r>
            <w:r>
              <w:rPr>
                <w:sz w:val="17"/>
              </w:rPr>
              <w:t>-Eintrag</w:t>
            </w:r>
          </w:p>
        </w:tc>
        <w:tc>
          <w:tcPr>
            <w:tcW w:type="dxa" w:w="4111"/>
          </w:tcPr>
          <w:p>
            <w:pPr>
              <w:spacing w:after="0" w:line="252" w:lineRule="auto"/>
            </w:pPr>
            <w:r>
              <w:rPr>
                <w:rFonts w:ascii="Consolas" w:hAnsi="Consolas" w:cs="Consolas" w:eastAsia="Consolas"/>
                <w:sz w:val="15"/>
              </w:rPr>
              <w:t>192.168.0.70 ZD410</w:t>
            </w:r>
          </w:p>
        </w:tc>
      </w:tr>
      <w:tr>
        <w:tc>
          <w:tcPr>
            <w:tcW w:type="dxa" w:w="1645"/>
          </w:tcPr>
          <w:p>
            <w:pPr>
              <w:spacing w:after="0" w:line="252" w:lineRule="auto"/>
            </w:pPr>
            <w:r>
              <w:rPr>
                <w:sz w:val="17"/>
              </w:rPr>
              <w:t>Netzwerk</w:t>
            </w:r>
          </w:p>
        </w:tc>
        <w:tc>
          <w:tcPr>
            <w:tcW w:type="dxa" w:w="3769"/>
          </w:tcPr>
          <w:p>
            <w:pPr>
              <w:spacing w:after="0" w:line="252" w:lineRule="auto"/>
            </w:pPr>
            <w:r>
              <w:rPr>
                <w:sz w:val="17"/>
              </w:rPr>
              <w:t>LPD, TCP-Port 515</w:t>
            </w:r>
          </w:p>
        </w:tc>
        <w:tc>
          <w:tcPr>
            <w:tcW w:type="dxa" w:w="4111"/>
          </w:tcPr>
          <w:p>
            <w:pPr>
              <w:spacing w:after="0" w:line="252" w:lineRule="auto"/>
            </w:pPr>
            <w:r>
              <w:rPr>
                <w:sz w:val="17"/>
              </w:rPr>
              <w:t>srv01 → Druck-PC: Verbindung erfolgreich</w:t>
            </w:r>
          </w:p>
        </w:tc>
      </w:tr>
      <w:tr>
        <w:tc>
          <w:tcPr>
            <w:tcW w:type="dxa" w:w="1645"/>
          </w:tcPr>
          <w:p>
            <w:pPr>
              <w:spacing w:after="0" w:line="252" w:lineRule="auto"/>
            </w:pPr>
            <w:r>
              <w:rPr>
                <w:sz w:val="17"/>
              </w:rPr>
              <w:t>Druck-PC (Hostname Sobo)</w:t>
            </w:r>
          </w:p>
        </w:tc>
        <w:tc>
          <w:tcPr>
            <w:tcW w:type="dxa" w:w="3769"/>
          </w:tcPr>
          <w:p>
            <w:pPr>
              <w:spacing w:after="0" w:line="252" w:lineRule="auto"/>
            </w:pPr>
            <w:r>
              <w:rPr>
                <w:sz w:val="17"/>
              </w:rPr>
              <w:t xml:space="preserve">LPD-Dienst </w:t>
            </w:r>
            <w:r>
              <w:rPr>
                <w:rFonts w:ascii="Consolas" w:hAnsi="Consolas" w:cs="Consolas" w:eastAsia="Consolas"/>
                <w:sz w:val="15"/>
              </w:rPr>
              <w:t>LPDSVC</w:t>
            </w:r>
            <w:r>
              <w:rPr>
                <w:sz w:val="17"/>
              </w:rPr>
              <w:t xml:space="preserve">, Registry </w:t>
            </w:r>
            <w:r>
              <w:rPr>
                <w:rFonts w:ascii="Consolas" w:hAnsi="Consolas" w:cs="Consolas" w:eastAsia="Consolas"/>
                <w:sz w:val="15"/>
              </w:rPr>
              <w:t>SimulatePassThrough = 1</w:t>
            </w:r>
          </w:p>
        </w:tc>
        <w:tc>
          <w:tcPr>
            <w:tcW w:type="dxa" w:w="4111"/>
          </w:tcPr>
          <w:p>
            <w:pPr>
              <w:spacing w:after="0" w:line="252" w:lineRule="auto"/>
            </w:pPr>
            <w:r>
              <w:rPr>
                <w:sz w:val="17"/>
              </w:rPr>
              <w:t>Dienst läuft, Start „Automatisch“</w:t>
            </w:r>
          </w:p>
        </w:tc>
      </w:tr>
      <w:tr>
        <w:tc>
          <w:tcPr>
            <w:tcW w:type="dxa" w:w="1645"/>
          </w:tcPr>
          <w:p>
            <w:pPr>
              <w:spacing w:after="0" w:line="252" w:lineRule="auto"/>
            </w:pPr>
            <w:r>
              <w:rPr>
                <w:sz w:val="17"/>
              </w:rPr>
              <w:t>Druck-PC</w:t>
            </w:r>
          </w:p>
        </w:tc>
        <w:tc>
          <w:tcPr>
            <w:tcW w:type="dxa" w:w="3769"/>
          </w:tcPr>
          <w:p>
            <w:pPr>
              <w:spacing w:after="0" w:line="252" w:lineRule="auto"/>
            </w:pPr>
            <w:r>
              <w:rPr>
                <w:sz w:val="17"/>
              </w:rPr>
              <w:t>Windows-Drucker, Freigabe</w:t>
            </w:r>
          </w:p>
        </w:tc>
        <w:tc>
          <w:tcPr>
            <w:tcW w:type="dxa" w:w="4111"/>
          </w:tcPr>
          <w:p>
            <w:pPr>
              <w:spacing w:after="0" w:line="252" w:lineRule="auto"/>
            </w:pPr>
            <w:r>
              <w:rPr>
                <w:rFonts w:ascii="Consolas" w:hAnsi="Consolas" w:cs="Consolas" w:eastAsia="Consolas"/>
                <w:sz w:val="15"/>
              </w:rPr>
              <w:t>ZDesigner ZD410-300dpi ZPL</w:t>
            </w:r>
            <w:r>
              <w:rPr>
                <w:sz w:val="17"/>
              </w:rPr>
              <w:t xml:space="preserve">, Port </w:t>
            </w:r>
            <w:r>
              <w:rPr>
                <w:rFonts w:ascii="Consolas" w:hAnsi="Consolas" w:cs="Consolas" w:eastAsia="Consolas"/>
                <w:sz w:val="15"/>
              </w:rPr>
              <w:t>USB001</w:t>
            </w:r>
            <w:r>
              <w:rPr>
                <w:sz w:val="17"/>
              </w:rPr>
              <w:t xml:space="preserve">, Freigabe </w:t>
            </w:r>
            <w:r>
              <w:rPr>
                <w:rFonts w:ascii="Consolas" w:hAnsi="Consolas" w:cs="Consolas" w:eastAsia="Consolas"/>
                <w:sz w:val="15"/>
              </w:rPr>
              <w:t>ZD410</w:t>
            </w:r>
          </w:p>
        </w:tc>
      </w:tr>
      <w:tr>
        <w:tc>
          <w:tcPr>
            <w:tcW w:type="dxa" w:w="1645"/>
          </w:tcPr>
          <w:p>
            <w:pPr>
              <w:spacing w:after="0" w:line="252" w:lineRule="auto"/>
            </w:pPr>
            <w:r>
              <w:rPr>
                <w:sz w:val="17"/>
              </w:rPr>
              <w:t>Zebra ZD410</w:t>
            </w:r>
          </w:p>
        </w:tc>
        <w:tc>
          <w:tcPr>
            <w:tcW w:type="dxa" w:w="3769"/>
          </w:tcPr>
          <w:p>
            <w:pPr>
              <w:spacing w:after="0" w:line="252" w:lineRule="auto"/>
            </w:pPr>
            <w:r>
              <w:rPr>
                <w:sz w:val="17"/>
              </w:rPr>
              <w:t>300 dpi, Etikett</w:t>
            </w:r>
          </w:p>
        </w:tc>
        <w:tc>
          <w:tcPr>
            <w:tcW w:type="dxa" w:w="4111"/>
          </w:tcPr>
          <w:p>
            <w:pPr>
              <w:spacing w:after="0" w:line="252" w:lineRule="auto"/>
            </w:pPr>
            <w:r>
              <w:rPr>
                <w:sz w:val="17"/>
              </w:rPr>
              <w:t>57 × 51 mm (672 × 602 Dots)</w:t>
            </w:r>
          </w:p>
        </w:tc>
      </w:tr>
    </w:tbl>
    <w:p>
      <w:pPr>
        <w:pStyle w:val="BeschriftungSSI"/>
      </w:pPr>
      <w:r>
        <w:t>Tab. 2: Die Druckkette mit den Werten aus dem Testsystem</w:t>
      </w:r>
    </w:p>
    <w:p>
      <w:pPr>
        <w:pStyle w:val="Quelle"/>
      </w:pPr>
      <w:r>
        <w:rPr>
          <w:b/>
        </w:rPr>
        <w:t xml:space="preserve">Quelle: </w:t>
      </w:r>
      <w:r>
        <w:rPr>
          <w:sz w:val="17"/>
        </w:rPr>
        <w:t>TL 22:14–23:57; PP 22:25–00:06; ZI Kap. 4</w:t>
      </w:r>
    </w:p>
    <w:p>
      <w:pPr>
        <w:pStyle w:val="Heading2"/>
      </w:pPr>
      <w:r>
        <w:t>2.2 Reihenfolge der Einrichtung</w:t>
      </w:r>
    </w:p>
    <w:p>
      <w:pPr>
        <w:tabs>
          <w:tab w:pos="425" w:val="left"/>
        </w:tabs>
        <w:spacing w:after="60"/>
        <w:ind w:left="425" w:hanging="425"/>
      </w:pPr>
      <w:r>
        <w:rPr>
          <w:b/>
        </w:rPr>
        <w:t>1.</w:t>
        <w:tab/>
      </w:r>
      <w:r>
        <w:t>Druck-PC: Drucker installieren, freigeben, LPD-Dienst, Firewall, Registry (Kap. 3).</w:t>
      </w:r>
    </w:p>
    <w:p>
      <w:pPr>
        <w:tabs>
          <w:tab w:pos="425" w:val="left"/>
        </w:tabs>
        <w:spacing w:after="60"/>
        <w:ind w:left="425" w:hanging="425"/>
      </w:pPr>
      <w:r>
        <w:rPr>
          <w:b/>
        </w:rPr>
        <w:t>2.</w:t>
        <w:tab/>
      </w:r>
      <w:r>
        <w:t xml:space="preserve">WAMAS-Server: LPR-Port-Monitor, </w:t>
      </w:r>
      <w:r>
        <w:rPr>
          <w:rFonts w:ascii="Consolas" w:hAnsi="Consolas" w:cs="Consolas" w:eastAsia="Consolas"/>
          <w:sz w:val="18"/>
        </w:rPr>
        <w:t>hosts</w:t>
      </w:r>
      <w:r>
        <w:t>-Eintrag, Verbindungstest (Kap. 4).</w:t>
      </w:r>
    </w:p>
    <w:p>
      <w:pPr>
        <w:tabs>
          <w:tab w:pos="425" w:val="left"/>
        </w:tabs>
        <w:spacing w:after="60"/>
        <w:ind w:left="425" w:hanging="425"/>
      </w:pPr>
      <w:r>
        <w:rPr>
          <w:b/>
        </w:rPr>
        <w:t>3.</w:t>
        <w:tab/>
      </w:r>
      <w:r>
        <w:t>WAMAS: RM015 prüfen, RM011, RM017, Layout und Zuordnung (RM003/RM010), Sprache (RM005), Terminal (MD022) (Kap. 5).</w:t>
      </w:r>
    </w:p>
    <w:p>
      <w:pPr>
        <w:tabs>
          <w:tab w:pos="425" w:val="left"/>
        </w:tabs>
        <w:spacing w:after="60"/>
        <w:ind w:left="425" w:hanging="425"/>
      </w:pPr>
      <w:r>
        <w:rPr>
          <w:b/>
        </w:rPr>
        <w:t>4.</w:t>
        <w:tab/>
      </w:r>
      <w:r>
        <w:t>Drucken über RM100 und in RM018/RM023 kontrollieren (Kap. 6).</w:t>
      </w:r>
    </w:p>
    <w:p>
      <w:pPr>
        <w:pStyle w:val="Quelle"/>
      </w:pPr>
      <w:r>
        <w:rPr>
          <w:b/>
        </w:rPr>
        <w:t xml:space="preserve">Quelle: </w:t>
      </w:r>
      <w:r>
        <w:rPr>
          <w:sz w:val="17"/>
        </w:rPr>
        <w:t>TL 22:14–23:57; PP 22:25–00:06</w:t>
      </w:r>
    </w:p>
    <w:p>
      <w:pPr>
        <w:pStyle w:val="Heading1"/>
      </w:pPr>
      <w:r>
        <w:t>3 Druck-PC (Windows) vorbereiten</w:t>
      </w:r>
    </w:p>
    <w:p>
      <w:pPr>
        <w:pStyle w:val="Heading2"/>
      </w:pPr>
      <w:r>
        <w:t>3.1 Drucker installieren und prüfen</w:t>
      </w:r>
    </w:p>
    <w:p>
      <w:pPr>
        <w:tabs>
          <w:tab w:pos="425" w:val="left"/>
        </w:tabs>
        <w:spacing w:after="60"/>
        <w:ind w:left="425" w:hanging="425"/>
      </w:pPr>
      <w:r>
        <w:rPr>
          <w:b/>
        </w:rPr>
        <w:t>1.</w:t>
        <w:tab/>
      </w:r>
      <w:r>
        <w:t xml:space="preserve">Zebra-Treiber installieren. Im Test heißt der Windows-Drucker </w:t>
      </w:r>
      <w:r>
        <w:rPr>
          <w:rFonts w:ascii="Consolas" w:hAnsi="Consolas" w:cs="Consolas" w:eastAsia="Consolas"/>
          <w:sz w:val="18"/>
        </w:rPr>
        <w:t>ZDesigner ZD410-300dpi ZPL</w:t>
      </w:r>
      <w:r>
        <w:t xml:space="preserve">, Anschluss </w:t>
      </w:r>
      <w:r>
        <w:rPr>
          <w:rFonts w:ascii="Consolas" w:hAnsi="Consolas" w:cs="Consolas" w:eastAsia="Consolas"/>
          <w:sz w:val="18"/>
        </w:rPr>
        <w:t>USB001</w:t>
      </w:r>
      <w:r>
        <w:t>, Status „Normal“.</w:t>
      </w:r>
    </w:p>
    <w:p>
      <w:pPr>
        <w:tabs>
          <w:tab w:pos="425" w:val="left"/>
        </w:tabs>
        <w:spacing w:after="60"/>
        <w:ind w:left="425" w:hanging="425"/>
      </w:pPr>
      <w:r>
        <w:rPr>
          <w:b/>
        </w:rPr>
        <w:t>2.</w:t>
        <w:tab/>
      </w:r>
      <w:r>
        <w:t xml:space="preserve">Etikettengröße kalibrieren. Ein Rahmentest mit 672 × 602 Dots passte rundum: Das Etikett am Test-ZD410 ist </w:t>
      </w:r>
      <w:r>
        <w:rPr>
          <w:b/>
        </w:rPr>
        <w:t>57 × 51 mm</w:t>
      </w:r>
      <w:r>
        <w:t xml:space="preserve"> groß (nicht 57 × 32 mm).</w:t>
      </w:r>
    </w:p>
    <w:p>
      <w:pPr>
        <w:tabs>
          <w:tab w:pos="425" w:val="left"/>
        </w:tabs>
        <w:spacing w:after="60"/>
        <w:ind w:left="425" w:hanging="425"/>
      </w:pPr>
      <w:r>
        <w:rPr>
          <w:b/>
        </w:rPr>
        <w:t>3.</w:t>
        <w:tab/>
      </w:r>
      <w:r>
        <w:t>Test mit Roh-ZPL direkt an die Windows-Warteschlange: Das Test-Etikett (Code 128) kam an, die Warteschlange war danach leer.</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Get-Printer -Name "ZDesigner ZD410-300dpi ZPL" | Format-List Name,PortName,PrinterStatus,Shared,ShareName</w:t>
            </w:r>
          </w:p>
        </w:tc>
      </w:tr>
    </w:tbl>
    <w:p>
      <w:pPr>
        <w:pStyle w:val="BeschriftungSSI"/>
      </w:pPr>
      <w:r>
        <w:t>Abb. 2: Kontrolle auf dem Druck-PC (PowerShell)</w:t>
      </w:r>
    </w:p>
    <w:p>
      <w:pPr>
        <w:pStyle w:val="Quelle"/>
      </w:pPr>
      <w:r>
        <w:rPr>
          <w:b/>
        </w:rPr>
        <w:t xml:space="preserve">Quelle: </w:t>
      </w:r>
      <w:r>
        <w:rPr>
          <w:sz w:val="17"/>
        </w:rPr>
        <w:t>TL 22:14, 22:19; PP 22:33</w:t>
      </w:r>
    </w:p>
    <w:p>
      <w:pPr>
        <w:pStyle w:val="Heading2"/>
      </w:pPr>
      <w:r>
        <w:t>3.2 Drucker freigeben</w:t>
      </w:r>
    </w:p>
    <w:p>
      <w:r>
        <w:t xml:space="preserve">Der Freigabename ist später die Warteschlange für LPD </w:t>
      </w:r>
      <w:r>
        <w:rPr>
          <w:b/>
        </w:rPr>
        <w:t>und</w:t>
      </w:r>
      <w:r>
        <w:t xml:space="preserve"> die Drucksystem-ID in WAMAS. Einen kurzen Namen ohne Leerzeichen wählen.</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Set-Printer -Name "ZDesigner ZD410-300dpi ZPL" -Shared $true -ShareName "ZD410"</w:t>
            </w:r>
          </w:p>
        </w:tc>
      </w:tr>
    </w:tbl>
    <w:p>
      <w:pPr>
        <w:pStyle w:val="BeschriftungSSI"/>
      </w:pPr>
      <w:r>
        <w:t>Abb. 3: Freigabe mit dem Namen ZD410</w:t>
      </w:r>
    </w:p>
    <w:p>
      <w:r>
        <w:t xml:space="preserve">Rückbau: </w:t>
      </w:r>
      <w:r>
        <w:rPr>
          <w:rFonts w:ascii="Consolas" w:hAnsi="Consolas" w:cs="Consolas" w:eastAsia="Consolas"/>
          <w:sz w:val="18"/>
        </w:rPr>
        <w:t>Set-Printer -Name "ZDesigner ZD410-300dpi ZPL" -Shared $false</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 xml:space="preserve">Windows-Dialog </w:t>
            </w:r>
            <w:r>
              <w:rPr>
                <w:b/>
                <w:sz w:val="19"/>
              </w:rPr>
              <w:t>Druckereigenschaften › Freigabe</w:t>
            </w:r>
            <w:r>
              <w:rPr>
                <w:sz w:val="19"/>
              </w:rPr>
              <w:t xml:space="preserve"> mit Freigabename </w:t>
            </w:r>
            <w:r>
              <w:rPr>
                <w:rFonts w:ascii="Consolas" w:hAnsi="Consolas" w:cs="Consolas" w:eastAsia="Consolas"/>
                <w:sz w:val="17"/>
              </w:rPr>
              <w:t>ZD410</w:t>
            </w:r>
            <w:r>
              <w:rPr>
                <w:sz w:val="19"/>
              </w:rPr>
              <w:t>.</w:t>
            </w:r>
          </w:p>
        </w:tc>
      </w:tr>
    </w:tbl>
    <w:p>
      <w:pPr>
        <w:spacing w:after="40"/>
      </w:pPr>
    </w:p>
    <w:p>
      <w:pPr>
        <w:pStyle w:val="Quelle"/>
      </w:pPr>
      <w:r>
        <w:rPr>
          <w:b/>
        </w:rPr>
        <w:t xml:space="preserve">Quelle: </w:t>
      </w:r>
      <w:r>
        <w:rPr>
          <w:sz w:val="17"/>
        </w:rPr>
        <w:t>PP 22:33 (Freigabe als ZD410, Rückbau Set-Printer -Shared $false)</w:t>
      </w:r>
    </w:p>
    <w:p>
      <w:pPr>
        <w:pStyle w:val="Heading2"/>
      </w:pPr>
      <w:r>
        <w:t>3.3 LPD-Dienst einschalten (LPD Print Service)</w:t>
      </w:r>
    </w:p>
    <w:p>
      <w:pPr>
        <w:tabs>
          <w:tab w:pos="425" w:val="left"/>
        </w:tabs>
        <w:spacing w:after="60"/>
        <w:ind w:left="425" w:hanging="425"/>
      </w:pPr>
      <w:r>
        <w:rPr>
          <w:b/>
        </w:rPr>
        <w:t>1.</w:t>
        <w:tab/>
      </w:r>
      <w:r>
        <w:t xml:space="preserve">Windows-Feature </w:t>
      </w:r>
      <w:r>
        <w:rPr>
          <w:b/>
        </w:rPr>
        <w:t>LPD-Druckdienst</w:t>
      </w:r>
      <w:r>
        <w:t xml:space="preserve"> einschalten (Windows-Features › Druck- und Dokumentdienste › LPD-Druckdienst).</w:t>
      </w:r>
    </w:p>
    <w:p>
      <w:pPr>
        <w:tabs>
          <w:tab w:pos="425" w:val="left"/>
        </w:tabs>
        <w:spacing w:after="60"/>
        <w:ind w:left="425" w:hanging="425"/>
      </w:pPr>
      <w:r>
        <w:rPr>
          <w:b/>
        </w:rPr>
        <w:t>2.</w:t>
        <w:tab/>
      </w:r>
      <w:r>
        <w:t xml:space="preserve">Kontrolle: Dienst </w:t>
      </w:r>
      <w:r>
        <w:rPr>
          <w:rFonts w:ascii="Consolas" w:hAnsi="Consolas" w:cs="Consolas" w:eastAsia="Consolas"/>
          <w:sz w:val="18"/>
        </w:rPr>
        <w:t>LPDSVC</w:t>
      </w:r>
      <w:r>
        <w:t xml:space="preserve"> läuft, Starttyp „Automatisch“, Port 515 lauscht.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Enable-WindowsOptionalFeature -Online -FeatureName Printing-Foundation-LPDPrintService</w:t>
            </w:r>
          </w:p>
          <w:p>
            <w:pPr>
              <w:pStyle w:val="Code"/>
            </w:pPr>
            <w:r>
              <w:t>Get-Service LPDSVC</w:t>
            </w:r>
          </w:p>
          <w:p>
            <w:pPr>
              <w:pStyle w:val="Code"/>
            </w:pPr>
            <w:r>
              <w:t>Get-NetTCPConnection -LocalPort 515 -State Listen</w:t>
            </w:r>
          </w:p>
        </w:tc>
      </w:tr>
    </w:tbl>
    <w:p>
      <w:pPr>
        <w:pStyle w:val="BeschriftungSSI"/>
      </w:pPr>
      <w:r>
        <w:t>Abb. 4: LPD-Druckdienst einschalten und prüfen (PowerShell als Administrator)</w:t>
      </w:r>
    </w:p>
    <w:p>
      <w:r>
        <w:t xml:space="preserve">Rückbau: </w:t>
      </w:r>
      <w:r>
        <w:rPr>
          <w:rFonts w:ascii="Consolas" w:hAnsi="Consolas" w:cs="Consolas" w:eastAsia="Consolas"/>
          <w:sz w:val="18"/>
        </w:rPr>
        <w:t>Disable-WindowsOptionalFeature -Online -FeatureName Printing-Foundation-LPDPrintService</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Windows Server als Druckserver</w:t>
            </w:r>
          </w:p>
          <w:p>
            <w:pPr>
              <w:spacing w:after="40"/>
            </w:pPr>
            <w:r>
              <w:rPr>
                <w:sz w:val="19"/>
              </w:rPr>
              <w:t xml:space="preserve">Im Test war der Druck-PC ein Windows-Client. Auf einem Windows Server heißt die Funktion Rollendienst </w:t>
            </w:r>
            <w:r>
              <w:rPr>
                <w:b/>
                <w:sz w:val="19"/>
              </w:rPr>
              <w:t>LPD-Dienst</w:t>
            </w:r>
            <w:r>
              <w:rPr>
                <w:sz w:val="19"/>
              </w:rPr>
              <w:t xml:space="preserve"> der Rolle Druck- und Dokumentdienste. </w:t>
            </w:r>
            <w:r>
              <w:rPr>
                <w:b/>
                <w:sz w:val="19"/>
              </w:rPr>
              <w:t>[im System prüfen]</w:t>
            </w:r>
          </w:p>
        </w:tc>
      </w:tr>
    </w:tbl>
    <w:p>
      <w:pPr>
        <w:spacing w:after="40"/>
      </w:pPr>
    </w:p>
    <w:p>
      <w:pPr>
        <w:pStyle w:val="Quelle"/>
      </w:pPr>
      <w:r>
        <w:rPr>
          <w:b/>
        </w:rPr>
        <w:t xml:space="preserve">Quelle: </w:t>
      </w:r>
      <w:r>
        <w:rPr>
          <w:sz w:val="17"/>
        </w:rPr>
        <w:t>PP 22:33 (Feature LPD-Druckdienst, LPDSVC Automatisch, Port 515, Rückbau-Befehl)</w:t>
      </w:r>
    </w:p>
    <w:p>
      <w:pPr>
        <w:pStyle w:val="Heading2"/>
      </w:pPr>
      <w:r>
        <w:t>3.4 Firewall: TCP-Port 515 eingehend</w:t>
      </w:r>
    </w:p>
    <w:p>
      <w:r>
        <w:t xml:space="preserve">Im Test gab es nach dem Einschalten die eingehende Firewall-Regel </w:t>
      </w:r>
      <w:r>
        <w:rPr>
          <w:b/>
        </w:rPr>
        <w:t>LPD-Dienst</w:t>
      </w:r>
      <w:r>
        <w:t xml:space="preserve"> (Profil „Alle“, Aktion „Zulassen“). Ob Windows die Regel immer selbst anlegt, ist nicht belegt. Deshalb prüfen und bei Bedarf anlegen:</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Get-NetFirewallRule -DisplayName "LPD-Dienst" | Format-List DisplayName,Enabled,Direction,Action</w:t>
            </w:r>
          </w:p>
          <w:p>
            <w:pPr>
              <w:pStyle w:val="Code"/>
            </w:pPr>
            <w:r>
              <w:t>New-NetFirewallRule -DisplayName "LPD-Dienst" -Direction Inbound -Protocol TCP -LocalPort 515 -Action Allow</w:t>
            </w:r>
          </w:p>
        </w:tc>
      </w:tr>
    </w:tbl>
    <w:p>
      <w:pPr>
        <w:pStyle w:val="BeschriftungSSI"/>
      </w:pPr>
      <w:r>
        <w:t>Abb. 5: Firewall-Regel prüfen und ggf. anlegen</w:t>
      </w:r>
    </w:p>
    <w:p>
      <w:r>
        <w:t xml:space="preserve">Die zweite Zeile nur ausführen, wenn die Regel fehlt. </w:t>
      </w:r>
      <w:r>
        <w:rPr>
          <w:b/>
        </w:rPr>
        <w:t>[im System prüfen]</w:t>
      </w:r>
    </w:p>
    <w:p>
      <w:pPr>
        <w:pStyle w:val="Quelle"/>
      </w:pPr>
      <w:r>
        <w:rPr>
          <w:b/>
        </w:rPr>
        <w:t xml:space="preserve">Quelle: </w:t>
      </w:r>
      <w:r>
        <w:rPr>
          <w:sz w:val="17"/>
        </w:rPr>
        <w:t>PP 22:33; TL 22:33</w:t>
      </w:r>
    </w:p>
    <w:p>
      <w:pPr>
        <w:pStyle w:val="Heading2"/>
      </w:pPr>
      <w:r>
        <w:t>3.5 Registry: SimulatePassThrough = 1</w:t>
      </w:r>
    </w:p>
    <w:p>
      <w:r>
        <w:t xml:space="preserve">Ohne diesen Wert gibt der LPD-Dienst den Auftrag nicht roh weiter. Der Zebra druckt dann den </w:t>
      </w:r>
      <w:r>
        <w:rPr>
          <w:b/>
        </w:rPr>
        <w:t>ZPL-Code als Text</w:t>
      </w:r>
      <w:r>
        <w:t xml:space="preserve"> (beobachtet 17.10. 23:56).</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79"/>
        <w:gridCol w:w="8246"/>
      </w:tblGrid>
      <w:tr>
        <w:trPr>
          <w:tblHeader w:val="true"/>
        </w:trPr>
        <w:tc>
          <w:tcPr>
            <w:tcW w:type="dxa" w:w="1279"/>
            <w:shd w:val="clear" w:color="auto" w:fill="FEEE19"/>
          </w:tcPr>
          <w:p>
            <w:pPr>
              <w:spacing w:after="0"/>
            </w:pPr>
            <w:r>
              <w:rPr>
                <w:b/>
                <w:sz w:val="17"/>
              </w:rPr>
              <w:t>Feld</w:t>
            </w:r>
          </w:p>
        </w:tc>
        <w:tc>
          <w:tcPr>
            <w:tcW w:type="dxa" w:w="8245"/>
            <w:shd w:val="clear" w:color="auto" w:fill="FEEE19"/>
          </w:tcPr>
          <w:p>
            <w:pPr>
              <w:spacing w:after="0"/>
            </w:pPr>
            <w:r>
              <w:rPr>
                <w:b/>
                <w:sz w:val="17"/>
              </w:rPr>
              <w:t>Wert</w:t>
            </w:r>
          </w:p>
        </w:tc>
      </w:tr>
      <w:tr>
        <w:tc>
          <w:tcPr>
            <w:tcW w:type="dxa" w:w="1279"/>
          </w:tcPr>
          <w:p>
            <w:pPr>
              <w:spacing w:after="0" w:line="252" w:lineRule="auto"/>
            </w:pPr>
            <w:r>
              <w:rPr>
                <w:sz w:val="17"/>
              </w:rPr>
              <w:t>Schlüssel</w:t>
            </w:r>
          </w:p>
        </w:tc>
        <w:tc>
          <w:tcPr>
            <w:tcW w:type="dxa" w:w="8245"/>
          </w:tcPr>
          <w:p>
            <w:pPr>
              <w:spacing w:after="0" w:line="252" w:lineRule="auto"/>
            </w:pPr>
            <w:r>
              <w:rPr>
                <w:rFonts w:ascii="Consolas" w:hAnsi="Consolas" w:cs="Consolas" w:eastAsia="Consolas"/>
                <w:sz w:val="15"/>
              </w:rPr>
              <w:t>HKLM\SYSTEM\CurrentControlSet\Services\LPDSVC\Parameters</w:t>
            </w:r>
          </w:p>
        </w:tc>
      </w:tr>
      <w:tr>
        <w:tc>
          <w:tcPr>
            <w:tcW w:type="dxa" w:w="1279"/>
          </w:tcPr>
          <w:p>
            <w:pPr>
              <w:spacing w:after="0" w:line="252" w:lineRule="auto"/>
            </w:pPr>
            <w:r>
              <w:rPr>
                <w:sz w:val="17"/>
              </w:rPr>
              <w:t>Name</w:t>
            </w:r>
          </w:p>
        </w:tc>
        <w:tc>
          <w:tcPr>
            <w:tcW w:type="dxa" w:w="8245"/>
          </w:tcPr>
          <w:p>
            <w:pPr>
              <w:spacing w:after="0" w:line="252" w:lineRule="auto"/>
            </w:pPr>
            <w:r>
              <w:rPr>
                <w:rFonts w:ascii="Consolas" w:hAnsi="Consolas" w:cs="Consolas" w:eastAsia="Consolas"/>
                <w:sz w:val="15"/>
              </w:rPr>
              <w:t>SimulatePassThrough</w:t>
            </w:r>
          </w:p>
        </w:tc>
      </w:tr>
      <w:tr>
        <w:tc>
          <w:tcPr>
            <w:tcW w:type="dxa" w:w="1279"/>
          </w:tcPr>
          <w:p>
            <w:pPr>
              <w:spacing w:after="0" w:line="252" w:lineRule="auto"/>
            </w:pPr>
            <w:r>
              <w:rPr>
                <w:sz w:val="17"/>
              </w:rPr>
              <w:t>Typ</w:t>
            </w:r>
          </w:p>
        </w:tc>
        <w:tc>
          <w:tcPr>
            <w:tcW w:type="dxa" w:w="8245"/>
          </w:tcPr>
          <w:p>
            <w:pPr>
              <w:spacing w:after="0" w:line="252" w:lineRule="auto"/>
            </w:pPr>
            <w:r>
              <w:rPr>
                <w:rFonts w:ascii="Consolas" w:hAnsi="Consolas" w:cs="Consolas" w:eastAsia="Consolas"/>
                <w:sz w:val="15"/>
              </w:rPr>
              <w:t>REG_DWORD</w:t>
            </w:r>
          </w:p>
        </w:tc>
      </w:tr>
      <w:tr>
        <w:tc>
          <w:tcPr>
            <w:tcW w:type="dxa" w:w="1279"/>
          </w:tcPr>
          <w:p>
            <w:pPr>
              <w:spacing w:after="0" w:line="252" w:lineRule="auto"/>
            </w:pPr>
            <w:r>
              <w:rPr>
                <w:sz w:val="17"/>
              </w:rPr>
              <w:t>Wert</w:t>
            </w:r>
          </w:p>
        </w:tc>
        <w:tc>
          <w:tcPr>
            <w:tcW w:type="dxa" w:w="8245"/>
          </w:tcPr>
          <w:p>
            <w:pPr>
              <w:spacing w:after="0" w:line="252" w:lineRule="auto"/>
            </w:pPr>
            <w:r>
              <w:rPr>
                <w:rFonts w:ascii="Consolas" w:hAnsi="Consolas" w:cs="Consolas" w:eastAsia="Consolas"/>
                <w:sz w:val="15"/>
              </w:rPr>
              <w:t>1</w:t>
            </w:r>
          </w:p>
        </w:tc>
      </w:tr>
    </w:tbl>
    <w:p>
      <w:pPr>
        <w:pStyle w:val="BeschriftungSSI"/>
      </w:pPr>
      <w:r>
        <w:t>Tab. 3: Registry-Wert für den LPD-Dienst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$k = "HKLM:\SYSTEM\CurrentControlSet\Services\LPDSVC\Parameters"</w:t>
            </w:r>
          </w:p>
          <w:p>
            <w:pPr>
              <w:pStyle w:val="Code"/>
            </w:pPr>
            <w:r>
              <w:t>reg export "HKLM\SYSTEM\CurrentControlSet\Services\LPDSVC\Parameters" C:\Temp\LPDSVC_Parameters_vorher.reg</w:t>
            </w:r>
          </w:p>
          <w:p>
            <w:pPr>
              <w:pStyle w:val="Code"/>
            </w:pPr>
            <w:r>
              <w:t>New-ItemProperty -Path $k -Name SimulatePassThrough -PropertyType DWord -Value 1</w:t>
            </w:r>
          </w:p>
          <w:p>
            <w:pPr>
              <w:pStyle w:val="Code"/>
            </w:pPr>
            <w:r>
              <w:t># existiert der Wert schon:  Set-ItemProperty -Path $k -Name SimulatePassThrough -Value 1</w:t>
            </w:r>
          </w:p>
          <w:p>
            <w:pPr>
              <w:pStyle w:val="Code"/>
            </w:pPr>
            <w:r>
              <w:t>Restart-Service LPDSVC</w:t>
            </w:r>
          </w:p>
          <w:p>
            <w:pPr>
              <w:pStyle w:val="Code"/>
            </w:pPr>
            <w:r>
              <w:t>Get-ItemProperty -Path $k</w:t>
            </w:r>
          </w:p>
        </w:tc>
      </w:tr>
    </w:tbl>
    <w:p>
      <w:pPr>
        <w:pStyle w:val="BeschriftungSSI"/>
      </w:pPr>
      <w:r>
        <w:t>Abb. 6: Wert sicher setzen (PowerShell als Administrator)</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Nie New-Item -Force auf den Schlüssel</w:t>
            </w:r>
          </w:p>
          <w:p>
            <w:pPr>
              <w:spacing w:after="40"/>
            </w:pPr>
            <w:r>
              <w:rPr>
                <w:rFonts w:ascii="Consolas" w:hAnsi="Consolas" w:cs="Consolas" w:eastAsia="Consolas"/>
                <w:sz w:val="17"/>
              </w:rPr>
              <w:t>New-Item -Force</w:t>
            </w:r>
            <w:r>
              <w:rPr>
                <w:sz w:val="19"/>
              </w:rPr>
              <w:t xml:space="preserve"> auf einen </w:t>
            </w:r>
            <w:r>
              <w:rPr>
                <w:b/>
                <w:sz w:val="19"/>
              </w:rPr>
              <w:t>bestehenden</w:t>
            </w:r>
            <w:r>
              <w:rPr>
                <w:sz w:val="19"/>
              </w:rPr>
              <w:t xml:space="preserve"> Registry-Schlüssel legt ihn neu und </w:t>
            </w:r>
            <w:r>
              <w:rPr>
                <w:b/>
                <w:sz w:val="19"/>
              </w:rPr>
              <w:t>leer</w:t>
            </w:r>
            <w:r>
              <w:rPr>
                <w:sz w:val="19"/>
              </w:rPr>
              <w:t xml:space="preserve"> an. Im Test wurden dabei </w:t>
            </w:r>
            <w:r>
              <w:rPr>
                <w:rFonts w:ascii="Consolas" w:hAnsi="Consolas" w:cs="Consolas" w:eastAsia="Consolas"/>
                <w:sz w:val="17"/>
              </w:rPr>
              <w:t>ServiceDll</w:t>
            </w:r>
            <w:r>
              <w:rPr>
                <w:sz w:val="19"/>
              </w:rPr>
              <w:t xml:space="preserve"> und die übrigen Werte gelöscht, der Dienst </w:t>
            </w:r>
            <w:r>
              <w:rPr>
                <w:rFonts w:ascii="Consolas" w:hAnsi="Consolas" w:cs="Consolas" w:eastAsia="Consolas"/>
                <w:sz w:val="17"/>
              </w:rPr>
              <w:t>LPDSVC</w:t>
            </w:r>
            <w:r>
              <w:rPr>
                <w:sz w:val="19"/>
              </w:rPr>
              <w:t xml:space="preserve"> startete nicht mehr. Nur </w:t>
            </w:r>
            <w:r>
              <w:rPr>
                <w:rFonts w:ascii="Consolas" w:hAnsi="Consolas" w:cs="Consolas" w:eastAsia="Consolas"/>
                <w:sz w:val="17"/>
              </w:rPr>
              <w:t>New-ItemProperty</w:t>
            </w:r>
            <w:r>
              <w:rPr>
                <w:sz w:val="19"/>
              </w:rPr>
              <w:t xml:space="preserve"> bzw. </w:t>
            </w:r>
            <w:r>
              <w:rPr>
                <w:rFonts w:ascii="Consolas" w:hAnsi="Consolas" w:cs="Consolas" w:eastAsia="Consolas"/>
                <w:sz w:val="17"/>
              </w:rPr>
              <w:t>Set-ItemProperty</w:t>
            </w:r>
            <w:r>
              <w:rPr>
                <w:sz w:val="19"/>
              </w:rPr>
              <w:t xml:space="preserve"> verwenden. Vorher den Schlüssel mit </w:t>
            </w:r>
            <w:r>
              <w:rPr>
                <w:rFonts w:ascii="Consolas" w:hAnsi="Consolas" w:cs="Consolas" w:eastAsia="Consolas"/>
                <w:sz w:val="17"/>
              </w:rPr>
              <w:t>reg export</w:t>
            </w:r>
            <w:r>
              <w:rPr>
                <w:sz w:val="19"/>
              </w:rPr>
              <w:t xml:space="preserve"> sichern.</w:t>
            </w:r>
          </w:p>
        </w:tc>
      </w:tr>
    </w:tbl>
    <w:p>
      <w:pPr>
        <w:spacing w:after="40"/>
      </w:pPr>
    </w:p>
    <w:p>
      <w:r>
        <w:t xml:space="preserve">Reparatur im Test (Marek, 18.10. 00:06, danach </w:t>
      </w:r>
      <w:r>
        <w:rPr>
          <w:rFonts w:ascii="Consolas" w:hAnsi="Consolas" w:cs="Consolas" w:eastAsia="Consolas"/>
          <w:sz w:val="18"/>
        </w:rPr>
        <w:t>LPDSVC</w:t>
      </w:r>
      <w:r>
        <w:t xml:space="preserve"> wieder „Running“):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637"/>
        <w:gridCol w:w="5888"/>
      </w:tblGrid>
      <w:tr>
        <w:trPr>
          <w:tblHeader w:val="true"/>
        </w:trPr>
        <w:tc>
          <w:tcPr>
            <w:tcW w:type="dxa" w:w="3637"/>
            <w:shd w:val="clear" w:color="auto" w:fill="FEEE19"/>
          </w:tcPr>
          <w:p>
            <w:pPr>
              <w:spacing w:after="0"/>
            </w:pPr>
            <w:r>
              <w:rPr>
                <w:b/>
                <w:sz w:val="17"/>
              </w:rPr>
              <w:t>Name</w:t>
            </w:r>
          </w:p>
        </w:tc>
        <w:tc>
          <w:tcPr>
            <w:tcW w:type="dxa" w:w="5888"/>
            <w:shd w:val="clear" w:color="auto" w:fill="FEEE19"/>
          </w:tcPr>
          <w:p>
            <w:pPr>
              <w:spacing w:after="0"/>
            </w:pPr>
            <w:r>
              <w:rPr>
                <w:b/>
                <w:sz w:val="17"/>
              </w:rPr>
              <w:t>Wert</w:t>
            </w:r>
          </w:p>
        </w:tc>
      </w:tr>
      <w:tr>
        <w:tc>
          <w:tcPr>
            <w:tcW w:type="dxa" w:w="3637"/>
          </w:tcPr>
          <w:p>
            <w:pPr>
              <w:spacing w:after="0" w:line="252" w:lineRule="auto"/>
            </w:pPr>
            <w:r>
              <w:rPr>
                <w:rFonts w:ascii="Consolas" w:hAnsi="Consolas" w:cs="Consolas" w:eastAsia="Consolas"/>
                <w:sz w:val="15"/>
              </w:rPr>
              <w:t>ServiceDll</w:t>
            </w:r>
          </w:p>
        </w:tc>
        <w:tc>
          <w:tcPr>
            <w:tcW w:type="dxa" w:w="5888"/>
          </w:tcPr>
          <w:p>
            <w:pPr>
              <w:spacing w:after="0" w:line="252" w:lineRule="auto"/>
            </w:pPr>
            <w:r>
              <w:rPr>
                <w:rFonts w:ascii="Consolas" w:hAnsi="Consolas" w:cs="Consolas" w:eastAsia="Consolas"/>
                <w:sz w:val="15"/>
              </w:rPr>
              <w:t>%SystemRoot%\System32\lpdsvc.dll</w:t>
            </w:r>
          </w:p>
        </w:tc>
      </w:tr>
      <w:tr>
        <w:tc>
          <w:tcPr>
            <w:tcW w:type="dxa" w:w="3637"/>
          </w:tcPr>
          <w:p>
            <w:pPr>
              <w:spacing w:after="0" w:line="252" w:lineRule="auto"/>
            </w:pPr>
            <w:r>
              <w:rPr>
                <w:rFonts w:ascii="Consolas" w:hAnsi="Consolas" w:cs="Consolas" w:eastAsia="Consolas"/>
                <w:sz w:val="15"/>
              </w:rPr>
              <w:t>AllowJobRemoval</w:t>
            </w:r>
          </w:p>
        </w:tc>
        <w:tc>
          <w:tcPr>
            <w:tcW w:type="dxa" w:w="5888"/>
          </w:tcPr>
          <w:p>
            <w:pPr>
              <w:spacing w:after="0" w:line="252" w:lineRule="auto"/>
            </w:pPr>
            <w:r>
              <w:rPr>
                <w:rFonts w:ascii="Consolas" w:hAnsi="Consolas" w:cs="Consolas" w:eastAsia="Consolas"/>
                <w:sz w:val="15"/>
              </w:rPr>
              <w:t>1</w:t>
            </w:r>
          </w:p>
        </w:tc>
      </w:tr>
      <w:tr>
        <w:tc>
          <w:tcPr>
            <w:tcW w:type="dxa" w:w="3637"/>
          </w:tcPr>
          <w:p>
            <w:pPr>
              <w:spacing w:after="0" w:line="252" w:lineRule="auto"/>
            </w:pPr>
            <w:r>
              <w:rPr>
                <w:rFonts w:ascii="Consolas" w:hAnsi="Consolas" w:cs="Consolas" w:eastAsia="Consolas"/>
                <w:sz w:val="15"/>
              </w:rPr>
              <w:t>AllowPrinterResume</w:t>
            </w:r>
          </w:p>
        </w:tc>
        <w:tc>
          <w:tcPr>
            <w:tcW w:type="dxa" w:w="5888"/>
          </w:tcPr>
          <w:p>
            <w:pPr>
              <w:spacing w:after="0" w:line="252" w:lineRule="auto"/>
            </w:pPr>
            <w:r>
              <w:rPr>
                <w:rFonts w:ascii="Consolas" w:hAnsi="Consolas" w:cs="Consolas" w:eastAsia="Consolas"/>
                <w:sz w:val="15"/>
              </w:rPr>
              <w:t>1</w:t>
            </w:r>
          </w:p>
        </w:tc>
      </w:tr>
      <w:tr>
        <w:tc>
          <w:tcPr>
            <w:tcW w:type="dxa" w:w="3637"/>
          </w:tcPr>
          <w:p>
            <w:pPr>
              <w:spacing w:after="0" w:line="252" w:lineRule="auto"/>
            </w:pPr>
            <w:r>
              <w:rPr>
                <w:rFonts w:ascii="Consolas" w:hAnsi="Consolas" w:cs="Consolas" w:eastAsia="Consolas"/>
                <w:sz w:val="15"/>
              </w:rPr>
              <w:t>MaxConcurrentUsers</w:t>
            </w:r>
          </w:p>
        </w:tc>
        <w:tc>
          <w:tcPr>
            <w:tcW w:type="dxa" w:w="5888"/>
          </w:tcPr>
          <w:p>
            <w:pPr>
              <w:spacing w:after="0" w:line="252" w:lineRule="auto"/>
            </w:pPr>
            <w:r>
              <w:rPr>
                <w:rFonts w:ascii="Consolas" w:hAnsi="Consolas" w:cs="Consolas" w:eastAsia="Consolas"/>
                <w:sz w:val="15"/>
              </w:rPr>
              <w:t>100</w:t>
            </w:r>
          </w:p>
        </w:tc>
      </w:tr>
      <w:tr>
        <w:tc>
          <w:tcPr>
            <w:tcW w:type="dxa" w:w="3637"/>
          </w:tcPr>
          <w:p>
            <w:pPr>
              <w:spacing w:after="0" w:line="252" w:lineRule="auto"/>
            </w:pPr>
            <w:r>
              <w:rPr>
                <w:rFonts w:ascii="Consolas" w:hAnsi="Consolas" w:cs="Consolas" w:eastAsia="Consolas"/>
                <w:sz w:val="15"/>
              </w:rPr>
              <w:t>SimulatePassThrough</w:t>
            </w:r>
          </w:p>
        </w:tc>
        <w:tc>
          <w:tcPr>
            <w:tcW w:type="dxa" w:w="5888"/>
          </w:tcPr>
          <w:p>
            <w:pPr>
              <w:spacing w:after="0" w:line="252" w:lineRule="auto"/>
            </w:pPr>
            <w:r>
              <w:rPr>
                <w:rFonts w:ascii="Consolas" w:hAnsi="Consolas" w:cs="Consolas" w:eastAsia="Consolas"/>
                <w:sz w:val="15"/>
              </w:rPr>
              <w:t>1</w:t>
            </w:r>
          </w:p>
        </w:tc>
      </w:tr>
    </w:tbl>
    <w:p>
      <w:pPr>
        <w:pStyle w:val="BeschriftungSSI"/>
      </w:pPr>
      <w:r>
        <w:t>Tab. 4: Werte im Schlüssel Parameters nach der Reparatur (Werttypen von ServiceDll usw. **[im System prüfen]**, am besten aus der Sicherung zurückspielen)</w:t>
      </w:r>
    </w:p>
    <w:p>
      <w:r>
        <w:t xml:space="preserve">Ob nach dem Setzen ein Neustart des Dienstes nötig ist, ist nicht protokolliert. </w:t>
      </w:r>
      <w:r>
        <w:rPr>
          <w:rFonts w:ascii="Consolas" w:hAnsi="Consolas" w:cs="Consolas" w:eastAsia="Consolas"/>
          <w:sz w:val="18"/>
        </w:rPr>
        <w:t>Restart-Service LPDSVC</w:t>
      </w:r>
      <w:r>
        <w:t xml:space="preserve"> schadet nicht. </w:t>
      </w:r>
      <w:r>
        <w:rPr>
          <w:b/>
        </w:rPr>
        <w:t>[im System prüfen]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 xml:space="preserve">Registrierungs-Editor mit dem Schlüssel </w:t>
            </w:r>
            <w:r>
              <w:rPr>
                <w:rFonts w:ascii="Consolas" w:hAnsi="Consolas" w:cs="Consolas" w:eastAsia="Consolas"/>
                <w:sz w:val="17"/>
              </w:rPr>
              <w:t>LPDSVC\Parameters</w:t>
            </w:r>
            <w:r>
              <w:rPr>
                <w:sz w:val="19"/>
              </w:rPr>
              <w:t xml:space="preserve"> und dem Wert </w:t>
            </w:r>
            <w:r>
              <w:rPr>
                <w:rFonts w:ascii="Consolas" w:hAnsi="Consolas" w:cs="Consolas" w:eastAsia="Consolas"/>
                <w:sz w:val="17"/>
              </w:rPr>
              <w:t>SimulatePassThrough = 1</w:t>
            </w:r>
            <w:r>
              <w:rPr>
                <w:sz w:val="19"/>
              </w:rPr>
              <w:t>.</w:t>
            </w:r>
          </w:p>
        </w:tc>
      </w:tr>
    </w:tbl>
    <w:p>
      <w:pPr>
        <w:spacing w:after="40"/>
      </w:pPr>
    </w:p>
    <w:p>
      <w:pPr>
        <w:pStyle w:val="Quelle"/>
      </w:pPr>
      <w:r>
        <w:rPr>
          <w:b/>
        </w:rPr>
        <w:t xml:space="preserve">Quelle: </w:t>
      </w:r>
      <w:r>
        <w:rPr>
          <w:sz w:val="17"/>
        </w:rPr>
        <w:t>PP 00:04, 00:05 (Panne, Reparatur), 23:56 (ZPL als Text)</w:t>
      </w:r>
    </w:p>
    <w:p>
      <w:pPr>
        <w:pStyle w:val="Heading1"/>
      </w:pPr>
      <w:r>
        <w:t>4 WAMAS-Server (Windows) vorbereiten</w:t>
      </w:r>
    </w:p>
    <w:p>
      <w:pPr>
        <w:pStyle w:val="Heading2"/>
      </w:pPr>
      <w:r>
        <w:t>4.1 LPR-Port-Monitor installieren (lpr.exe)</w:t>
      </w:r>
    </w:p>
    <w:p>
      <w:r>
        <w:t xml:space="preserve">WAMAS braucht das Programm </w:t>
      </w:r>
      <w:r>
        <w:rPr>
          <w:rFonts w:ascii="Consolas" w:hAnsi="Consolas" w:cs="Consolas" w:eastAsia="Consolas"/>
          <w:sz w:val="18"/>
        </w:rPr>
        <w:t>lpr.exe</w:t>
      </w:r>
      <w:r>
        <w:t>. Fehlt es, steht im Serverlog „Der Befehl "lpr" ist entweder falsch geschrieben oder …“.</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Install-WindowsFeature LPR-Port-Monitor</w:t>
            </w:r>
          </w:p>
          <w:p>
            <w:pPr>
              <w:pStyle w:val="Code"/>
            </w:pPr>
            <w:r>
              <w:t>Get-Command lpr.exe</w:t>
            </w:r>
          </w:p>
        </w:tc>
      </w:tr>
    </w:tbl>
    <w:p>
      <w:pPr>
        <w:pStyle w:val="BeschriftungSSI"/>
      </w:pPr>
      <w:r>
        <w:t>Abb. 7: lpr.exe bereitstellen (Windows Server, PowerShell als Administrator)</w:t>
      </w:r>
    </w:p>
    <w:p>
      <w:r>
        <w:t xml:space="preserve">Im Test war kein Neustart nötig. Rückbau: </w:t>
      </w:r>
      <w:r>
        <w:rPr>
          <w:rFonts w:ascii="Consolas" w:hAnsi="Consolas" w:cs="Consolas" w:eastAsia="Consolas"/>
          <w:sz w:val="18"/>
        </w:rPr>
        <w:t>Uninstall-WindowsFeature LPR-Port-Monitor</w:t>
      </w:r>
      <w:r>
        <w:t>.</w:t>
      </w:r>
    </w:p>
    <w:p>
      <w:pPr>
        <w:pStyle w:val="Quelle"/>
      </w:pPr>
      <w:r>
        <w:rPr>
          <w:b/>
        </w:rPr>
        <w:t xml:space="preserve">Quelle: </w:t>
      </w:r>
      <w:r>
        <w:rPr>
          <w:sz w:val="17"/>
        </w:rPr>
        <w:t>TL 23:49–23:53; PP 23:53</w:t>
      </w:r>
    </w:p>
    <w:p>
      <w:pPr>
        <w:pStyle w:val="Heading2"/>
      </w:pPr>
      <w:r>
        <w:t>4.2 hosts-Eintrag für die Drucksystem-ID</w:t>
      </w:r>
    </w:p>
    <w:p>
      <w:r>
        <w:t xml:space="preserve">Weil die Drucksystem-ID zugleich Hostname ist, muss der Name </w:t>
      </w:r>
      <w:r>
        <w:rPr>
          <w:rFonts w:ascii="Consolas" w:hAnsi="Consolas" w:cs="Consolas" w:eastAsia="Consolas"/>
          <w:sz w:val="18"/>
        </w:rPr>
        <w:t>ZD410</w:t>
      </w:r>
      <w:r>
        <w:t xml:space="preserve"> auf dem WAMAS-Server zur IP-Adresse des Druck-PCs auflösen.</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192.168.0.70    ZD410</w:t>
            </w:r>
          </w:p>
        </w:tc>
      </w:tr>
    </w:tbl>
    <w:p>
      <w:pPr>
        <w:pStyle w:val="BeschriftungSSI"/>
      </w:pPr>
      <w:r>
        <w:t>Abb. 8: Zeile in C:\Windows\System32\drivers\etc\hosts auf dem WAMAS-Server</w:t>
      </w:r>
    </w:p>
    <w:p>
      <w:pPr>
        <w:tabs>
          <w:tab w:pos="425" w:val="left"/>
        </w:tabs>
        <w:spacing w:after="60"/>
        <w:ind w:left="425" w:hanging="425"/>
      </w:pPr>
      <w:r>
        <w:rPr>
          <w:b/>
        </w:rPr>
        <w:t>1.</w:t>
        <w:tab/>
      </w:r>
      <w:r>
        <w:t xml:space="preserve">Datei vorher sichern (im Test: </w:t>
      </w:r>
      <w:r>
        <w:rPr>
          <w:rFonts w:ascii="Consolas" w:hAnsi="Consolas" w:cs="Consolas" w:eastAsia="Consolas"/>
          <w:sz w:val="18"/>
        </w:rPr>
        <w:t>hosts.wamasdev_backup_20261017</w:t>
      </w:r>
      <w:r>
        <w:t>).</w:t>
      </w:r>
    </w:p>
    <w:p>
      <w:pPr>
        <w:tabs>
          <w:tab w:pos="425" w:val="left"/>
        </w:tabs>
        <w:spacing w:after="60"/>
        <w:ind w:left="425" w:hanging="425"/>
      </w:pPr>
      <w:r>
        <w:rPr>
          <w:b/>
        </w:rPr>
        <w:t>2.</w:t>
        <w:tab/>
      </w:r>
      <w:r>
        <w:t>Zeile anhängen und speichern (Editor als Administrator).</w:t>
      </w:r>
    </w:p>
    <w:p>
      <w:pPr>
        <w:tabs>
          <w:tab w:pos="425" w:val="left"/>
        </w:tabs>
        <w:spacing w:after="60"/>
        <w:ind w:left="425" w:hanging="425"/>
      </w:pPr>
      <w:r>
        <w:rPr>
          <w:b/>
        </w:rPr>
        <w:t>3.</w:t>
        <w:tab/>
      </w:r>
      <w:r>
        <w:t>Prüfen:</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Resolve-DnsName ZD410</w:t>
            </w:r>
          </w:p>
          <w:p>
            <w:pPr>
              <w:pStyle w:val="Code"/>
            </w:pPr>
            <w:r>
              <w:t>Test-NetConnection ZD410 -Port 515</w:t>
            </w:r>
          </w:p>
        </w:tc>
      </w:tr>
    </w:tbl>
    <w:p>
      <w:pPr>
        <w:pStyle w:val="BeschriftungSSI"/>
      </w:pPr>
      <w:r>
        <w:t>Abb. 9: Namensauflösung und Port prüfen</w:t>
      </w:r>
    </w:p>
    <w:p>
      <w:r>
        <w:rPr>
          <w:rFonts w:ascii="Consolas" w:hAnsi="Consolas" w:cs="Consolas" w:eastAsia="Consolas"/>
          <w:sz w:val="18"/>
        </w:rPr>
        <w:t>Test-NetConnection</w:t>
      </w:r>
      <w:r>
        <w:t xml:space="preserve"> muss </w:t>
      </w:r>
      <w:r>
        <w:rPr>
          <w:rFonts w:ascii="Consolas" w:hAnsi="Consolas" w:cs="Consolas" w:eastAsia="Consolas"/>
          <w:sz w:val="18"/>
        </w:rPr>
        <w:t>TcpTestSucceeded : True</w:t>
      </w:r>
      <w:r>
        <w:t xml:space="preserve"> melden. Im Test war das mit der IP 192.168.0.70 der Fall.</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Mehrere Drucker an einem Druck-PC</w:t>
            </w:r>
          </w:p>
          <w:p>
            <w:pPr>
              <w:spacing w:after="40"/>
            </w:pPr>
            <w:r>
              <w:rPr>
                <w:sz w:val="19"/>
              </w:rPr>
              <w:t xml:space="preserve">Jeder Drucker braucht eine eigene Drucksystem-ID = eigener Freigabename. Jeder dieser Namen muss als Hostname auflösen, z. B. zwei </w:t>
            </w:r>
            <w:r>
              <w:rPr>
                <w:rFonts w:ascii="Consolas" w:hAnsi="Consolas" w:cs="Consolas" w:eastAsia="Consolas"/>
                <w:sz w:val="17"/>
              </w:rPr>
              <w:t>hosts</w:t>
            </w:r>
            <w:r>
              <w:rPr>
                <w:sz w:val="19"/>
              </w:rPr>
              <w:t xml:space="preserve">-Zeilen mit derselben IP. Ein DNS-Alias wäre die saubere Lösung im Kundennetz. </w:t>
            </w:r>
            <w:r>
              <w:rPr>
                <w:b/>
                <w:sz w:val="19"/>
              </w:rPr>
              <w:t>[im System prüfen]</w:t>
            </w:r>
          </w:p>
        </w:tc>
      </w:tr>
    </w:tbl>
    <w:p>
      <w:pPr>
        <w:spacing w:after="40"/>
      </w:pPr>
    </w:p>
    <w:p>
      <w:pPr>
        <w:pStyle w:val="Quelle"/>
      </w:pPr>
      <w:r>
        <w:rPr>
          <w:b/>
        </w:rPr>
        <w:t xml:space="preserve">Quelle: </w:t>
      </w:r>
      <w:r>
        <w:rPr>
          <w:sz w:val="17"/>
        </w:rPr>
        <w:t>TL 23:46, 23:53–23:57; PP 23:56</w:t>
      </w:r>
    </w:p>
    <w:p>
      <w:pPr>
        <w:pStyle w:val="Heading2"/>
      </w:pPr>
      <w:r>
        <w:t>4.3 Optionaler Gegentest mit Windows-Treiber auf dem WAMAS-Server</w:t>
      </w:r>
    </w:p>
    <w:p>
      <w:r>
        <w:t>Im Test wurde zusätzlich auf srv01 der ZDesigner-Treiber auf einen LPR-Port umgestellt (</w:t>
      </w:r>
      <w:r>
        <w:rPr>
          <w:rFonts w:ascii="Consolas" w:hAnsi="Consolas" w:cs="Consolas" w:eastAsia="Consolas"/>
          <w:sz w:val="18"/>
        </w:rPr>
        <w:t>LPR_Sobo_ZD410</w:t>
      </w:r>
      <w:r>
        <w:t xml:space="preserve">, Host 192.168.0.70, Warteschlange </w:t>
      </w:r>
      <w:r>
        <w:rPr>
          <w:rFonts w:ascii="Consolas" w:hAnsi="Consolas" w:cs="Consolas" w:eastAsia="Consolas"/>
          <w:sz w:val="18"/>
        </w:rPr>
        <w:t>ZD410</w:t>
      </w:r>
      <w:r>
        <w:t xml:space="preserve">, Byte Counting) und ein Roh-ZPL-Testetikett gesendet. Für WAMAS ist das </w:t>
      </w:r>
      <w:r>
        <w:rPr>
          <w:b/>
        </w:rPr>
        <w:t>nicht nötig</w:t>
      </w:r>
      <w:r>
        <w:t>, es prüft nur den Weg zum LPD-Dienst.</w:t>
      </w:r>
    </w:p>
    <w:p>
      <w:pPr>
        <w:pStyle w:val="Quelle"/>
      </w:pPr>
      <w:r>
        <w:rPr>
          <w:b/>
        </w:rPr>
        <w:t xml:space="preserve">Quelle: </w:t>
      </w:r>
      <w:r>
        <w:rPr>
          <w:sz w:val="17"/>
        </w:rPr>
        <w:t>TL 23:46; PP 23:46</w:t>
      </w:r>
    </w:p>
    <w:p>
      <w:pPr>
        <w:pStyle w:val="Heading1"/>
      </w:pPr>
      <w:r>
        <w:t>5 WAMAS einrichten</w:t>
      </w:r>
    </w:p>
    <w:p>
      <w:pPr>
        <w:pStyle w:val="Heading2"/>
      </w:pPr>
      <w:r>
        <w:t>5.1 Übersicht der Dialoge</w:t>
      </w:r>
    </w:p>
    <w:p>
      <w:pPr>
        <w:keepNext/>
      </w:pPr>
      <w:r>
        <w:drawing>
          <wp:inline xmlns:a="http://schemas.openxmlformats.org/drawingml/2006/main" xmlns:pic="http://schemas.openxmlformats.org/drawingml/2006/picture">
            <wp:extent cx="3600000" cy="2270149"/>
            <wp:docPr id="104" name="Picture 104"/>
            <wp:cNvGraphicFramePr>
              <a:graphicFrameLocks noChangeAspect="1"/>
            </wp:cNvGraphicFramePr>
            <a:graphic>
              <a:graphicData uri="http://schemas.openxmlformats.org/drawingml/2006/picture">
                <pic:pic>
                  <pic:nvPicPr>
                    <pic:cNvPr id="0" name="d1_dialogliste_rm.png"/>
                    <pic:cNvPicPr/>
                  </pic:nvPicPr>
                  <pic:blipFill>
                    <a:blip r:embed="rId14"/>
                    <a:stretch>
                      <a:fillRect/>
                    </a:stretch>
                  </pic:blipFill>
                  <pic:spPr>
                    <a:xfrm>
                      <a:off x="0" y="0"/>
                      <a:ext cx="3600000" cy="2270149"/>
                    </a:xfrm>
                    <a:prstGeom prst="rect"/>
                  </pic:spPr>
                </pic:pic>
              </a:graphicData>
            </a:graphic>
          </wp:inline>
        </w:drawing>
      </w:r>
    </w:p>
    <w:p>
      <w:pPr>
        <w:pStyle w:val="BeschriftungSSI"/>
      </w:pPr>
      <w:r>
        <w:t>Abb. 10: Dialoge der Druckerverwaltung in der Dialogsuche (live: RM018 heißt „Übersicht Dokumente“, RM023 „Übersicht Dokumentenverarbeitungsaufträge“)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658"/>
        <w:gridCol w:w="3866"/>
      </w:tblGrid>
      <w:tr>
        <w:trPr>
          <w:tblHeader w:val="true"/>
        </w:trPr>
        <w:tc>
          <w:tcPr>
            <w:tcW w:type="dxa" w:w="5658"/>
            <w:shd w:val="clear" w:color="auto" w:fill="FEEE19"/>
          </w:tcPr>
          <w:p>
            <w:pPr>
              <w:spacing w:after="0"/>
            </w:pPr>
            <w:r>
              <w:rPr>
                <w:b/>
                <w:sz w:val="17"/>
              </w:rPr>
              <w:t>Dialog</w:t>
            </w:r>
          </w:p>
        </w:tc>
        <w:tc>
          <w:tcPr>
            <w:tcW w:type="dxa" w:w="3866"/>
            <w:shd w:val="clear" w:color="auto" w:fill="FEEE19"/>
          </w:tcPr>
          <w:p>
            <w:pPr>
              <w:spacing w:after="0"/>
            </w:pPr>
            <w:r>
              <w:rPr>
                <w:b/>
                <w:sz w:val="17"/>
              </w:rPr>
              <w:t>Aufgabe in dieser Kette</w:t>
            </w:r>
          </w:p>
        </w:tc>
      </w:tr>
      <w:tr>
        <w:tc>
          <w:tcPr>
            <w:tcW w:type="dxa" w:w="5658"/>
          </w:tcPr>
          <w:p>
            <w:pPr>
              <w:spacing w:after="0" w:line="252" w:lineRule="auto"/>
            </w:pPr>
            <w:r>
              <w:rPr>
                <w:b/>
                <w:sz w:val="17"/>
              </w:rPr>
              <w:t>RM015</w:t>
            </w:r>
            <w:r>
              <w:rPr>
                <w:sz w:val="17"/>
              </w:rPr>
              <w:t xml:space="preserve"> Druckertypkonfiguration pflegen</w:t>
            </w:r>
          </w:p>
        </w:tc>
        <w:tc>
          <w:tcPr>
            <w:tcW w:type="dxa" w:w="3866"/>
          </w:tcPr>
          <w:p>
            <w:pPr>
              <w:spacing w:after="0" w:line="252" w:lineRule="auto"/>
            </w:pPr>
            <w:r>
              <w:rPr>
                <w:sz w:val="17"/>
              </w:rPr>
              <w:t xml:space="preserve">Druckertyp </w:t>
            </w:r>
            <w:r>
              <w:rPr>
                <w:rFonts w:ascii="Consolas" w:hAnsi="Consolas" w:cs="Consolas" w:eastAsia="Consolas"/>
                <w:sz w:val="15"/>
              </w:rPr>
              <w:t>ZPL_300</w:t>
            </w:r>
            <w:r>
              <w:rPr>
                <w:sz w:val="17"/>
              </w:rPr>
              <w:t xml:space="preserve"> prüfen, nicht ändern</w:t>
            </w:r>
          </w:p>
        </w:tc>
      </w:tr>
      <w:tr>
        <w:tc>
          <w:tcPr>
            <w:tcW w:type="dxa" w:w="5658"/>
          </w:tcPr>
          <w:p>
            <w:pPr>
              <w:spacing w:after="0" w:line="252" w:lineRule="auto"/>
            </w:pPr>
            <w:r>
              <w:rPr>
                <w:b/>
                <w:sz w:val="17"/>
              </w:rPr>
              <w:t>RM011</w:t>
            </w:r>
            <w:r>
              <w:rPr>
                <w:sz w:val="17"/>
              </w:rPr>
              <w:t xml:space="preserve"> Drucker pflegen</w:t>
            </w:r>
          </w:p>
        </w:tc>
        <w:tc>
          <w:tcPr>
            <w:tcW w:type="dxa" w:w="3866"/>
          </w:tcPr>
          <w:p>
            <w:pPr>
              <w:spacing w:after="0" w:line="252" w:lineRule="auto"/>
            </w:pPr>
            <w:r>
              <w:rPr>
                <w:sz w:val="17"/>
              </w:rPr>
              <w:t>Drucker mit Drucksystem-ID anlegen</w:t>
            </w:r>
          </w:p>
        </w:tc>
      </w:tr>
      <w:tr>
        <w:tc>
          <w:tcPr>
            <w:tcW w:type="dxa" w:w="5658"/>
          </w:tcPr>
          <w:p>
            <w:pPr>
              <w:spacing w:after="0" w:line="252" w:lineRule="auto"/>
            </w:pPr>
            <w:r>
              <w:rPr>
                <w:b/>
                <w:sz w:val="17"/>
              </w:rPr>
              <w:t>RM017</w:t>
            </w:r>
            <w:r>
              <w:rPr>
                <w:sz w:val="17"/>
              </w:rPr>
              <w:t xml:space="preserve"> Druckerortzuordnung pflegen</w:t>
            </w:r>
          </w:p>
        </w:tc>
        <w:tc>
          <w:tcPr>
            <w:tcW w:type="dxa" w:w="3866"/>
          </w:tcPr>
          <w:p>
            <w:pPr>
              <w:spacing w:after="0" w:line="252" w:lineRule="auto"/>
            </w:pPr>
            <w:r>
              <w:rPr>
                <w:sz w:val="17"/>
              </w:rPr>
              <w:t>Drucker dem Lagerstandort zuordnen</w:t>
            </w:r>
          </w:p>
        </w:tc>
      </w:tr>
      <w:tr>
        <w:tc>
          <w:tcPr>
            <w:tcW w:type="dxa" w:w="5658"/>
          </w:tcPr>
          <w:p>
            <w:pPr>
              <w:spacing w:after="0" w:line="252" w:lineRule="auto"/>
            </w:pPr>
            <w:r>
              <w:rPr>
                <w:b/>
                <w:sz w:val="17"/>
              </w:rPr>
              <w:t>RM003</w:t>
            </w:r>
            <w:r>
              <w:rPr>
                <w:sz w:val="17"/>
              </w:rPr>
              <w:t xml:space="preserve"> Dokumentlayout pflegen</w:t>
            </w:r>
          </w:p>
        </w:tc>
        <w:tc>
          <w:tcPr>
            <w:tcW w:type="dxa" w:w="3866"/>
          </w:tcPr>
          <w:p>
            <w:pPr>
              <w:spacing w:after="0" w:line="252" w:lineRule="auto"/>
            </w:pPr>
            <w:r>
              <w:rPr>
                <w:sz w:val="17"/>
              </w:rPr>
              <w:t>ZPL-II-Layout mit 300 dpi auswählen</w:t>
            </w:r>
          </w:p>
        </w:tc>
      </w:tr>
      <w:tr>
        <w:tc>
          <w:tcPr>
            <w:tcW w:type="dxa" w:w="5658"/>
          </w:tcPr>
          <w:p>
            <w:pPr>
              <w:spacing w:after="0" w:line="252" w:lineRule="auto"/>
            </w:pPr>
            <w:r>
              <w:rPr>
                <w:b/>
                <w:sz w:val="17"/>
              </w:rPr>
              <w:t>RM005</w:t>
            </w:r>
            <w:r>
              <w:rPr>
                <w:sz w:val="17"/>
              </w:rPr>
              <w:t xml:space="preserve"> Standard-Dokumenttypkonfiguration pflegen</w:t>
            </w:r>
          </w:p>
        </w:tc>
        <w:tc>
          <w:tcPr>
            <w:tcW w:type="dxa" w:w="3866"/>
          </w:tcPr>
          <w:p>
            <w:pPr>
              <w:spacing w:after="0" w:line="252" w:lineRule="auto"/>
            </w:pPr>
            <w:r>
              <w:rPr>
                <w:sz w:val="17"/>
              </w:rPr>
              <w:t>Kanal und Sprache der Konfiguration</w:t>
            </w:r>
          </w:p>
        </w:tc>
      </w:tr>
      <w:tr>
        <w:tc>
          <w:tcPr>
            <w:tcW w:type="dxa" w:w="5658"/>
          </w:tcPr>
          <w:p>
            <w:pPr>
              <w:spacing w:after="0" w:line="252" w:lineRule="auto"/>
            </w:pPr>
            <w:r>
              <w:rPr>
                <w:b/>
                <w:sz w:val="17"/>
              </w:rPr>
              <w:t>RM010</w:t>
            </w:r>
            <w:r>
              <w:rPr>
                <w:sz w:val="17"/>
              </w:rPr>
              <w:t xml:space="preserve"> Dokumenttypkonfiguration-Zuordnung pflegen</w:t>
            </w:r>
          </w:p>
        </w:tc>
        <w:tc>
          <w:tcPr>
            <w:tcW w:type="dxa" w:w="3866"/>
          </w:tcPr>
          <w:p>
            <w:pPr>
              <w:spacing w:after="0" w:line="252" w:lineRule="auto"/>
            </w:pPr>
            <w:r>
              <w:rPr>
                <w:sz w:val="17"/>
              </w:rPr>
              <w:t>welche Konfiguration der Druck nimmt</w:t>
            </w:r>
          </w:p>
        </w:tc>
      </w:tr>
      <w:tr>
        <w:tc>
          <w:tcPr>
            <w:tcW w:type="dxa" w:w="5658"/>
          </w:tcPr>
          <w:p>
            <w:pPr>
              <w:spacing w:after="0" w:line="252" w:lineRule="auto"/>
            </w:pPr>
            <w:r>
              <w:rPr>
                <w:b/>
                <w:sz w:val="17"/>
              </w:rPr>
              <w:t>MD022</w:t>
            </w:r>
            <w:r>
              <w:rPr>
                <w:sz w:val="17"/>
              </w:rPr>
              <w:t xml:space="preserve"> (Terminal)</w:t>
            </w:r>
          </w:p>
        </w:tc>
        <w:tc>
          <w:tcPr>
            <w:tcW w:type="dxa" w:w="3866"/>
          </w:tcPr>
          <w:p>
            <w:pPr>
              <w:spacing w:after="0" w:line="252" w:lineRule="auto"/>
            </w:pPr>
            <w:r>
              <w:rPr>
                <w:sz w:val="17"/>
              </w:rPr>
              <w:t>Standard-Lagerstandort des Terminals</w:t>
            </w:r>
          </w:p>
        </w:tc>
      </w:tr>
      <w:tr>
        <w:tc>
          <w:tcPr>
            <w:tcW w:type="dxa" w:w="5658"/>
          </w:tcPr>
          <w:p>
            <w:pPr>
              <w:spacing w:after="0" w:line="252" w:lineRule="auto"/>
            </w:pPr>
            <w:r>
              <w:rPr>
                <w:b/>
                <w:sz w:val="17"/>
              </w:rPr>
              <w:t>RM100</w:t>
            </w:r>
            <w:r>
              <w:rPr>
                <w:sz w:val="17"/>
              </w:rPr>
              <w:t xml:space="preserve"> Dokument erzeugen</w:t>
            </w:r>
          </w:p>
        </w:tc>
        <w:tc>
          <w:tcPr>
            <w:tcW w:type="dxa" w:w="3866"/>
          </w:tcPr>
          <w:p>
            <w:pPr>
              <w:spacing w:after="0" w:line="252" w:lineRule="auto"/>
            </w:pPr>
            <w:r>
              <w:rPr>
                <w:sz w:val="17"/>
              </w:rPr>
              <w:t>manueller Druck, nur Druck-Kanal</w:t>
            </w:r>
          </w:p>
        </w:tc>
      </w:tr>
      <w:tr>
        <w:tc>
          <w:tcPr>
            <w:tcW w:type="dxa" w:w="5658"/>
          </w:tcPr>
          <w:p>
            <w:pPr>
              <w:spacing w:after="0" w:line="252" w:lineRule="auto"/>
            </w:pPr>
            <w:r>
              <w:rPr>
                <w:b/>
                <w:sz w:val="17"/>
              </w:rPr>
              <w:t>RM018</w:t>
            </w:r>
            <w:r>
              <w:rPr>
                <w:sz w:val="17"/>
              </w:rPr>
              <w:t xml:space="preserve"> Übersicht Dokumente / </w:t>
            </w:r>
            <w:r>
              <w:rPr>
                <w:b/>
                <w:sz w:val="17"/>
              </w:rPr>
              <w:t>RM023</w:t>
            </w:r>
            <w:r>
              <w:rPr>
                <w:sz w:val="17"/>
              </w:rPr>
              <w:t xml:space="preserve"> Übersicht Dokumentenverarbeitungsaufträge</w:t>
            </w:r>
          </w:p>
        </w:tc>
        <w:tc>
          <w:tcPr>
            <w:tcW w:type="dxa" w:w="3866"/>
          </w:tcPr>
          <w:p>
            <w:pPr>
              <w:spacing w:after="0" w:line="252" w:lineRule="auto"/>
            </w:pPr>
            <w:r>
              <w:rPr>
                <w:sz w:val="17"/>
              </w:rPr>
              <w:t>Kontrolle der Druckaufträge</w:t>
            </w:r>
          </w:p>
        </w:tc>
      </w:tr>
    </w:tbl>
    <w:p>
      <w:pPr>
        <w:pStyle w:val="BeschriftungSSI"/>
      </w:pPr>
      <w:r>
        <w:t>Tab. 5: Dialoge für den Etikettendruck</w:t>
      </w:r>
    </w:p>
    <w:p>
      <w:pPr>
        <w:pStyle w:val="Quelle"/>
      </w:pPr>
      <w:r>
        <w:rPr>
          <w:b/>
        </w:rPr>
        <w:t xml:space="preserve">Quelle: </w:t>
      </w:r>
      <w:r>
        <w:rPr>
          <w:sz w:val="17"/>
        </w:rPr>
        <w:t>Screenshot 17.10. 22:21 (UM009); TL 15:10–15:30</w:t>
      </w:r>
    </w:p>
    <w:p>
      <w:pPr>
        <w:pStyle w:val="Heading2"/>
      </w:pPr>
      <w:r>
        <w:t>5.2 RM015 Druckertyp ZPL_300 prüfen</w:t>
      </w:r>
    </w:p>
    <w:p>
      <w:r>
        <w:t>Nicht ändern, nur prüfen. Die Druckertypen sind im Standard vorhanden.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87"/>
        <w:gridCol w:w="2445"/>
        <w:gridCol w:w="772"/>
        <w:gridCol w:w="3089"/>
        <w:gridCol w:w="1930"/>
      </w:tblGrid>
      <w:tr>
        <w:trPr>
          <w:tblHeader w:val="true"/>
        </w:trPr>
        <w:tc>
          <w:tcPr>
            <w:tcW w:type="dxa" w:w="1287"/>
            <w:shd w:val="clear" w:color="auto" w:fill="FEEE19"/>
          </w:tcPr>
          <w:p>
            <w:pPr>
              <w:spacing w:after="0"/>
            </w:pPr>
            <w:r>
              <w:rPr>
                <w:b/>
                <w:sz w:val="17"/>
              </w:rPr>
              <w:t>Druckertyp</w:t>
            </w:r>
          </w:p>
        </w:tc>
        <w:tc>
          <w:tcPr>
            <w:tcW w:type="dxa" w:w="2445"/>
            <w:shd w:val="clear" w:color="auto" w:fill="FEEE19"/>
          </w:tcPr>
          <w:p>
            <w:pPr>
              <w:spacing w:after="0"/>
            </w:pPr>
            <w:r>
              <w:rPr>
                <w:b/>
                <w:sz w:val="17"/>
              </w:rPr>
              <w:t>Druckbefehl</w:t>
            </w:r>
          </w:p>
        </w:tc>
        <w:tc>
          <w:tcPr>
            <w:tcW w:type="dxa" w:w="772"/>
            <w:shd w:val="clear" w:color="auto" w:fill="FEEE19"/>
          </w:tcPr>
          <w:p>
            <w:pPr>
              <w:spacing w:after="0"/>
            </w:pPr>
            <w:r>
              <w:rPr>
                <w:b/>
                <w:sz w:val="17"/>
              </w:rPr>
              <w:t>Format</w:t>
            </w:r>
          </w:p>
        </w:tc>
        <w:tc>
          <w:tcPr>
            <w:tcW w:type="dxa" w:w="3089"/>
            <w:shd w:val="clear" w:color="auto" w:fill="FEEE19"/>
          </w:tcPr>
          <w:p>
            <w:pPr>
              <w:spacing w:after="0"/>
            </w:pPr>
            <w:r>
              <w:rPr>
                <w:b/>
                <w:sz w:val="17"/>
              </w:rPr>
              <w:t>Seitengrößen</w:t>
            </w:r>
          </w:p>
        </w:tc>
        <w:tc>
          <w:tcPr>
            <w:tcW w:type="dxa" w:w="1931"/>
            <w:shd w:val="clear" w:color="auto" w:fill="FEEE19"/>
          </w:tcPr>
          <w:p>
            <w:pPr>
              <w:spacing w:after="0"/>
            </w:pPr>
            <w:r>
              <w:rPr>
                <w:b/>
                <w:sz w:val="17"/>
              </w:rPr>
              <w:t>Auflösung</w:t>
            </w:r>
          </w:p>
        </w:tc>
      </w:tr>
      <w:tr>
        <w:tc>
          <w:tcPr>
            <w:tcW w:type="dxa" w:w="1287"/>
          </w:tcPr>
          <w:p>
            <w:pPr>
              <w:spacing w:after="0" w:line="252" w:lineRule="auto"/>
            </w:pPr>
            <w:r>
              <w:rPr>
                <w:rFonts w:ascii="Consolas" w:hAnsi="Consolas" w:cs="Consolas" w:eastAsia="Consolas"/>
                <w:sz w:val="15"/>
              </w:rPr>
              <w:t>Laser</w:t>
            </w:r>
          </w:p>
        </w:tc>
        <w:tc>
          <w:tcPr>
            <w:tcW w:type="dxa" w:w="2445"/>
          </w:tcPr>
          <w:p>
            <w:pPr>
              <w:spacing w:after="0" w:line="252" w:lineRule="auto"/>
            </w:pPr>
            <w:r>
              <w:rPr>
                <w:sz w:val="17"/>
              </w:rPr>
              <w:t>Java Print Service</w:t>
            </w:r>
          </w:p>
        </w:tc>
        <w:tc>
          <w:tcPr>
            <w:tcW w:type="dxa" w:w="772"/>
          </w:tcPr>
          <w:p>
            <w:pPr>
              <w:spacing w:after="0" w:line="252" w:lineRule="auto"/>
            </w:pPr>
            <w:r>
              <w:rPr>
                <w:sz w:val="17"/>
              </w:rPr>
              <w:t>PDF</w:t>
            </w:r>
          </w:p>
        </w:tc>
        <w:tc>
          <w:tcPr>
            <w:tcW w:type="dxa" w:w="3089"/>
          </w:tcPr>
          <w:p>
            <w:pPr>
              <w:spacing w:after="0" w:line="252" w:lineRule="auto"/>
            </w:pPr>
            <w:r>
              <w:rPr>
                <w:sz w:val="17"/>
              </w:rPr>
              <w:t>A4</w:t>
            </w:r>
          </w:p>
        </w:tc>
        <w:tc>
          <w:tcPr>
            <w:tcW w:type="dxa" w:w="1931"/>
          </w:tcPr>
          <w:p>
            <w:pPr>
              <w:spacing w:after="0" w:line="252" w:lineRule="auto"/>
            </w:pPr>
            <w:r>
              <w:rPr>
                <w:sz w:val="17"/>
              </w:rPr>
              <w:t>600 und 300 dpi</w:t>
            </w:r>
          </w:p>
        </w:tc>
      </w:tr>
      <w:tr>
        <w:tc>
          <w:tcPr>
            <w:tcW w:type="dxa" w:w="1287"/>
          </w:tcPr>
          <w:p>
            <w:pPr>
              <w:spacing w:after="0" w:line="252" w:lineRule="auto"/>
            </w:pPr>
            <w:r>
              <w:rPr>
                <w:rFonts w:ascii="Consolas" w:hAnsi="Consolas" w:cs="Consolas" w:eastAsia="Consolas"/>
                <w:sz w:val="15"/>
              </w:rPr>
              <w:t>ZPL_203</w:t>
            </w:r>
          </w:p>
        </w:tc>
        <w:tc>
          <w:tcPr>
            <w:tcW w:type="dxa" w:w="2445"/>
          </w:tcPr>
          <w:p>
            <w:pPr>
              <w:spacing w:after="0" w:line="252" w:lineRule="auto"/>
            </w:pPr>
            <w:r>
              <w:rPr>
                <w:sz w:val="17"/>
              </w:rPr>
              <w:t>Line Printer Remote</w:t>
            </w:r>
          </w:p>
        </w:tc>
        <w:tc>
          <w:tcPr>
            <w:tcW w:type="dxa" w:w="772"/>
          </w:tcPr>
          <w:p>
            <w:pPr>
              <w:spacing w:after="0" w:line="252" w:lineRule="auto"/>
            </w:pPr>
            <w:r>
              <w:rPr>
                <w:sz w:val="17"/>
              </w:rPr>
              <w:t>ZPL II</w:t>
            </w:r>
          </w:p>
        </w:tc>
        <w:tc>
          <w:tcPr>
            <w:tcW w:type="dxa" w:w="3089"/>
          </w:tcPr>
          <w:p>
            <w:pPr>
              <w:spacing w:after="0" w:line="252" w:lineRule="auto"/>
            </w:pPr>
            <w:r>
              <w:rPr>
                <w:sz w:val="17"/>
              </w:rPr>
              <w:t>Large Label, Small Label</w:t>
            </w:r>
          </w:p>
        </w:tc>
        <w:tc>
          <w:tcPr>
            <w:tcW w:type="dxa" w:w="1931"/>
          </w:tcPr>
          <w:p>
            <w:pPr>
              <w:spacing w:after="0" w:line="252" w:lineRule="auto"/>
            </w:pPr>
            <w:r>
              <w:rPr>
                <w:sz w:val="17"/>
              </w:rPr>
              <w:t>203 dpi</w:t>
            </w:r>
          </w:p>
        </w:tc>
      </w:tr>
      <w:tr>
        <w:tc>
          <w:tcPr>
            <w:tcW w:type="dxa" w:w="1287"/>
          </w:tcPr>
          <w:p>
            <w:pPr>
              <w:spacing w:after="0" w:line="252" w:lineRule="auto"/>
            </w:pPr>
            <w:r>
              <w:rPr>
                <w:rFonts w:ascii="Consolas" w:hAnsi="Consolas" w:cs="Consolas" w:eastAsia="Consolas"/>
                <w:sz w:val="15"/>
              </w:rPr>
              <w:t>ZPL_300</w:t>
            </w:r>
          </w:p>
        </w:tc>
        <w:tc>
          <w:tcPr>
            <w:tcW w:type="dxa" w:w="2445"/>
          </w:tcPr>
          <w:p>
            <w:pPr>
              <w:spacing w:after="0" w:line="252" w:lineRule="auto"/>
            </w:pPr>
            <w:r>
              <w:rPr>
                <w:sz w:val="17"/>
              </w:rPr>
              <w:t>Line Printer Remote</w:t>
            </w:r>
          </w:p>
        </w:tc>
        <w:tc>
          <w:tcPr>
            <w:tcW w:type="dxa" w:w="772"/>
          </w:tcPr>
          <w:p>
            <w:pPr>
              <w:spacing w:after="0" w:line="252" w:lineRule="auto"/>
            </w:pPr>
            <w:r>
              <w:rPr>
                <w:sz w:val="17"/>
              </w:rPr>
              <w:t>ZPL II</w:t>
            </w:r>
          </w:p>
        </w:tc>
        <w:tc>
          <w:tcPr>
            <w:tcW w:type="dxa" w:w="3089"/>
          </w:tcPr>
          <w:p>
            <w:pPr>
              <w:spacing w:after="0" w:line="252" w:lineRule="auto"/>
            </w:pPr>
            <w:r>
              <w:rPr>
                <w:sz w:val="17"/>
              </w:rPr>
              <w:t>Large Label, Small Label</w:t>
            </w:r>
          </w:p>
        </w:tc>
        <w:tc>
          <w:tcPr>
            <w:tcW w:type="dxa" w:w="1931"/>
          </w:tcPr>
          <w:p>
            <w:pPr>
              <w:spacing w:after="0" w:line="252" w:lineRule="auto"/>
            </w:pPr>
            <w:r>
              <w:rPr>
                <w:sz w:val="17"/>
              </w:rPr>
              <w:t>300 dpi</w:t>
            </w:r>
          </w:p>
        </w:tc>
      </w:tr>
    </w:tbl>
    <w:p>
      <w:pPr>
        <w:pStyle w:val="BeschriftungSSI"/>
      </w:pPr>
      <w:r>
        <w:t>Tab. 6: Druckertypen auf srv01</w:t>
      </w:r>
    </w:p>
    <w:p>
      <w:r>
        <w:t xml:space="preserve">Folge: Am ZD410 (Typ </w:t>
      </w:r>
      <w:r>
        <w:rPr>
          <w:rFonts w:ascii="Consolas" w:hAnsi="Consolas" w:cs="Consolas" w:eastAsia="Consolas"/>
          <w:sz w:val="18"/>
        </w:rPr>
        <w:t>ZPL_300</w:t>
      </w:r>
      <w:r>
        <w:t xml:space="preserve">) sind nur Layouts mit </w:t>
      </w:r>
      <w:r>
        <w:rPr>
          <w:b/>
        </w:rPr>
        <w:t>ZPL II, 300 dpi</w:t>
      </w:r>
      <w:r>
        <w:t xml:space="preserve"> und Seitengröße </w:t>
      </w:r>
      <w:r>
        <w:rPr>
          <w:b/>
        </w:rPr>
        <w:t>Large Label</w:t>
      </w:r>
      <w:r>
        <w:t xml:space="preserve"> (4 × 6 Zoll) oder </w:t>
      </w:r>
      <w:r>
        <w:rPr>
          <w:b/>
        </w:rPr>
        <w:t>Small Label</w:t>
      </w:r>
      <w:r>
        <w:t xml:space="preserve"> (2 × 1 Zoll) druckbar. Eine Seitengröße 57 × 51 mm gibt es nicht.</w:t>
      </w:r>
    </w:p>
    <w:p>
      <w:pPr>
        <w:keepNext/>
      </w:pPr>
      <w:r>
        <w:drawing>
          <wp:inline xmlns:a="http://schemas.openxmlformats.org/drawingml/2006/main" xmlns:pic="http://schemas.openxmlformats.org/drawingml/2006/picture">
            <wp:extent cx="5400000" cy="2877188"/>
            <wp:docPr id="105" name="Picture 105"/>
            <wp:cNvGraphicFramePr>
              <a:graphicFrameLocks noChangeAspect="1"/>
            </wp:cNvGraphicFramePr>
            <a:graphic>
              <a:graphicData uri="http://schemas.openxmlformats.org/drawingml/2006/picture">
                <pic:pic>
                  <pic:nvPicPr>
                    <pic:cNvPr id="0" name="d1_rm015.png"/>
                    <pic:cNvPicPr/>
                  </pic:nvPicPr>
                  <pic:blipFill>
                    <a:blip r:embed="rId15"/>
                    <a:stretch>
                      <a:fillRect/>
                    </a:stretch>
                  </pic:blipFill>
                  <pic:spPr>
                    <a:xfrm>
                      <a:off x="0" y="0"/>
                      <a:ext cx="5400000" cy="2877188"/>
                    </a:xfrm>
                    <a:prstGeom prst="rect"/>
                  </pic:spPr>
                </pic:pic>
              </a:graphicData>
            </a:graphic>
          </wp:inline>
        </w:drawing>
      </w:r>
    </w:p>
    <w:p>
      <w:pPr>
        <w:pStyle w:val="BeschriftungSSI"/>
      </w:pPr>
      <w:r>
        <w:t>Abb. 11: RM015 – ZPL_203 und ZPL_300 mit Druckbefehl Line Printer Remote</w:t>
      </w:r>
    </w:p>
    <w:p>
      <w:pPr>
        <w:pStyle w:val="Quelle"/>
      </w:pPr>
      <w:r>
        <w:rPr>
          <w:b/>
        </w:rPr>
        <w:t xml:space="preserve">Quelle: </w:t>
      </w:r>
      <w:r>
        <w:rPr>
          <w:sz w:val="17"/>
        </w:rPr>
        <w:t>TL 15:10–15:30, 22:33; ZI Kap. 3; Screenshot 17.10. 15:21</w:t>
      </w:r>
    </w:p>
    <w:p>
      <w:pPr>
        <w:pStyle w:val="Heading2"/>
      </w:pPr>
      <w:r>
        <w:t>5.3 RM011 Drucker anlegen</w:t>
      </w:r>
    </w:p>
    <w:p>
      <w:pPr>
        <w:tabs>
          <w:tab w:pos="425" w:val="left"/>
        </w:tabs>
        <w:spacing w:after="60"/>
        <w:ind w:left="425" w:hanging="425"/>
      </w:pPr>
      <w:r>
        <w:rPr>
          <w:b/>
        </w:rPr>
        <w:t>1.</w:t>
        <w:tab/>
      </w:r>
      <w:r>
        <w:rPr>
          <w:b/>
        </w:rPr>
        <w:t>RM011 Drucker pflegen</w:t>
      </w:r>
      <w:r>
        <w:t xml:space="preserve"> öffnen → Kontextmenü </w:t>
      </w:r>
      <w:r>
        <w:rPr>
          <w:b/>
        </w:rPr>
        <w:t>Datensatz anlegen</w:t>
      </w:r>
      <w:r>
        <w:t>.</w:t>
      </w:r>
    </w:p>
    <w:p>
      <w:pPr>
        <w:tabs>
          <w:tab w:pos="425" w:val="left"/>
        </w:tabs>
        <w:spacing w:after="60"/>
        <w:ind w:left="425" w:hanging="425"/>
      </w:pPr>
      <w:r>
        <w:rPr>
          <w:b/>
        </w:rPr>
        <w:t>2.</w:t>
        <w:tab/>
      </w:r>
      <w:r>
        <w:t xml:space="preserve">Felder füllen und </w:t>
      </w:r>
      <w:r>
        <w:rPr>
          <w:b/>
        </w:rPr>
        <w:t>Speichern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182"/>
        <w:gridCol w:w="3175"/>
        <w:gridCol w:w="4167"/>
      </w:tblGrid>
      <w:tr>
        <w:trPr>
          <w:tblHeader w:val="true"/>
        </w:trPr>
        <w:tc>
          <w:tcPr>
            <w:tcW w:type="dxa" w:w="2183"/>
            <w:shd w:val="clear" w:color="auto" w:fill="FEEE19"/>
          </w:tcPr>
          <w:p>
            <w:pPr>
              <w:spacing w:after="0"/>
            </w:pPr>
            <w:r>
              <w:rPr>
                <w:b/>
                <w:sz w:val="17"/>
              </w:rPr>
              <w:t>Feld</w:t>
            </w:r>
          </w:p>
        </w:tc>
        <w:tc>
          <w:tcPr>
            <w:tcW w:type="dxa" w:w="3175"/>
            <w:shd w:val="clear" w:color="auto" w:fill="FEEE19"/>
          </w:tcPr>
          <w:p>
            <w:pPr>
              <w:spacing w:after="0"/>
            </w:pPr>
            <w:r>
              <w:rPr>
                <w:b/>
                <w:sz w:val="17"/>
              </w:rPr>
              <w:t>Wert im Testsystem</w:t>
            </w:r>
          </w:p>
        </w:tc>
        <w:tc>
          <w:tcPr>
            <w:tcW w:type="dxa" w:w="4167"/>
            <w:shd w:val="clear" w:color="auto" w:fill="FEEE19"/>
          </w:tcPr>
          <w:p>
            <w:pPr>
              <w:spacing w:after="0"/>
            </w:pPr>
            <w:r>
              <w:rPr>
                <w:b/>
                <w:sz w:val="17"/>
              </w:rPr>
              <w:t>Hinweis</w:t>
            </w:r>
          </w:p>
        </w:tc>
      </w:tr>
      <w:tr>
        <w:tc>
          <w:tcPr>
            <w:tcW w:type="dxa" w:w="2183"/>
          </w:tcPr>
          <w:p>
            <w:pPr>
              <w:spacing w:after="0" w:line="252" w:lineRule="auto"/>
            </w:pPr>
            <w:r>
              <w:rPr>
                <w:b/>
                <w:sz w:val="17"/>
              </w:rPr>
              <w:t>Lagerstandort</w:t>
            </w:r>
          </w:p>
        </w:tc>
        <w:tc>
          <w:tcPr>
            <w:tcW w:type="dxa" w:w="3175"/>
          </w:tcPr>
          <w:p>
            <w:pPr>
              <w:spacing w:after="0" w:line="252" w:lineRule="auto"/>
            </w:pPr>
            <w:r>
              <w:rPr>
                <w:rFonts w:ascii="Consolas" w:hAnsi="Consolas" w:cs="Consolas" w:eastAsia="Consolas"/>
                <w:sz w:val="15"/>
              </w:rPr>
              <w:t>LogiMat</w:t>
            </w:r>
          </w:p>
        </w:tc>
        <w:tc>
          <w:tcPr>
            <w:tcW w:type="dxa" w:w="4167"/>
          </w:tcPr>
          <w:p>
            <w:pPr>
              <w:spacing w:after="0" w:line="252" w:lineRule="auto"/>
            </w:pPr>
          </w:p>
        </w:tc>
      </w:tr>
      <w:tr>
        <w:tc>
          <w:tcPr>
            <w:tcW w:type="dxa" w:w="2183"/>
          </w:tcPr>
          <w:p>
            <w:pPr>
              <w:spacing w:after="0" w:line="252" w:lineRule="auto"/>
            </w:pPr>
            <w:r>
              <w:rPr>
                <w:b/>
                <w:sz w:val="17"/>
              </w:rPr>
              <w:t>Drucker</w:t>
            </w:r>
          </w:p>
        </w:tc>
        <w:tc>
          <w:tcPr>
            <w:tcW w:type="dxa" w:w="3175"/>
          </w:tcPr>
          <w:p>
            <w:pPr>
              <w:spacing w:after="0" w:line="252" w:lineRule="auto"/>
            </w:pPr>
            <w:r>
              <w:rPr>
                <w:rFonts w:ascii="Consolas" w:hAnsi="Consolas" w:cs="Consolas" w:eastAsia="Consolas"/>
                <w:sz w:val="15"/>
              </w:rPr>
              <w:t>TEST_WD_ZD410</w:t>
            </w:r>
          </w:p>
        </w:tc>
        <w:tc>
          <w:tcPr>
            <w:tcW w:type="dxa" w:w="4167"/>
          </w:tcPr>
          <w:p>
            <w:pPr>
              <w:spacing w:after="0" w:line="252" w:lineRule="auto"/>
            </w:pPr>
            <w:r>
              <w:rPr>
                <w:sz w:val="17"/>
              </w:rPr>
              <w:t>Name in WAMAS, frei wählbar</w:t>
            </w:r>
          </w:p>
        </w:tc>
      </w:tr>
      <w:tr>
        <w:tc>
          <w:tcPr>
            <w:tcW w:type="dxa" w:w="2183"/>
          </w:tcPr>
          <w:p>
            <w:pPr>
              <w:spacing w:after="0" w:line="252" w:lineRule="auto"/>
            </w:pPr>
            <w:r>
              <w:rPr>
                <w:b/>
                <w:sz w:val="17"/>
              </w:rPr>
              <w:t>Bezeichnung</w:t>
            </w:r>
          </w:p>
        </w:tc>
        <w:tc>
          <w:tcPr>
            <w:tcW w:type="dxa" w:w="3175"/>
          </w:tcPr>
          <w:p>
            <w:pPr>
              <w:spacing w:after="0" w:line="252" w:lineRule="auto"/>
            </w:pPr>
            <w:r>
              <w:rPr>
                <w:rFonts w:ascii="Consolas" w:hAnsi="Consolas" w:cs="Consolas" w:eastAsia="Consolas"/>
                <w:sz w:val="15"/>
              </w:rPr>
              <w:t>Zebra ZD410 300dpi USB (Test W</w:t>
            </w:r>
          </w:p>
        </w:tc>
        <w:tc>
          <w:tcPr>
            <w:tcW w:type="dxa" w:w="4167"/>
          </w:tcPr>
          <w:p>
            <w:pPr>
              <w:spacing w:after="0" w:line="252" w:lineRule="auto"/>
            </w:pPr>
            <w:r>
              <w:rPr>
                <w:sz w:val="17"/>
              </w:rPr>
              <w:t>max. 30 Zeichen</w:t>
            </w:r>
          </w:p>
        </w:tc>
      </w:tr>
      <w:tr>
        <w:tc>
          <w:tcPr>
            <w:tcW w:type="dxa" w:w="2183"/>
          </w:tcPr>
          <w:p>
            <w:pPr>
              <w:spacing w:after="0" w:line="252" w:lineRule="auto"/>
            </w:pPr>
            <w:r>
              <w:rPr>
                <w:b/>
                <w:sz w:val="17"/>
              </w:rPr>
              <w:t>Druckertyp</w:t>
            </w:r>
          </w:p>
        </w:tc>
        <w:tc>
          <w:tcPr>
            <w:tcW w:type="dxa" w:w="3175"/>
          </w:tcPr>
          <w:p>
            <w:pPr>
              <w:spacing w:after="0" w:line="252" w:lineRule="auto"/>
            </w:pPr>
            <w:r>
              <w:rPr>
                <w:rFonts w:ascii="Consolas" w:hAnsi="Consolas" w:cs="Consolas" w:eastAsia="Consolas"/>
                <w:sz w:val="15"/>
              </w:rPr>
              <w:t>ZPL_300</w:t>
            </w:r>
          </w:p>
        </w:tc>
        <w:tc>
          <w:tcPr>
            <w:tcW w:type="dxa" w:w="4167"/>
          </w:tcPr>
          <w:p>
            <w:pPr>
              <w:spacing w:after="0" w:line="252" w:lineRule="auto"/>
            </w:pPr>
            <w:r>
              <w:rPr>
                <w:sz w:val="17"/>
              </w:rPr>
              <w:t>muss zum Layout passen (300 dpi)</w:t>
            </w:r>
          </w:p>
        </w:tc>
      </w:tr>
      <w:tr>
        <w:tc>
          <w:tcPr>
            <w:tcW w:type="dxa" w:w="2183"/>
          </w:tcPr>
          <w:p>
            <w:pPr>
              <w:spacing w:after="0" w:line="252" w:lineRule="auto"/>
            </w:pPr>
            <w:r>
              <w:rPr>
                <w:b/>
                <w:sz w:val="17"/>
              </w:rPr>
              <w:t>Kurzkennung</w:t>
            </w:r>
          </w:p>
        </w:tc>
        <w:tc>
          <w:tcPr>
            <w:tcW w:type="dxa" w:w="3175"/>
          </w:tcPr>
          <w:p>
            <w:pPr>
              <w:spacing w:after="0" w:line="252" w:lineRule="auto"/>
            </w:pPr>
            <w:r>
              <w:rPr>
                <w:rFonts w:ascii="Consolas" w:hAnsi="Consolas" w:cs="Consolas" w:eastAsia="Consolas"/>
                <w:sz w:val="15"/>
              </w:rPr>
              <w:t>TWZD</w:t>
            </w:r>
          </w:p>
        </w:tc>
        <w:tc>
          <w:tcPr>
            <w:tcW w:type="dxa" w:w="4167"/>
          </w:tcPr>
          <w:p>
            <w:pPr>
              <w:spacing w:after="0" w:line="252" w:lineRule="auto"/>
            </w:pPr>
            <w:r>
              <w:rPr>
                <w:sz w:val="17"/>
              </w:rPr>
              <w:t>für die Druckerwahl per Barcode</w:t>
            </w:r>
          </w:p>
        </w:tc>
      </w:tr>
      <w:tr>
        <w:tc>
          <w:tcPr>
            <w:tcW w:type="dxa" w:w="2183"/>
          </w:tcPr>
          <w:p>
            <w:pPr>
              <w:spacing w:after="0" w:line="252" w:lineRule="auto"/>
            </w:pPr>
            <w:r>
              <w:rPr>
                <w:b/>
                <w:sz w:val="17"/>
              </w:rPr>
              <w:t>Drucksystem ID</w:t>
            </w:r>
          </w:p>
        </w:tc>
        <w:tc>
          <w:tcPr>
            <w:tcW w:type="dxa" w:w="3175"/>
          </w:tcPr>
          <w:p>
            <w:pPr>
              <w:spacing w:after="0" w:line="252" w:lineRule="auto"/>
            </w:pPr>
            <w:r>
              <w:rPr>
                <w:rFonts w:ascii="Consolas" w:hAnsi="Consolas" w:cs="Consolas" w:eastAsia="Consolas"/>
                <w:sz w:val="15"/>
              </w:rPr>
              <w:t>ZD410</w:t>
            </w:r>
          </w:p>
        </w:tc>
        <w:tc>
          <w:tcPr>
            <w:tcW w:type="dxa" w:w="4167"/>
          </w:tcPr>
          <w:p>
            <w:pPr>
              <w:spacing w:after="0" w:line="252" w:lineRule="auto"/>
            </w:pPr>
            <w:r>
              <w:rPr>
                <w:sz w:val="17"/>
              </w:rPr>
              <w:t xml:space="preserve">= Hostname </w:t>
            </w:r>
            <w:r>
              <w:rPr>
                <w:b/>
                <w:sz w:val="17"/>
              </w:rPr>
              <w:t>und</w:t>
            </w:r>
            <w:r>
              <w:rPr>
                <w:sz w:val="17"/>
              </w:rPr>
              <w:t xml:space="preserve"> Freigabename (Kap. 2.1)</w:t>
            </w:r>
          </w:p>
        </w:tc>
      </w:tr>
      <w:tr>
        <w:tc>
          <w:tcPr>
            <w:tcW w:type="dxa" w:w="2183"/>
          </w:tcPr>
          <w:p>
            <w:pPr>
              <w:spacing w:after="0" w:line="252" w:lineRule="auto"/>
            </w:pPr>
            <w:r>
              <w:rPr>
                <w:b/>
                <w:sz w:val="17"/>
              </w:rPr>
              <w:t>Druckerreihenfolge</w:t>
            </w:r>
          </w:p>
        </w:tc>
        <w:tc>
          <w:tcPr>
            <w:tcW w:type="dxa" w:w="3175"/>
          </w:tcPr>
          <w:p>
            <w:pPr>
              <w:spacing w:after="0" w:line="252" w:lineRule="auto"/>
            </w:pPr>
            <w:r>
              <w:rPr>
                <w:rFonts w:ascii="Consolas" w:hAnsi="Consolas" w:cs="Consolas" w:eastAsia="Consolas"/>
                <w:sz w:val="15"/>
              </w:rPr>
              <w:t>0</w:t>
            </w:r>
          </w:p>
        </w:tc>
        <w:tc>
          <w:tcPr>
            <w:tcW w:type="dxa" w:w="4167"/>
          </w:tcPr>
          <w:p>
            <w:pPr>
              <w:spacing w:after="0" w:line="252" w:lineRule="auto"/>
            </w:pPr>
            <w:r>
              <w:rPr>
                <w:sz w:val="17"/>
              </w:rPr>
              <w:t>niedriger Wert = bevorzugt</w:t>
            </w:r>
          </w:p>
        </w:tc>
      </w:tr>
      <w:tr>
        <w:tc>
          <w:tcPr>
            <w:tcW w:type="dxa" w:w="2183"/>
          </w:tcPr>
          <w:p>
            <w:pPr>
              <w:spacing w:after="0" w:line="252" w:lineRule="auto"/>
            </w:pPr>
            <w:r>
              <w:rPr>
                <w:b/>
                <w:sz w:val="17"/>
              </w:rPr>
              <w:t>Standard</w:t>
            </w:r>
          </w:p>
        </w:tc>
        <w:tc>
          <w:tcPr>
            <w:tcW w:type="dxa" w:w="3175"/>
          </w:tcPr>
          <w:p>
            <w:pPr>
              <w:spacing w:after="0" w:line="252" w:lineRule="auto"/>
            </w:pPr>
            <w:r>
              <w:rPr>
                <w:sz w:val="17"/>
              </w:rPr>
              <w:t>nein</w:t>
            </w:r>
          </w:p>
        </w:tc>
        <w:tc>
          <w:tcPr>
            <w:tcW w:type="dxa" w:w="4167"/>
          </w:tcPr>
          <w:p>
            <w:pPr>
              <w:spacing w:after="0" w:line="252" w:lineRule="auto"/>
            </w:pPr>
          </w:p>
        </w:tc>
      </w:tr>
      <w:tr>
        <w:tc>
          <w:tcPr>
            <w:tcW w:type="dxa" w:w="2183"/>
          </w:tcPr>
          <w:p>
            <w:pPr>
              <w:spacing w:after="0" w:line="252" w:lineRule="auto"/>
            </w:pPr>
            <w:r>
              <w:rPr>
                <w:b/>
                <w:sz w:val="17"/>
              </w:rPr>
              <w:t>Stammdatenstatus</w:t>
            </w:r>
          </w:p>
        </w:tc>
        <w:tc>
          <w:tcPr>
            <w:tcW w:type="dxa" w:w="3175"/>
          </w:tcPr>
          <w:p>
            <w:pPr>
              <w:spacing w:after="0" w:line="252" w:lineRule="auto"/>
            </w:pPr>
            <w:r>
              <w:rPr>
                <w:sz w:val="17"/>
              </w:rPr>
              <w:t>Normal</w:t>
            </w:r>
          </w:p>
        </w:tc>
        <w:tc>
          <w:tcPr>
            <w:tcW w:type="dxa" w:w="4167"/>
          </w:tcPr>
          <w:p>
            <w:pPr>
              <w:spacing w:after="0" w:line="252" w:lineRule="auto"/>
            </w:pPr>
          </w:p>
        </w:tc>
      </w:tr>
    </w:tbl>
    <w:p>
      <w:pPr>
        <w:pStyle w:val="BeschriftungSSI"/>
      </w:pPr>
      <w:r>
        <w:t>Tab. 7: RM011 Drucker TEST_WD_ZD410 (Endstand 17.10. 23:57)</w:t>
      </w:r>
    </w:p>
    <w:p>
      <w:pPr>
        <w:keepNext/>
      </w:pPr>
      <w:r>
        <w:drawing>
          <wp:inline xmlns:a="http://schemas.openxmlformats.org/drawingml/2006/main" xmlns:pic="http://schemas.openxmlformats.org/drawingml/2006/picture">
            <wp:extent cx="5580000" cy="466453"/>
            <wp:docPr id="106" name="Picture 106"/>
            <wp:cNvGraphicFramePr>
              <a:graphicFrameLocks noChangeAspect="1"/>
            </wp:cNvGraphicFramePr>
            <a:graphic>
              <a:graphicData uri="http://schemas.openxmlformats.org/drawingml/2006/picture">
                <pic:pic>
                  <pic:nvPicPr>
                    <pic:cNvPr id="0" name="d1_rm011.png"/>
                    <pic:cNvPicPr/>
                  </pic:nvPicPr>
                  <pic:blipFill>
                    <a:blip r:embed="rId16"/>
                    <a:stretch>
                      <a:fillRect/>
                    </a:stretch>
                  </pic:blipFill>
                  <pic:spPr>
                    <a:xfrm>
                      <a:off x="0" y="0"/>
                      <a:ext cx="5580000" cy="466453"/>
                    </a:xfrm>
                    <a:prstGeom prst="rect"/>
                  </pic:spPr>
                </pic:pic>
              </a:graphicData>
            </a:graphic>
          </wp:inline>
        </w:drawing>
      </w:r>
    </w:p>
    <w:p>
      <w:pPr>
        <w:pStyle w:val="BeschriftungSSI"/>
      </w:pPr>
      <w:r>
        <w:t>Abb. 12: RM011 nach dem ersten Speichern (22:26). Die markierte Drucksystem ID war zuerst der Windows-Druckername, dann 192.168.0.70:ZD410. Beides ist falsch, richtig ist ZD410.</w:t>
      </w:r>
    </w:p>
    <w:p>
      <w:r>
        <w:t>Im Kontextmenü von RM011 gibt es keinen Testdruck.</w:t>
      </w:r>
    </w:p>
    <w:p>
      <w:pPr>
        <w:pStyle w:val="Quelle"/>
      </w:pPr>
      <w:r>
        <w:rPr>
          <w:b/>
        </w:rPr>
        <w:t xml:space="preserve">Quelle: </w:t>
      </w:r>
      <w:r>
        <w:rPr>
          <w:sz w:val="17"/>
        </w:rPr>
        <w:t>PP 22:25, ~22:38, ~23:57; TL 22:25; Screenshot 17.10. 22:26</w:t>
      </w:r>
    </w:p>
    <w:p>
      <w:pPr>
        <w:pStyle w:val="Heading2"/>
      </w:pPr>
      <w:r>
        <w:t>5.4 RM017 Druckerortzuordnung anlegen</w:t>
      </w:r>
    </w:p>
    <w:p>
      <w:pPr>
        <w:tabs>
          <w:tab w:pos="425" w:val="left"/>
        </w:tabs>
        <w:spacing w:after="60"/>
        <w:ind w:left="425" w:hanging="425"/>
      </w:pPr>
      <w:r>
        <w:rPr>
          <w:b/>
        </w:rPr>
        <w:t>1.</w:t>
        <w:tab/>
      </w:r>
      <w:r>
        <w:rPr>
          <w:b/>
        </w:rPr>
        <w:t>RM017 Druckerortzuordnung pflegen</w:t>
      </w:r>
      <w:r>
        <w:t xml:space="preserve"> → </w:t>
      </w:r>
      <w:r>
        <w:rPr>
          <w:b/>
        </w:rPr>
        <w:t>Datensatz anlegen</w:t>
      </w:r>
      <w:r>
        <w:t>.</w:t>
      </w:r>
    </w:p>
    <w:p>
      <w:pPr>
        <w:tabs>
          <w:tab w:pos="425" w:val="left"/>
        </w:tabs>
        <w:spacing w:after="60"/>
        <w:ind w:left="425" w:hanging="425"/>
      </w:pPr>
      <w:r>
        <w:rPr>
          <w:b/>
        </w:rPr>
        <w:t>2.</w:t>
        <w:tab/>
      </w:r>
      <w:r>
        <w:rPr>
          <w:b/>
        </w:rPr>
        <w:t>Lagerstandort</w:t>
      </w:r>
      <w:r>
        <w:t xml:space="preserve"> </w:t>
      </w:r>
      <w:r>
        <w:rPr>
          <w:rFonts w:ascii="Consolas" w:hAnsi="Consolas" w:cs="Consolas" w:eastAsia="Consolas"/>
          <w:sz w:val="18"/>
        </w:rPr>
        <w:t>LogiMat</w:t>
      </w:r>
      <w:r>
        <w:t xml:space="preserve">, alle Bereichsfelder </w:t>
      </w:r>
      <w:r>
        <w:rPr>
          <w:rFonts w:ascii="Consolas" w:hAnsi="Consolas" w:cs="Consolas" w:eastAsia="Consolas"/>
          <w:sz w:val="18"/>
        </w:rPr>
        <w:t>*</w:t>
      </w:r>
      <w:r>
        <w:t xml:space="preserve">, </w:t>
      </w:r>
      <w:r>
        <w:rPr>
          <w:b/>
        </w:rPr>
        <w:t>Terminal</w:t>
      </w:r>
      <w:r>
        <w:t xml:space="preserve"> leer, </w:t>
      </w:r>
      <w:r>
        <w:rPr>
          <w:b/>
        </w:rPr>
        <w:t>Drucker</w:t>
      </w:r>
      <w:r>
        <w:t xml:space="preserve"> </w:t>
      </w:r>
      <w:r>
        <w:rPr>
          <w:rFonts w:ascii="Consolas" w:hAnsi="Consolas" w:cs="Consolas" w:eastAsia="Consolas"/>
          <w:sz w:val="18"/>
        </w:rPr>
        <w:t>TEST_WD_ZD410</w:t>
      </w:r>
      <w:r>
        <w:t xml:space="preserve"> → </w:t>
      </w:r>
      <w:r>
        <w:rPr>
          <w:b/>
        </w:rPr>
        <w:t>Speichern</w:t>
      </w:r>
      <w:r>
        <w:t>.</w:t>
      </w:r>
    </w:p>
    <w:p>
      <w:r>
        <w:t>Ohne Druckerortzuordnung gibt es keinen Standarddrucker, und automatische Prozesse drucken nicht.</w:t>
      </w:r>
    </w:p>
    <w:p>
      <w:pPr>
        <w:keepNext/>
      </w:pPr>
      <w:r>
        <w:drawing>
          <wp:inline xmlns:a="http://schemas.openxmlformats.org/drawingml/2006/main" xmlns:pic="http://schemas.openxmlformats.org/drawingml/2006/picture">
            <wp:extent cx="5580000" cy="401062"/>
            <wp:docPr id="107" name="Picture 107"/>
            <wp:cNvGraphicFramePr>
              <a:graphicFrameLocks noChangeAspect="1"/>
            </wp:cNvGraphicFramePr>
            <a:graphic>
              <a:graphicData uri="http://schemas.openxmlformats.org/drawingml/2006/picture">
                <pic:pic>
                  <pic:nvPicPr>
                    <pic:cNvPr id="0" name="d1_rm017.png"/>
                    <pic:cNvPicPr/>
                  </pic:nvPicPr>
                  <pic:blipFill>
                    <a:blip r:embed="rId17"/>
                    <a:stretch>
                      <a:fillRect/>
                    </a:stretch>
                  </pic:blipFill>
                  <pic:spPr>
                    <a:xfrm>
                      <a:off x="0" y="0"/>
                      <a:ext cx="5580000" cy="401062"/>
                    </a:xfrm>
                    <a:prstGeom prst="rect"/>
                  </pic:spPr>
                </pic:pic>
              </a:graphicData>
            </a:graphic>
          </wp:inline>
        </w:drawing>
      </w:r>
    </w:p>
    <w:p>
      <w:pPr>
        <w:pStyle w:val="BeschriftungSSI"/>
      </w:pPr>
      <w:r>
        <w:t>Abb. 13: RM017 – Zuordnung LogiMat → TEST_WD_ZD410, alle Bereiche *</w:t>
      </w:r>
    </w:p>
    <w:p>
      <w:pPr>
        <w:pStyle w:val="Quelle"/>
      </w:pPr>
      <w:r>
        <w:rPr>
          <w:b/>
        </w:rPr>
        <w:t xml:space="preserve">Quelle: </w:t>
      </w:r>
      <w:r>
        <w:rPr>
          <w:sz w:val="17"/>
        </w:rPr>
        <w:t>PP ~22:38; DR Kap. 2.4 (AH28 S. 144, 148); Screenshot 17.10. 22:36</w:t>
      </w:r>
    </w:p>
    <w:p>
      <w:pPr>
        <w:pStyle w:val="Heading2"/>
      </w:pPr>
      <w:r>
        <w:t>5.5 RM003 Layout wählen (ZPL II, 300 dpi)</w:t>
      </w:r>
    </w:p>
    <w:p>
      <w:r>
        <w:t xml:space="preserve">Für den Artikel-Etikettendruck wurde das Layout </w:t>
      </w:r>
      <w:r>
        <w:rPr>
          <w:b/>
        </w:rPr>
        <w:t>534</w:t>
      </w:r>
      <w:r>
        <w:t xml:space="preserve"> </w:t>
      </w:r>
      <w:r>
        <w:rPr>
          <w:rFonts w:ascii="Consolas" w:hAnsi="Consolas" w:cs="Consolas" w:eastAsia="Consolas"/>
          <w:sz w:val="18"/>
        </w:rPr>
        <w:t>ITEM_LABEL_300_2X1</w:t>
      </w:r>
      <w:r>
        <w:t xml:space="preserve"> verwendet (Datei </w:t>
      </w:r>
      <w:r>
        <w:rPr>
          <w:rFonts w:ascii="Consolas" w:hAnsi="Consolas" w:cs="Consolas" w:eastAsia="Consolas"/>
          <w:sz w:val="18"/>
        </w:rPr>
        <w:t>itemlabel.300.2x1.zpl</w:t>
      </w:r>
      <w:r>
        <w:t xml:space="preserve">, Format ZPL II, </w:t>
      </w:r>
      <w:r>
        <w:rPr>
          <w:b/>
        </w:rPr>
        <w:t>Small Label</w:t>
      </w:r>
      <w:r>
        <w:t xml:space="preserve">, 300 dpi, Konfiguration </w:t>
      </w:r>
      <w:r>
        <w:rPr>
          <w:rFonts w:ascii="Consolas" w:hAnsi="Consolas" w:cs="Consolas" w:eastAsia="Consolas"/>
          <w:sz w:val="18"/>
        </w:rPr>
        <w:t>Item label, ZPL 300, small</w:t>
      </w:r>
      <w:r>
        <w:t>). Die 203-dpi-Layouts sind am ZD410 nicht wählbar.</w:t>
      </w:r>
    </w:p>
    <w:p>
      <w:pPr>
        <w:keepNext/>
      </w:pPr>
      <w:r>
        <w:drawing>
          <wp:inline xmlns:a="http://schemas.openxmlformats.org/drawingml/2006/main" xmlns:pic="http://schemas.openxmlformats.org/drawingml/2006/picture">
            <wp:extent cx="5400000" cy="2321194"/>
            <wp:docPr id="108" name="Picture 108"/>
            <wp:cNvGraphicFramePr>
              <a:graphicFrameLocks noChangeAspect="1"/>
            </wp:cNvGraphicFramePr>
            <a:graphic>
              <a:graphicData uri="http://schemas.openxmlformats.org/drawingml/2006/picture">
                <pic:pic>
                  <pic:nvPicPr>
                    <pic:cNvPr id="0" name="d1_rm003.png"/>
                    <pic:cNvPicPr/>
                  </pic:nvPicPr>
                  <pic:blipFill>
                    <a:blip r:embed="rId18"/>
                    <a:stretch>
                      <a:fillRect/>
                    </a:stretch>
                  </pic:blipFill>
                  <pic:spPr>
                    <a:xfrm>
                      <a:off x="0" y="0"/>
                      <a:ext cx="5400000" cy="2321194"/>
                    </a:xfrm>
                    <a:prstGeom prst="rect"/>
                  </pic:spPr>
                </pic:pic>
              </a:graphicData>
            </a:graphic>
          </wp:inline>
        </w:drawing>
      </w:r>
    </w:p>
    <w:p>
      <w:pPr>
        <w:pStyle w:val="BeschriftungSSI"/>
      </w:pPr>
      <w:r>
        <w:t>Abb. 14: RM003 – Layouts mit Layoutformat ZPL II, Auflösung 300 dpi und Seitengröße Small Label bzw. Large Label</w:t>
      </w:r>
    </w:p>
    <w:p>
      <w:r>
        <w:t>Welche Layouts auf 57 × 51 mm passen, steht in Kap. 9 (offen).</w:t>
      </w:r>
    </w:p>
    <w:p>
      <w:pPr>
        <w:pStyle w:val="Quelle"/>
      </w:pPr>
      <w:r>
        <w:rPr>
          <w:b/>
        </w:rPr>
        <w:t xml:space="preserve">Quelle: </w:t>
      </w:r>
      <w:r>
        <w:rPr>
          <w:sz w:val="17"/>
        </w:rPr>
        <w:t>ZI Kap. 1, 4; Screenshot 17.10. 16:23</w:t>
      </w:r>
    </w:p>
    <w:p>
      <w:pPr>
        <w:pStyle w:val="Heading2"/>
      </w:pPr>
      <w:r>
        <w:t>5.6 RM010 Zuordnung: welche Konfiguration der Druck nimmt</w:t>
      </w:r>
    </w:p>
    <w:p>
      <w:r>
        <w:t>Das wichtigste Ergebnis der Tests:</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RM100 nimmt die erste kriterienlose Zeile</w:t>
            </w:r>
          </w:p>
          <w:p>
            <w:pPr>
              <w:spacing w:after="40"/>
            </w:pPr>
            <w:r>
              <w:rPr>
                <w:sz w:val="19"/>
              </w:rPr>
              <w:t xml:space="preserve">Beim manuellen Druck (MD001 → MD052 → RM100) nimmt WAMAS die </w:t>
            </w:r>
            <w:r>
              <w:rPr>
                <w:b/>
                <w:sz w:val="19"/>
              </w:rPr>
              <w:t>erste Zuordnung ohne Kriterien (alle Felder `*`) nach Zeilennummer</w:t>
            </w:r>
            <w:r>
              <w:rPr>
                <w:sz w:val="19"/>
              </w:rPr>
              <w:t xml:space="preserve"> für den Dokumenttyp. Das Häkchen </w:t>
            </w:r>
            <w:r>
              <w:rPr>
                <w:b/>
                <w:sz w:val="19"/>
              </w:rPr>
              <w:t>Aktiviert</w:t>
            </w:r>
            <w:r>
              <w:rPr>
                <w:sz w:val="19"/>
              </w:rPr>
              <w:t xml:space="preserve"> wird dabei </w:t>
            </w:r>
            <w:r>
              <w:rPr>
                <w:b/>
                <w:sz w:val="19"/>
              </w:rPr>
              <w:t>ignoriert</w:t>
            </w:r>
            <w:r>
              <w:rPr>
                <w:sz w:val="19"/>
              </w:rPr>
              <w:t xml:space="preserve">. Zuordnungen mit Kriterien (z. B. Klient </w:t>
            </w:r>
            <w:r>
              <w:rPr>
                <w:rFonts w:ascii="Consolas" w:hAnsi="Consolas" w:cs="Consolas" w:eastAsia="Consolas"/>
                <w:sz w:val="17"/>
              </w:rPr>
              <w:t>DEFAULT</w:t>
            </w:r>
            <w:r>
              <w:rPr>
                <w:sz w:val="19"/>
              </w:rPr>
              <w:t xml:space="preserve">, Lagerstandort </w:t>
            </w:r>
            <w:r>
              <w:rPr>
                <w:rFonts w:ascii="Consolas" w:hAnsi="Consolas" w:cs="Consolas" w:eastAsia="Consolas"/>
                <w:sz w:val="17"/>
              </w:rPr>
              <w:t>LogiMat</w:t>
            </w:r>
            <w:r>
              <w:rPr>
                <w:sz w:val="19"/>
              </w:rPr>
              <w:t xml:space="preserve">) wirken in RM100 nicht. Der Nachdruck aus RM018 beachtet </w:t>
            </w:r>
            <w:r>
              <w:rPr>
                <w:b/>
                <w:sz w:val="19"/>
              </w:rPr>
              <w:t>Aktiviert</w:t>
            </w:r>
            <w:r>
              <w:rPr>
                <w:sz w:val="19"/>
              </w:rPr>
              <w:t xml:space="preserve"> dagegen.</w:t>
            </w:r>
          </w:p>
        </w:tc>
      </w:tr>
    </w:tbl>
    <w:p>
      <w:pPr>
        <w:spacing w:after="40"/>
      </w:pPr>
    </w:p>
    <w:p>
      <w:r>
        <w:t>Für das Artikeletikett (</w:t>
      </w:r>
      <w:r>
        <w:rPr>
          <w:rFonts w:ascii="Consolas" w:hAnsi="Consolas" w:cs="Consolas" w:eastAsia="Consolas"/>
          <w:sz w:val="18"/>
        </w:rPr>
        <w:t>ITEM_LABEL</w:t>
      </w:r>
      <w:r>
        <w:t xml:space="preserve">) ist die erste kriterienlose Zeile die Zeile </w:t>
      </w:r>
      <w:r>
        <w:rPr>
          <w:b/>
        </w:rPr>
        <w:t>4</w:t>
      </w:r>
      <w:r>
        <w:t>. Damit RM100 die ZPL-Konfiguration nimmt, wurden die Standardzeilen 4 und 8 getauscht (mit Mareks Freigabe):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773"/>
        <w:gridCol w:w="3135"/>
        <w:gridCol w:w="3617"/>
      </w:tblGrid>
      <w:tr>
        <w:trPr>
          <w:tblHeader w:val="true"/>
        </w:trPr>
        <w:tc>
          <w:tcPr>
            <w:tcW w:type="dxa" w:w="2773"/>
            <w:shd w:val="clear" w:color="auto" w:fill="FEEE19"/>
          </w:tcPr>
          <w:p>
            <w:pPr>
              <w:spacing w:after="0"/>
            </w:pPr>
            <w:r>
              <w:rPr>
                <w:b/>
                <w:sz w:val="17"/>
              </w:rPr>
              <w:t>Zeile</w:t>
            </w:r>
          </w:p>
        </w:tc>
        <w:tc>
          <w:tcPr>
            <w:tcW w:type="dxa" w:w="3135"/>
            <w:shd w:val="clear" w:color="auto" w:fill="FEEE19"/>
          </w:tcPr>
          <w:p>
            <w:pPr>
              <w:spacing w:after="0"/>
            </w:pPr>
            <w:r>
              <w:rPr>
                <w:b/>
                <w:sz w:val="17"/>
              </w:rPr>
              <w:t>vorher</w:t>
            </w:r>
          </w:p>
        </w:tc>
        <w:tc>
          <w:tcPr>
            <w:tcW w:type="dxa" w:w="3617"/>
            <w:shd w:val="clear" w:color="auto" w:fill="FEEE19"/>
          </w:tcPr>
          <w:p>
            <w:pPr>
              <w:spacing w:after="0"/>
            </w:pPr>
            <w:r>
              <w:rPr>
                <w:b/>
                <w:sz w:val="17"/>
              </w:rPr>
              <w:t>nachher (17.10. 23:42)</w:t>
            </w:r>
          </w:p>
        </w:tc>
      </w:tr>
      <w:tr>
        <w:tc>
          <w:tcPr>
            <w:tcW w:type="dxa" w:w="2773"/>
          </w:tcPr>
          <w:p>
            <w:pPr>
              <w:spacing w:after="0" w:line="252" w:lineRule="auto"/>
            </w:pPr>
            <w:r>
              <w:rPr>
                <w:sz w:val="17"/>
              </w:rPr>
              <w:t xml:space="preserve">4 (alle </w:t>
            </w:r>
            <w:r>
              <w:rPr>
                <w:rFonts w:ascii="Consolas" w:hAnsi="Consolas" w:cs="Consolas" w:eastAsia="Consolas"/>
                <w:sz w:val="15"/>
              </w:rPr>
              <w:t>*</w:t>
            </w:r>
            <w:r>
              <w:rPr>
                <w:sz w:val="17"/>
              </w:rPr>
              <w:t>)</w:t>
            </w:r>
          </w:p>
        </w:tc>
        <w:tc>
          <w:tcPr>
            <w:tcW w:type="dxa" w:w="3135"/>
          </w:tcPr>
          <w:p>
            <w:pPr>
              <w:spacing w:after="0" w:line="252" w:lineRule="auto"/>
            </w:pPr>
            <w:r>
              <w:rPr>
                <w:rFonts w:ascii="Consolas" w:hAnsi="Consolas" w:cs="Consolas" w:eastAsia="Consolas"/>
                <w:sz w:val="15"/>
              </w:rPr>
              <w:t>Item label</w:t>
            </w:r>
            <w:r>
              <w:rPr>
                <w:sz w:val="17"/>
              </w:rPr>
              <w:t xml:space="preserve"> (HTML/PDF, nur E-Mail-Kanal), aktiviert</w:t>
            </w:r>
          </w:p>
        </w:tc>
        <w:tc>
          <w:tcPr>
            <w:tcW w:type="dxa" w:w="3617"/>
          </w:tcPr>
          <w:p>
            <w:pPr>
              <w:spacing w:after="0" w:line="252" w:lineRule="auto"/>
            </w:pPr>
            <w:r>
              <w:rPr>
                <w:rFonts w:ascii="Consolas" w:hAnsi="Consolas" w:cs="Consolas" w:eastAsia="Consolas"/>
                <w:sz w:val="15"/>
              </w:rPr>
              <w:t>Item label, ZPL 300, small</w:t>
            </w:r>
            <w:r>
              <w:rPr>
                <w:sz w:val="17"/>
              </w:rPr>
              <w:t>, aktiviert</w:t>
            </w:r>
          </w:p>
        </w:tc>
      </w:tr>
      <w:tr>
        <w:tc>
          <w:tcPr>
            <w:tcW w:type="dxa" w:w="2773"/>
          </w:tcPr>
          <w:p>
            <w:pPr>
              <w:spacing w:after="0" w:line="252" w:lineRule="auto"/>
            </w:pPr>
            <w:r>
              <w:rPr>
                <w:sz w:val="17"/>
              </w:rPr>
              <w:t xml:space="preserve">8 (alle </w:t>
            </w:r>
            <w:r>
              <w:rPr>
                <w:rFonts w:ascii="Consolas" w:hAnsi="Consolas" w:cs="Consolas" w:eastAsia="Consolas"/>
                <w:sz w:val="15"/>
              </w:rPr>
              <w:t>*</w:t>
            </w:r>
            <w:r>
              <w:rPr>
                <w:sz w:val="17"/>
              </w:rPr>
              <w:t>)</w:t>
            </w:r>
          </w:p>
        </w:tc>
        <w:tc>
          <w:tcPr>
            <w:tcW w:type="dxa" w:w="3135"/>
          </w:tcPr>
          <w:p>
            <w:pPr>
              <w:spacing w:after="0" w:line="252" w:lineRule="auto"/>
            </w:pPr>
            <w:r>
              <w:rPr>
                <w:rFonts w:ascii="Consolas" w:hAnsi="Consolas" w:cs="Consolas" w:eastAsia="Consolas"/>
                <w:sz w:val="15"/>
              </w:rPr>
              <w:t>Item label, ZPL 300, small</w:t>
            </w:r>
            <w:r>
              <w:rPr>
                <w:sz w:val="17"/>
              </w:rPr>
              <w:t>, nicht aktiviert</w:t>
            </w:r>
          </w:p>
        </w:tc>
        <w:tc>
          <w:tcPr>
            <w:tcW w:type="dxa" w:w="3617"/>
          </w:tcPr>
          <w:p>
            <w:pPr>
              <w:spacing w:after="0" w:line="252" w:lineRule="auto"/>
            </w:pPr>
            <w:r>
              <w:rPr>
                <w:rFonts w:ascii="Consolas" w:hAnsi="Consolas" w:cs="Consolas" w:eastAsia="Consolas"/>
                <w:sz w:val="15"/>
              </w:rPr>
              <w:t>Item label</w:t>
            </w:r>
            <w:r>
              <w:rPr>
                <w:sz w:val="17"/>
              </w:rPr>
              <w:t>, nicht aktiviert</w:t>
            </w:r>
          </w:p>
        </w:tc>
      </w:tr>
      <w:tr>
        <w:tc>
          <w:tcPr>
            <w:tcW w:type="dxa" w:w="2773"/>
          </w:tcPr>
          <w:p>
            <w:pPr>
              <w:spacing w:after="0" w:line="252" w:lineRule="auto"/>
            </w:pPr>
            <w:r>
              <w:rPr>
                <w:sz w:val="17"/>
              </w:rPr>
              <w:t xml:space="preserve">55 (Klient </w:t>
            </w:r>
            <w:r>
              <w:rPr>
                <w:rFonts w:ascii="Consolas" w:hAnsi="Consolas" w:cs="Consolas" w:eastAsia="Consolas"/>
                <w:sz w:val="15"/>
              </w:rPr>
              <w:t>DEFAULT</w:t>
            </w:r>
            <w:r>
              <w:rPr>
                <w:sz w:val="17"/>
              </w:rPr>
              <w:t xml:space="preserve">, Lagerstandort </w:t>
            </w:r>
            <w:r>
              <w:rPr>
                <w:rFonts w:ascii="Consolas" w:hAnsi="Consolas" w:cs="Consolas" w:eastAsia="Consolas"/>
                <w:sz w:val="15"/>
              </w:rPr>
              <w:t>LogiMat</w:t>
            </w:r>
            <w:r>
              <w:rPr>
                <w:sz w:val="17"/>
              </w:rPr>
              <w:t>)</w:t>
            </w:r>
          </w:p>
        </w:tc>
        <w:tc>
          <w:tcPr>
            <w:tcW w:type="dxa" w:w="3135"/>
          </w:tcPr>
          <w:p>
            <w:pPr>
              <w:spacing w:after="0" w:line="252" w:lineRule="auto"/>
            </w:pPr>
            <w:r>
              <w:rPr>
                <w:sz w:val="17"/>
              </w:rPr>
              <w:t xml:space="preserve">neu 22:43: </w:t>
            </w:r>
            <w:r>
              <w:rPr>
                <w:rFonts w:ascii="Consolas" w:hAnsi="Consolas" w:cs="Consolas" w:eastAsia="Consolas"/>
                <w:sz w:val="15"/>
              </w:rPr>
              <w:t>Item label, ZPL 300</w:t>
            </w:r>
          </w:p>
        </w:tc>
        <w:tc>
          <w:tcPr>
            <w:tcW w:type="dxa" w:w="3617"/>
          </w:tcPr>
          <w:p>
            <w:pPr>
              <w:spacing w:after="0" w:line="252" w:lineRule="auto"/>
            </w:pPr>
            <w:r>
              <w:rPr>
                <w:rFonts w:ascii="Consolas" w:hAnsi="Consolas" w:cs="Consolas" w:eastAsia="Consolas"/>
                <w:sz w:val="15"/>
              </w:rPr>
              <w:t>Item label, ZPL 300, small</w:t>
            </w:r>
            <w:r>
              <w:rPr>
                <w:sz w:val="17"/>
              </w:rPr>
              <w:t>, aktiviert (ohne Wirkung in RM100)</w:t>
            </w:r>
          </w:p>
        </w:tc>
      </w:tr>
    </w:tbl>
    <w:p>
      <w:pPr>
        <w:pStyle w:val="BeschriftungSSI"/>
      </w:pPr>
      <w:r>
        <w:t>Tab. 8: Änderungen in RM010 für das Artikeletikett</w:t>
      </w:r>
    </w:p>
    <w:p>
      <w:pPr>
        <w:keepNext/>
      </w:pPr>
      <w:r>
        <w:drawing>
          <wp:inline xmlns:a="http://schemas.openxmlformats.org/drawingml/2006/main" xmlns:pic="http://schemas.openxmlformats.org/drawingml/2006/picture">
            <wp:extent cx="5400000" cy="2708437"/>
            <wp:docPr id="109" name="Picture 109"/>
            <wp:cNvGraphicFramePr>
              <a:graphicFrameLocks noChangeAspect="1"/>
            </wp:cNvGraphicFramePr>
            <a:graphic>
              <a:graphicData uri="http://schemas.openxmlformats.org/drawingml/2006/picture">
                <pic:pic>
                  <pic:nvPicPr>
                    <pic:cNvPr id="0" name="d1_rm010_oben.png"/>
                    <pic:cNvPicPr/>
                  </pic:nvPicPr>
                  <pic:blipFill>
                    <a:blip r:embed="rId19"/>
                    <a:stretch>
                      <a:fillRect/>
                    </a:stretch>
                  </pic:blipFill>
                  <pic:spPr>
                    <a:xfrm>
                      <a:off x="0" y="0"/>
                      <a:ext cx="5400000" cy="2708437"/>
                    </a:xfrm>
                    <a:prstGeom prst="rect"/>
                  </pic:spPr>
                </pic:pic>
              </a:graphicData>
            </a:graphic>
          </wp:inline>
        </w:drawing>
      </w:r>
    </w:p>
    <w:p>
      <w:pPr>
        <w:pStyle w:val="BeschriftungSSI"/>
      </w:pPr>
      <w:r>
        <w:t>Abb. 15: RM010 oben – Zeilen 4 bis 8 für Item label (Stand 23:04, vor dem Tausch)</w:t>
      </w:r>
    </w:p>
    <w:p>
      <w:pPr>
        <w:keepNext/>
      </w:pPr>
      <w:r>
        <w:drawing>
          <wp:inline xmlns:a="http://schemas.openxmlformats.org/drawingml/2006/main" xmlns:pic="http://schemas.openxmlformats.org/drawingml/2006/picture">
            <wp:extent cx="5400000" cy="2708437"/>
            <wp:docPr id="110" name="Picture 110"/>
            <wp:cNvGraphicFramePr>
              <a:graphicFrameLocks noChangeAspect="1"/>
            </wp:cNvGraphicFramePr>
            <a:graphic>
              <a:graphicData uri="http://schemas.openxmlformats.org/drawingml/2006/picture">
                <pic:pic>
                  <pic:nvPicPr>
                    <pic:cNvPr id="0" name="d1_rm010_unten.png"/>
                    <pic:cNvPicPr/>
                  </pic:nvPicPr>
                  <pic:blipFill>
                    <a:blip r:embed="rId20"/>
                    <a:stretch>
                      <a:fillRect/>
                    </a:stretch>
                  </pic:blipFill>
                  <pic:spPr>
                    <a:xfrm>
                      <a:off x="0" y="0"/>
                      <a:ext cx="5400000" cy="2708437"/>
                    </a:xfrm>
                    <a:prstGeom prst="rect"/>
                  </pic:spPr>
                </pic:pic>
              </a:graphicData>
            </a:graphic>
          </wp:inline>
        </w:drawing>
      </w:r>
    </w:p>
    <w:p>
      <w:pPr>
        <w:pStyle w:val="BeschriftungSSI"/>
      </w:pPr>
      <w:r>
        <w:t>Abb. 16: RM010 unten – eigene Zeilen 54/55 mit Kriterien LogiMat/DEFAULT. Sie greifen in RM100 nicht.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Standardzeilen ändern</w:t>
            </w:r>
          </w:p>
          <w:p>
            <w:pPr>
              <w:spacing w:after="40"/>
            </w:pPr>
            <w:r>
              <w:rPr>
                <w:sz w:val="19"/>
              </w:rPr>
              <w:t>Zeilen 1 bis 53 stammen aus dem Standard (Data Stage). Ein Tausch ist eine Standardänderung: nur mit Freigabe, alt/neu protokollieren, Rückbau = zurücktauschen. Zwei Zeilen mit denselben Werten lehnt RM010 ab („Zeilen 55 und 8 dürfen nicht dieselben Werte enthalten“).</w:t>
            </w:r>
          </w:p>
        </w:tc>
      </w:tr>
    </w:tbl>
    <w:p>
      <w:pPr>
        <w:spacing w:after="40"/>
      </w:pPr>
    </w:p>
    <w:p>
      <w:pPr>
        <w:pStyle w:val="Quelle"/>
      </w:pPr>
      <w:r>
        <w:rPr>
          <w:b/>
        </w:rPr>
        <w:t xml:space="preserve">Quelle: </w:t>
      </w:r>
      <w:r>
        <w:rPr>
          <w:sz w:val="17"/>
        </w:rPr>
        <w:t>TL 22:43, 23:20, 23:36, 23:42; PP 22:43–23:42; ZI Kap. 2; Screenshots 17.10. 22:43, 23:04</w:t>
      </w:r>
    </w:p>
    <w:p>
      <w:pPr>
        <w:pStyle w:val="Heading2"/>
      </w:pPr>
      <w:r>
        <w:t>5.7 RM005 Kanal und Sprache der ZPL-Konfiguration</w:t>
      </w:r>
    </w:p>
    <w:p>
      <w:pPr>
        <w:pStyle w:val="ListBullet"/>
      </w:pPr>
      <w:r>
        <w:t xml:space="preserve">Die Konfiguration </w:t>
      </w:r>
      <w:r>
        <w:rPr>
          <w:rFonts w:ascii="Consolas" w:hAnsi="Consolas" w:cs="Consolas" w:eastAsia="Consolas"/>
          <w:sz w:val="18"/>
        </w:rPr>
        <w:t>Item label, ZPL 300, small</w:t>
      </w:r>
      <w:r>
        <w:t xml:space="preserve"> hat einen </w:t>
      </w:r>
      <w:r>
        <w:rPr>
          <w:b/>
        </w:rPr>
        <w:t>Druck-Kanal</w:t>
      </w:r>
      <w:r>
        <w:t xml:space="preserve"> (1 Kopie). Die Standard-Konfiguration </w:t>
      </w:r>
      <w:r>
        <w:rPr>
          <w:rFonts w:ascii="Consolas" w:hAnsi="Consolas" w:cs="Consolas" w:eastAsia="Consolas"/>
          <w:sz w:val="18"/>
        </w:rPr>
        <w:t>Item label</w:t>
      </w:r>
      <w:r>
        <w:t xml:space="preserve"> (PDF) hat </w:t>
      </w:r>
      <w:r>
        <w:rPr>
          <w:b/>
        </w:rPr>
        <w:t>nur einen E-Mail-Kanal</w:t>
      </w:r>
      <w:r>
        <w:t xml:space="preserve">. Deshalb war in RM100 der Druck-Kanal grau, solange Zeile 4 auf </w:t>
      </w:r>
      <w:r>
        <w:rPr>
          <w:rFonts w:ascii="Consolas" w:hAnsi="Consolas" w:cs="Consolas" w:eastAsia="Consolas"/>
          <w:sz w:val="18"/>
        </w:rPr>
        <w:t>Item label</w:t>
      </w:r>
      <w:r>
        <w:t xml:space="preserve"> zeigte (Abb. 22).</w:t>
      </w:r>
    </w:p>
    <w:p>
      <w:pPr>
        <w:pStyle w:val="ListBullet"/>
      </w:pPr>
      <w:r>
        <w:rPr>
          <w:rFonts w:ascii="Consolas" w:hAnsi="Consolas" w:cs="Consolas" w:eastAsia="Consolas"/>
          <w:sz w:val="18"/>
        </w:rPr>
        <w:t>Item label, ZPL 300, small</w:t>
      </w:r>
      <w:r>
        <w:t xml:space="preserve"> hat </w:t>
      </w:r>
      <w:r>
        <w:rPr>
          <w:b/>
        </w:rPr>
        <w:t>nur die Sprache eng-US</w:t>
      </w:r>
      <w:r>
        <w:t>. Die Artikel haben nur deutsche Bezeichnungen (</w:t>
      </w:r>
      <w:r>
        <w:rPr>
          <w:rFonts w:ascii="Consolas" w:hAnsi="Consolas" w:cs="Consolas" w:eastAsia="Consolas"/>
          <w:sz w:val="18"/>
        </w:rPr>
        <w:t>ger</w:t>
      </w:r>
      <w:r>
        <w:t>). Folge: Die Zeile für den Artikeltext bleibt leer (Kap. 7, Abb. 23).</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Etiketten nur in Deutsch (ger)</w:t>
            </w:r>
          </w:p>
          <w:p>
            <w:pPr>
              <w:spacing w:after="40"/>
            </w:pPr>
            <w:r>
              <w:rPr>
                <w:sz w:val="19"/>
              </w:rPr>
              <w:t xml:space="preserve">Für alle Etiketten nur die Sprache </w:t>
            </w:r>
            <w:r>
              <w:rPr>
                <w:rFonts w:ascii="Consolas" w:hAnsi="Consolas" w:cs="Consolas" w:eastAsia="Consolas"/>
                <w:sz w:val="17"/>
              </w:rPr>
              <w:t>ger</w:t>
            </w:r>
            <w:r>
              <w:rPr>
                <w:sz w:val="19"/>
              </w:rPr>
              <w:t xml:space="preserve"> verwenden, nie </w:t>
            </w:r>
            <w:r>
              <w:rPr>
                <w:rFonts w:ascii="Consolas" w:hAnsi="Consolas" w:cs="Consolas" w:eastAsia="Consolas"/>
                <w:sz w:val="17"/>
              </w:rPr>
              <w:t>eng-US</w:t>
            </w:r>
            <w:r>
              <w:rPr>
                <w:sz w:val="19"/>
              </w:rPr>
              <w:t xml:space="preserve">. Hat eine Konfiguration zwei Sprachzeilen, erzeugt RM100 zwei Dokumente (eng-US und ger), beim Etikett also zwei Etiketten. An Standardkonfigurationen ist </w:t>
            </w:r>
            <w:r>
              <w:rPr>
                <w:b/>
                <w:sz w:val="19"/>
              </w:rPr>
              <w:t>Datensatz löschen</w:t>
            </w:r>
            <w:r>
              <w:rPr>
                <w:sz w:val="19"/>
              </w:rPr>
              <w:t xml:space="preserve"> im Reiter </w:t>
            </w:r>
            <w:r>
              <w:rPr>
                <w:b/>
                <w:sz w:val="19"/>
              </w:rPr>
              <w:t>Sprache</w:t>
            </w:r>
            <w:r>
              <w:rPr>
                <w:sz w:val="19"/>
              </w:rPr>
              <w:t xml:space="preserve"> gesperrt.</w:t>
            </w:r>
          </w:p>
        </w:tc>
      </w:tr>
    </w:tbl>
    <w:p>
      <w:pPr>
        <w:spacing w:after="40"/>
      </w:pPr>
    </w:p>
    <w:p>
      <w:r>
        <w:t xml:space="preserve">Vorgehen (Vorschlag, </w:t>
      </w:r>
      <w:r>
        <w:rPr>
          <w:b/>
        </w:rPr>
        <w:t>[im System prüfen]</w:t>
      </w:r>
      <w:r>
        <w:t>):</w:t>
      </w:r>
    </w:p>
    <w:p>
      <w:pPr>
        <w:tabs>
          <w:tab w:pos="425" w:val="left"/>
        </w:tabs>
        <w:spacing w:after="60"/>
        <w:ind w:left="425" w:hanging="425"/>
      </w:pPr>
      <w:r>
        <w:rPr>
          <w:b/>
        </w:rPr>
        <w:t>1.</w:t>
        <w:tab/>
      </w:r>
      <w:r>
        <w:rPr>
          <w:b/>
        </w:rPr>
        <w:t>RM005</w:t>
      </w:r>
      <w:r>
        <w:t xml:space="preserve"> → </w:t>
      </w:r>
      <w:r>
        <w:rPr>
          <w:rFonts w:ascii="Consolas" w:hAnsi="Consolas" w:cs="Consolas" w:eastAsia="Consolas"/>
          <w:sz w:val="18"/>
        </w:rPr>
        <w:t>Item label, ZPL 300, small</w:t>
      </w:r>
      <w:r>
        <w:t xml:space="preserve"> markieren → Kontextmenü </w:t>
      </w:r>
      <w:r>
        <w:rPr>
          <w:b/>
        </w:rPr>
        <w:t>Datensatz duplizieren…</w:t>
      </w:r>
      <w:r>
        <w:t xml:space="preserve"> → Name z. B. </w:t>
      </w:r>
      <w:r>
        <w:rPr>
          <w:rFonts w:ascii="Consolas" w:hAnsi="Consolas" w:cs="Consolas" w:eastAsia="Consolas"/>
          <w:sz w:val="18"/>
        </w:rPr>
        <w:t>Item label, ZPL 300, small, DE</w:t>
      </w:r>
      <w:r>
        <w:t>.</w:t>
      </w:r>
    </w:p>
    <w:p>
      <w:pPr>
        <w:tabs>
          <w:tab w:pos="425" w:val="left"/>
        </w:tabs>
        <w:spacing w:after="60"/>
        <w:ind w:left="425" w:hanging="425"/>
      </w:pPr>
      <w:r>
        <w:rPr>
          <w:b/>
        </w:rPr>
        <w:t>2.</w:t>
        <w:tab/>
      </w:r>
      <w:r>
        <w:t xml:space="preserve">In der Kopie Reiter </w:t>
      </w:r>
      <w:r>
        <w:rPr>
          <w:b/>
        </w:rPr>
        <w:t>Sprache</w:t>
      </w:r>
      <w:r>
        <w:t xml:space="preserve">: Zeile </w:t>
      </w:r>
      <w:r>
        <w:rPr>
          <w:rFonts w:ascii="Consolas" w:hAnsi="Consolas" w:cs="Consolas" w:eastAsia="Consolas"/>
          <w:sz w:val="18"/>
        </w:rPr>
        <w:t>ger</w:t>
      </w:r>
      <w:r>
        <w:t>/</w:t>
      </w:r>
      <w:r>
        <w:rPr>
          <w:rFonts w:ascii="Consolas" w:hAnsi="Consolas" w:cs="Consolas" w:eastAsia="Consolas"/>
          <w:sz w:val="18"/>
        </w:rPr>
        <w:t>ger</w:t>
      </w:r>
      <w:r>
        <w:t xml:space="preserve"> anlegen, Zeile </w:t>
      </w:r>
      <w:r>
        <w:rPr>
          <w:rFonts w:ascii="Consolas" w:hAnsi="Consolas" w:cs="Consolas" w:eastAsia="Consolas"/>
          <w:sz w:val="18"/>
        </w:rPr>
        <w:t>eng-US</w:t>
      </w:r>
      <w:r>
        <w:t xml:space="preserve"> löschen.</w:t>
      </w:r>
    </w:p>
    <w:p>
      <w:pPr>
        <w:tabs>
          <w:tab w:pos="425" w:val="left"/>
        </w:tabs>
        <w:spacing w:after="60"/>
        <w:ind w:left="425" w:hanging="425"/>
      </w:pPr>
      <w:r>
        <w:rPr>
          <w:b/>
        </w:rPr>
        <w:t>3.</w:t>
        <w:tab/>
      </w:r>
      <w:r>
        <w:rPr>
          <w:b/>
        </w:rPr>
        <w:t>RM010</w:t>
      </w:r>
      <w:r>
        <w:t xml:space="preserve"> Zeile 4 auf die Kopie umstellen (erste kriterienlose Zeile, Kap. 5.6).</w:t>
      </w:r>
    </w:p>
    <w:p>
      <w:pPr>
        <w:tabs>
          <w:tab w:pos="425" w:val="left"/>
        </w:tabs>
        <w:spacing w:after="60"/>
        <w:ind w:left="425" w:hanging="425"/>
      </w:pPr>
      <w:r>
        <w:rPr>
          <w:b/>
        </w:rPr>
        <w:t>4.</w:t>
        <w:tab/>
      </w:r>
      <w:r>
        <w:t>Testdruck. Erwartet: ein Etikett mit Artikeltext.</w:t>
      </w:r>
    </w:p>
    <w:p>
      <w:pPr>
        <w:pStyle w:val="Quelle"/>
      </w:pPr>
      <w:r>
        <w:rPr>
          <w:b/>
        </w:rPr>
        <w:t xml:space="preserve">Quelle: </w:t>
      </w:r>
      <w:r>
        <w:rPr>
          <w:sz w:val="17"/>
        </w:rPr>
        <w:t>TL 16:29–16:32, 22:03, 22:40; ZI Kap. 2, 4; KA Kap. 10.3</w:t>
      </w:r>
    </w:p>
    <w:p>
      <w:pPr>
        <w:pStyle w:val="Heading2"/>
      </w:pPr>
      <w:r>
        <w:t>5.8 MD022 Standard-Lagerstandort am Terminal</w:t>
      </w:r>
    </w:p>
    <w:p>
      <w:r>
        <w:t xml:space="preserve">Ohne </w:t>
      </w:r>
      <w:r>
        <w:rPr>
          <w:b/>
        </w:rPr>
        <w:t>Standard-Lagerstandort</w:t>
      </w:r>
      <w:r>
        <w:t xml:space="preserve"> am Terminal zeigt RM100 den Drucker rot an, die Druckerliste ist leer und </w:t>
      </w:r>
      <w:r>
        <w:rPr>
          <w:b/>
        </w:rPr>
        <w:t>Generieren und verteilen</w:t>
      </w:r>
      <w:r>
        <w:t xml:space="preserve"> ist grau.</w:t>
      </w:r>
    </w:p>
    <w:p>
      <w:pPr>
        <w:tabs>
          <w:tab w:pos="425" w:val="left"/>
        </w:tabs>
        <w:spacing w:after="60"/>
        <w:ind w:left="425" w:hanging="425"/>
      </w:pPr>
      <w:r>
        <w:rPr>
          <w:b/>
        </w:rPr>
        <w:t>1.</w:t>
        <w:tab/>
      </w:r>
      <w:r>
        <w:rPr>
          <w:b/>
        </w:rPr>
        <w:t>MD022</w:t>
      </w:r>
      <w:r>
        <w:t xml:space="preserve"> öffnen und das Terminal des Arbeitsplatzes suchen (im Test Terminal </w:t>
      </w:r>
      <w:r>
        <w:rPr>
          <w:b/>
        </w:rPr>
        <w:t>81</w:t>
      </w:r>
      <w:r>
        <w:t>, der PC, von dem aus der Admin-Client bedient wurde).</w:t>
      </w:r>
    </w:p>
    <w:p>
      <w:pPr>
        <w:tabs>
          <w:tab w:pos="425" w:val="left"/>
        </w:tabs>
        <w:spacing w:after="60"/>
        <w:ind w:left="425" w:hanging="425"/>
      </w:pPr>
      <w:r>
        <w:rPr>
          <w:b/>
        </w:rPr>
        <w:t>2.</w:t>
        <w:tab/>
      </w:r>
      <w:r>
        <w:rPr>
          <w:b/>
        </w:rPr>
        <w:t>Standard-Lagerstandort</w:t>
      </w:r>
      <w:r>
        <w:t xml:space="preserve"> = </w:t>
      </w:r>
      <w:r>
        <w:rPr>
          <w:rFonts w:ascii="Consolas" w:hAnsi="Consolas" w:cs="Consolas" w:eastAsia="Consolas"/>
          <w:sz w:val="18"/>
        </w:rPr>
        <w:t>LogiMat</w:t>
      </w:r>
      <w:r>
        <w:t xml:space="preserve"> → </w:t>
      </w:r>
      <w:r>
        <w:rPr>
          <w:b/>
        </w:rPr>
        <w:t>Speichern</w:t>
      </w:r>
      <w:r>
        <w:t>.</w:t>
      </w:r>
    </w:p>
    <w:p>
      <w:pPr>
        <w:tabs>
          <w:tab w:pos="425" w:val="left"/>
        </w:tabs>
        <w:spacing w:after="60"/>
        <w:ind w:left="425" w:hanging="425"/>
      </w:pPr>
      <w:r>
        <w:rPr>
          <w:b/>
        </w:rPr>
        <w:t>3.</w:t>
        <w:tab/>
      </w:r>
      <w:r>
        <w:t xml:space="preserve">RM100 neu öffnen. Der Drucker </w:t>
      </w:r>
      <w:r>
        <w:rPr>
          <w:rFonts w:ascii="Consolas" w:hAnsi="Consolas" w:cs="Consolas" w:eastAsia="Consolas"/>
          <w:sz w:val="18"/>
        </w:rPr>
        <w:t>TEST_WD_ZD410</w:t>
      </w:r>
      <w:r>
        <w:t xml:space="preserve"> ist jetzt wählbar.</w:t>
      </w:r>
    </w:p>
    <w:p>
      <w:r>
        <w:t xml:space="preserve">Das gilt für </w:t>
      </w:r>
      <w:r>
        <w:rPr>
          <w:b/>
        </w:rPr>
        <w:t>jedes Terminal</w:t>
      </w:r>
      <w:r>
        <w:t xml:space="preserve">, von dem aus gedruckt wird. Ob Touch-Terminals den Eintrag ebenfalls brauchen: </w:t>
      </w:r>
      <w:r>
        <w:rPr>
          <w:b/>
        </w:rPr>
        <w:t>[im System prüfen]</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b/>
                <w:sz w:val="19"/>
              </w:rPr>
              <w:t>MD022</w:t>
            </w:r>
            <w:r>
              <w:rPr>
                <w:sz w:val="19"/>
              </w:rPr>
              <w:t xml:space="preserve"> mit Terminal 81 und Standard-Lagerstandort </w:t>
            </w:r>
            <w:r>
              <w:rPr>
                <w:rFonts w:ascii="Consolas" w:hAnsi="Consolas" w:cs="Consolas" w:eastAsia="Consolas"/>
                <w:sz w:val="17"/>
              </w:rPr>
              <w:t>LogiMat</w:t>
            </w:r>
            <w:r>
              <w:rPr>
                <w:sz w:val="19"/>
              </w:rPr>
              <w:t xml:space="preserve"> (Aufnahme 23:48 fehlt, die Bildschirmaufnahme endete 23:06).</w:t>
            </w:r>
          </w:p>
        </w:tc>
      </w:tr>
    </w:tbl>
    <w:p>
      <w:pPr>
        <w:spacing w:after="40"/>
      </w:pPr>
    </w:p>
    <w:p>
      <w:pPr>
        <w:pStyle w:val="Quelle"/>
      </w:pPr>
      <w:r>
        <w:rPr>
          <w:b/>
        </w:rPr>
        <w:t xml:space="preserve">Quelle: </w:t>
      </w:r>
      <w:r>
        <w:rPr>
          <w:sz w:val="17"/>
        </w:rPr>
        <w:t>TL 23:42, 23:49; PP ~23:48</w:t>
      </w:r>
    </w:p>
    <w:p>
      <w:pPr>
        <w:pStyle w:val="Heading1"/>
      </w:pPr>
      <w:r>
        <w:t>6 Drucken und kontrollieren</w:t>
      </w:r>
    </w:p>
    <w:p>
      <w:pPr>
        <w:pStyle w:val="Heading2"/>
      </w:pPr>
      <w:r>
        <w:t>6.1 Artikeletikett manuell drucken (Desktop)</w:t>
      </w:r>
    </w:p>
    <w:p>
      <w:pPr>
        <w:tabs>
          <w:tab w:pos="425" w:val="left"/>
        </w:tabs>
        <w:spacing w:after="60"/>
        <w:ind w:left="425" w:hanging="425"/>
      </w:pPr>
      <w:r>
        <w:rPr>
          <w:b/>
        </w:rPr>
        <w:t>1.</w:t>
        <w:tab/>
      </w:r>
      <w:r>
        <w:rPr>
          <w:b/>
        </w:rPr>
        <w:t>MD001 Übersicht Artikel</w:t>
      </w:r>
      <w:r>
        <w:t xml:space="preserve"> → Artikel suchen (Test: Klient </w:t>
      </w:r>
      <w:r>
        <w:rPr>
          <w:rFonts w:ascii="Consolas" w:hAnsi="Consolas" w:cs="Consolas" w:eastAsia="Consolas"/>
          <w:sz w:val="18"/>
        </w:rPr>
        <w:t>DEFAULT</w:t>
      </w:r>
      <w:r>
        <w:t xml:space="preserve">, Artikel </w:t>
      </w:r>
      <w:r>
        <w:rPr>
          <w:rFonts w:ascii="Consolas" w:hAnsi="Consolas" w:cs="Consolas" w:eastAsia="Consolas"/>
          <w:sz w:val="18"/>
        </w:rPr>
        <w:t>4802</w:t>
      </w:r>
      <w:r>
        <w:t xml:space="preserve">, Variante </w:t>
      </w:r>
      <w:r>
        <w:rPr>
          <w:rFonts w:ascii="Consolas" w:hAnsi="Consolas" w:cs="Consolas" w:eastAsia="Consolas"/>
          <w:sz w:val="18"/>
        </w:rPr>
        <w:t>00000</w:t>
      </w:r>
      <w:r>
        <w:t>).</w:t>
      </w:r>
    </w:p>
    <w:p>
      <w:pPr>
        <w:tabs>
          <w:tab w:pos="425" w:val="left"/>
        </w:tabs>
        <w:spacing w:after="60"/>
        <w:ind w:left="425" w:hanging="425"/>
      </w:pPr>
      <w:r>
        <w:rPr>
          <w:b/>
        </w:rPr>
        <w:t>2.</w:t>
        <w:tab/>
      </w:r>
      <w:r>
        <w:t xml:space="preserve">Kontextmenü </w:t>
      </w:r>
      <w:r>
        <w:rPr>
          <w:b/>
        </w:rPr>
        <w:t>Artikeletikett drucken</w:t>
      </w:r>
      <w:r>
        <w:t xml:space="preserve"> → </w:t>
      </w:r>
      <w:r>
        <w:rPr>
          <w:b/>
        </w:rPr>
        <w:t>MD052</w:t>
      </w:r>
      <w:r>
        <w:t xml:space="preserve"> (Verpackungsversion, Artikel-Alias, Anzahl der Etiketten) → weiter zu </w:t>
      </w:r>
      <w:r>
        <w:rPr>
          <w:b/>
        </w:rPr>
        <w:t>RM100 Dokument erzeugen</w:t>
      </w:r>
      <w:r>
        <w:t>.</w:t>
      </w:r>
    </w:p>
    <w:p>
      <w:pPr>
        <w:tabs>
          <w:tab w:pos="425" w:val="left"/>
        </w:tabs>
        <w:spacing w:after="60"/>
        <w:ind w:left="425" w:hanging="425"/>
      </w:pPr>
      <w:r>
        <w:rPr>
          <w:b/>
        </w:rPr>
        <w:t>3.</w:t>
        <w:tab/>
      </w:r>
      <w:r>
        <w:t xml:space="preserve">In RM100 prüfen: Konfiguration </w:t>
      </w:r>
      <w:r>
        <w:rPr>
          <w:rFonts w:ascii="Consolas" w:hAnsi="Consolas" w:cs="Consolas" w:eastAsia="Consolas"/>
          <w:sz w:val="18"/>
        </w:rPr>
        <w:t>Item label, ZPL 300, small</w:t>
      </w:r>
      <w:r>
        <w:t>.</w:t>
      </w:r>
    </w:p>
    <w:p>
      <w:pPr>
        <w:tabs>
          <w:tab w:pos="425" w:val="left"/>
        </w:tabs>
        <w:spacing w:after="60"/>
        <w:ind w:left="425" w:hanging="425"/>
      </w:pPr>
      <w:r>
        <w:rPr>
          <w:b/>
        </w:rPr>
        <w:t>4.</w:t>
        <w:tab/>
      </w:r>
      <w:r>
        <w:t xml:space="preserve">Im Bereich </w:t>
      </w:r>
      <w:r>
        <w:rPr>
          <w:b/>
        </w:rPr>
        <w:t>Kanal</w:t>
      </w:r>
      <w:r>
        <w:t xml:space="preserve"> nur </w:t>
      </w:r>
      <w:r>
        <w:rPr>
          <w:b/>
        </w:rPr>
        <w:t>Druck Kanal</w:t>
      </w:r>
      <w:r>
        <w:t xml:space="preserve"> anhaken. </w:t>
      </w:r>
      <w:r>
        <w:rPr>
          <w:b/>
        </w:rPr>
        <w:t>E-Mail-Kanal</w:t>
      </w:r>
      <w:r>
        <w:t xml:space="preserve">, </w:t>
      </w:r>
      <w:r>
        <w:rPr>
          <w:b/>
        </w:rPr>
        <w:t>Datenbank</w:t>
      </w:r>
      <w:r>
        <w:t xml:space="preserve"> und </w:t>
      </w:r>
      <w:r>
        <w:rPr>
          <w:b/>
        </w:rPr>
        <w:t>Lokales Dateisystem</w:t>
      </w:r>
      <w:r>
        <w:t xml:space="preserve"> abwählen.</w:t>
      </w:r>
    </w:p>
    <w:p>
      <w:pPr>
        <w:tabs>
          <w:tab w:pos="425" w:val="left"/>
        </w:tabs>
        <w:spacing w:after="60"/>
        <w:ind w:left="425" w:hanging="425"/>
      </w:pPr>
      <w:r>
        <w:rPr>
          <w:b/>
        </w:rPr>
        <w:t>5.</w:t>
        <w:tab/>
      </w:r>
      <w:r>
        <w:t xml:space="preserve">Drucker </w:t>
      </w:r>
      <w:r>
        <w:rPr>
          <w:rFonts w:ascii="Consolas" w:hAnsi="Consolas" w:cs="Consolas" w:eastAsia="Consolas"/>
          <w:sz w:val="18"/>
        </w:rPr>
        <w:t>TEST_WD_ZD410</w:t>
      </w:r>
      <w:r>
        <w:t xml:space="preserve"> (vorbelegt) → </w:t>
      </w:r>
      <w:r>
        <w:rPr>
          <w:b/>
        </w:rPr>
        <w:t>Generieren und verteilen</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b/>
                <w:sz w:val="19"/>
              </w:rPr>
              <w:t>RM100</w:t>
            </w:r>
            <w:r>
              <w:rPr>
                <w:sz w:val="19"/>
              </w:rPr>
              <w:t xml:space="preserve"> mit Konfiguration </w:t>
            </w:r>
            <w:r>
              <w:rPr>
                <w:rFonts w:ascii="Consolas" w:hAnsi="Consolas" w:cs="Consolas" w:eastAsia="Consolas"/>
                <w:sz w:val="17"/>
              </w:rPr>
              <w:t>Item label, ZPL 300, small</w:t>
            </w:r>
            <w:r>
              <w:rPr>
                <w:sz w:val="19"/>
              </w:rPr>
              <w:t xml:space="preserve">, nur Druck-Kanal, Drucker </w:t>
            </w:r>
            <w:r>
              <w:rPr>
                <w:rFonts w:ascii="Consolas" w:hAnsi="Consolas" w:cs="Consolas" w:eastAsia="Consolas"/>
                <w:sz w:val="17"/>
              </w:rPr>
              <w:t>TEST_WD_ZD410</w:t>
            </w:r>
            <w:r>
              <w:rPr>
                <w:sz w:val="19"/>
              </w:rPr>
              <w:t xml:space="preserve"> (Aufnahme 23:42–23:57 fehlt).</w:t>
            </w:r>
          </w:p>
        </w:tc>
      </w:tr>
    </w:tbl>
    <w:p>
      <w:pPr>
        <w:spacing w:after="40"/>
      </w:pPr>
    </w:p>
    <w:p>
      <w:pPr>
        <w:pStyle w:val="Quelle"/>
      </w:pPr>
      <w:r>
        <w:rPr>
          <w:b/>
        </w:rPr>
        <w:t xml:space="preserve">Quelle: </w:t>
      </w:r>
      <w:r>
        <w:rPr>
          <w:sz w:val="17"/>
        </w:rPr>
        <w:t>TL 22:40, 23:42, 23:49; UM28 S. 142–143</w:t>
      </w:r>
    </w:p>
    <w:p>
      <w:pPr>
        <w:pStyle w:val="Heading2"/>
      </w:pPr>
      <w:r>
        <w:t>6.2 Kontrolle in RM018 und RM023</w:t>
      </w:r>
    </w:p>
    <w:p>
      <w:pPr>
        <w:pStyle w:val="ListBullet"/>
      </w:pPr>
      <w:r>
        <w:rPr>
          <w:b/>
        </w:rPr>
        <w:t>RM018 Übersicht Dokumente</w:t>
      </w:r>
      <w:r>
        <w:t xml:space="preserve">: jedes erzeugte Dokument (Objekt, Dokumenttyp, Format </w:t>
      </w:r>
      <w:r>
        <w:rPr>
          <w:rFonts w:ascii="Consolas" w:hAnsi="Consolas" w:cs="Consolas" w:eastAsia="Consolas"/>
          <w:sz w:val="18"/>
        </w:rPr>
        <w:t>ZPL_II</w:t>
      </w:r>
      <w:r>
        <w:t>, Sprache). Fehlversuch 23:49: RM018 ID 112.</w:t>
      </w:r>
    </w:p>
    <w:p>
      <w:pPr>
        <w:pStyle w:val="ListBullet"/>
      </w:pPr>
      <w:r>
        <w:rPr>
          <w:b/>
        </w:rPr>
        <w:t>RM023 Übersicht Dokumentenverarbeitungsaufträge</w:t>
      </w:r>
      <w:r>
        <w:t xml:space="preserve">: Status und Statusmeldung je Auftrag. Übergeben: DB-Status </w:t>
      </w:r>
      <w:r>
        <w:rPr>
          <w:rFonts w:ascii="Consolas" w:hAnsi="Consolas" w:cs="Consolas" w:eastAsia="Consolas"/>
          <w:sz w:val="18"/>
        </w:rPr>
        <w:t>FINISHED</w:t>
      </w:r>
      <w:r>
        <w:t xml:space="preserve">, „Rendering erfolgreich“, Ziel Drucker </w:t>
      </w:r>
      <w:r>
        <w:rPr>
          <w:rFonts w:ascii="Consolas" w:hAnsi="Consolas" w:cs="Consolas" w:eastAsia="Consolas"/>
          <w:sz w:val="18"/>
        </w:rPr>
        <w:t>ZD410</w:t>
      </w:r>
      <w:r>
        <w:t xml:space="preserve">, LPR, ZPL_II (DocumentOrder 79 um 23:56:54 und 80 um 00:06:31). Anzeigetext des Status im Dialog: </w:t>
      </w:r>
      <w:r>
        <w:rPr>
          <w:b/>
        </w:rPr>
        <w:t>[im System prüfen]</w:t>
      </w:r>
      <w:r>
        <w:t>.</w:t>
      </w:r>
    </w:p>
    <w:p>
      <w:pPr>
        <w:pStyle w:val="ListBullet"/>
      </w:pPr>
      <w:r>
        <w:t xml:space="preserve">Achtung: </w:t>
      </w:r>
      <w:r>
        <w:rPr>
          <w:rFonts w:ascii="Consolas" w:hAnsi="Consolas" w:cs="Consolas" w:eastAsia="Consolas"/>
          <w:sz w:val="18"/>
        </w:rPr>
        <w:t>FINISHED</w:t>
      </w:r>
      <w:r>
        <w:t xml:space="preserve"> heißt nur „an </w:t>
      </w:r>
      <w:r>
        <w:rPr>
          <w:rFonts w:ascii="Consolas" w:hAnsi="Consolas" w:cs="Consolas" w:eastAsia="Consolas"/>
          <w:sz w:val="18"/>
        </w:rPr>
        <w:t>lpr</w:t>
      </w:r>
      <w:r>
        <w:t xml:space="preserve"> übergeben“. Auftrag 79 war </w:t>
      </w:r>
      <w:r>
        <w:rPr>
          <w:rFonts w:ascii="Consolas" w:hAnsi="Consolas" w:cs="Consolas" w:eastAsia="Consolas"/>
          <w:sz w:val="18"/>
        </w:rPr>
        <w:t>FINISHED</w:t>
      </w:r>
      <w:r>
        <w:t>, das Etikett kam aber als Text. Das Etikett selbst immer ansehen.</w:t>
      </w:r>
    </w:p>
    <w:p>
      <w:pPr>
        <w:pStyle w:val="ListBullet"/>
      </w:pPr>
      <w:r>
        <w:rPr>
          <w:b/>
        </w:rPr>
        <w:t>Serverlog</w:t>
      </w:r>
      <w:r>
        <w:t xml:space="preserve"> auf dem WAMAS-Server: Ausgabe von </w:t>
      </w:r>
      <w:r>
        <w:rPr>
          <w:rFonts w:ascii="Consolas" w:hAnsi="Consolas" w:cs="Consolas" w:eastAsia="Consolas"/>
          <w:sz w:val="18"/>
        </w:rPr>
        <w:t>LprPrintCommand</w:t>
      </w:r>
      <w:r>
        <w:t xml:space="preserve"> mit dem Text von </w:t>
      </w:r>
      <w:r>
        <w:rPr>
          <w:rFonts w:ascii="Consolas" w:hAnsi="Consolas" w:cs="Consolas" w:eastAsia="Consolas"/>
          <w:sz w:val="18"/>
        </w:rPr>
        <w:t>lpr.exe</w:t>
      </w:r>
      <w:r>
        <w:t xml:space="preserve">. Nur dort steht die genaue Ursache. Pfad der Logdatei: </w:t>
      </w:r>
      <w:r>
        <w:rPr>
          <w:b/>
        </w:rPr>
        <w:t>[im System prüfen]</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Nicht „Dokument noch einmal verteilen“</w:t>
            </w:r>
          </w:p>
          <w:p>
            <w:pPr>
              <w:spacing w:after="40"/>
            </w:pPr>
            <w:r>
              <w:rPr>
                <w:sz w:val="19"/>
              </w:rPr>
              <w:t xml:space="preserve">In RM018/RM023 nie </w:t>
            </w:r>
            <w:r>
              <w:rPr>
                <w:b/>
                <w:sz w:val="19"/>
              </w:rPr>
              <w:t>Dokument noch einmal verteilen</w:t>
            </w:r>
            <w:r>
              <w:rPr>
                <w:sz w:val="19"/>
              </w:rPr>
              <w:t xml:space="preserve"> drücken: Es verteilt über alle Kanäle der Konfiguration, auch per E-Mail.</w:t>
            </w:r>
          </w:p>
        </w:tc>
      </w:tr>
    </w:tbl>
    <w:p>
      <w:pPr>
        <w:spacing w:after="40"/>
      </w:pPr>
    </w:p>
    <w:p>
      <w:pPr>
        <w:pStyle w:val="Quelle"/>
      </w:pPr>
      <w:r>
        <w:rPr>
          <w:b/>
        </w:rPr>
        <w:t xml:space="preserve">Quelle: </w:t>
      </w:r>
      <w:r>
        <w:rPr>
          <w:sz w:val="17"/>
        </w:rPr>
        <w:t>TL 23:49–23:57; ZI Kap. 4; KA Kap. 10.1; Screenshot 17.10. 22:21</w:t>
      </w:r>
    </w:p>
    <w:p>
      <w:pPr>
        <w:pStyle w:val="Heading2"/>
      </w:pPr>
      <w:r>
        <w:t>6.3 Touch-Client</w:t>
      </w:r>
    </w:p>
    <w:p>
      <w:r>
        <w:t xml:space="preserve">Am Touch gibt es keinen Drucker- oder Layoutdialog. Das Druck-Symbol in der unteren Leiste (z. B. bei </w:t>
      </w:r>
      <w:r>
        <w:rPr>
          <w:b/>
        </w:rPr>
        <w:t>LM108 Externe LE-ID bearbeiten</w:t>
      </w:r>
      <w:r>
        <w:t xml:space="preserve"> und </w:t>
      </w:r>
      <w:r>
        <w:rPr>
          <w:b/>
        </w:rPr>
        <w:t>LM035 Ausführen von Tablarvorgängen</w:t>
      </w:r>
      <w:r>
        <w:t>) druckt sofort mit der Konfiguration und dem ermittelten Standarddrucker.</w:t>
      </w:r>
    </w:p>
    <w:p>
      <w:pPr>
        <w:keepNext/>
      </w:pPr>
      <w:r>
        <w:drawing>
          <wp:inline xmlns:a="http://schemas.openxmlformats.org/drawingml/2006/main" xmlns:pic="http://schemas.openxmlformats.org/drawingml/2006/picture">
            <wp:extent cx="5040000" cy="2945250"/>
            <wp:docPr id="111" name="Picture 111"/>
            <wp:cNvGraphicFramePr>
              <a:graphicFrameLocks noChangeAspect="1"/>
            </wp:cNvGraphicFramePr>
            <a:graphic>
              <a:graphicData uri="http://schemas.openxmlformats.org/drawingml/2006/picture">
                <pic:pic>
                  <pic:nvPicPr>
                    <pic:cNvPr id="0" name="d1_touch_lm108.png"/>
                    <pic:cNvPicPr/>
                  </pic:nvPicPr>
                  <pic:blipFill>
                    <a:blip r:embed="rId21"/>
                    <a:stretch>
                      <a:fillRect/>
                    </a:stretch>
                  </pic:blipFill>
                  <pic:spPr>
                    <a:xfrm>
                      <a:off x="0" y="0"/>
                      <a:ext cx="5040000" cy="2945250"/>
                    </a:xfrm>
                    <a:prstGeom prst="rect"/>
                  </pic:spPr>
                </pic:pic>
              </a:graphicData>
            </a:graphic>
          </wp:inline>
        </w:drawing>
      </w:r>
    </w:p>
    <w:p>
      <w:pPr>
        <w:pStyle w:val="BeschriftungSSI"/>
      </w:pPr>
      <w:r>
        <w:t>Abb. 17: Touch A2/Öffnung 1 – LM108 mit Druck-Symbol in der unteren Leiste (markiert)</w:t>
      </w:r>
    </w:p>
    <w:p>
      <w:pPr>
        <w:pStyle w:val="ListBullet"/>
      </w:pPr>
      <w:r>
        <w:t xml:space="preserve">Ein ZPL-Druck vom Touch auf den ZD410 wurde </w:t>
      </w:r>
      <w:r>
        <w:rPr>
          <w:b/>
        </w:rPr>
        <w:t>nicht</w:t>
      </w:r>
      <w:r>
        <w:t xml:space="preserve"> getestet. </w:t>
      </w:r>
      <w:r>
        <w:rPr>
          <w:b/>
        </w:rPr>
        <w:t>[im System prüfen]</w:t>
      </w:r>
    </w:p>
    <w:p>
      <w:pPr>
        <w:pStyle w:val="ListBullet"/>
      </w:pPr>
      <w:r>
        <w:t>Das Artikeletikett am Touch (</w:t>
      </w:r>
      <w:r>
        <w:rPr>
          <w:b/>
        </w:rPr>
        <w:t>LM007</w:t>
      </w:r>
      <w:r>
        <w:t>) öffnete im Test nicht (Fehler im LOGIMAT-Toolkit).</w:t>
      </w:r>
    </w:p>
    <w:p>
      <w:pPr>
        <w:pStyle w:val="Quelle"/>
      </w:pPr>
      <w:r>
        <w:rPr>
          <w:b/>
        </w:rPr>
        <w:t xml:space="preserve">Quelle: </w:t>
      </w:r>
      <w:r>
        <w:rPr>
          <w:sz w:val="17"/>
        </w:rPr>
        <w:t>TL 07:50 (LM108 Druckknopf), 22:40 (LM007); DR Kap. 5; Screenshot 17.10. 16:04</w:t>
      </w:r>
    </w:p>
    <w:p>
      <w:pPr>
        <w:pStyle w:val="Heading2"/>
      </w:pPr>
      <w:r>
        <w:t>6.4 Mobile-Client: Barcode prüfen</w:t>
      </w:r>
    </w:p>
    <w:p>
      <w:r>
        <w:t>Am Mobile-Client gibt es keine Druckfunktion. Er eignet sich aber zur Kontrolle, ob der gedruckte Barcode gelesen wird:</w:t>
      </w:r>
    </w:p>
    <w:p>
      <w:pPr>
        <w:tabs>
          <w:tab w:pos="425" w:val="left"/>
        </w:tabs>
        <w:spacing w:after="60"/>
        <w:ind w:left="425" w:hanging="425"/>
      </w:pPr>
      <w:r>
        <w:rPr>
          <w:b/>
        </w:rPr>
        <w:t>1.</w:t>
        <w:tab/>
      </w:r>
      <w:r>
        <w:rPr>
          <w:b/>
        </w:rPr>
        <w:t>Tätigkeiten</w:t>
      </w:r>
      <w:r>
        <w:t xml:space="preserve"> → </w:t>
      </w:r>
      <w:r>
        <w:rPr>
          <w:b/>
        </w:rPr>
        <w:t>[5] Stammdaten</w:t>
      </w:r>
      <w:r>
        <w:t xml:space="preserve"> → </w:t>
      </w:r>
      <w:r>
        <w:rPr>
          <w:b/>
        </w:rPr>
        <w:t>Stammdaten anzeigen</w:t>
      </w:r>
      <w:r>
        <w:t xml:space="preserve"> → </w:t>
      </w:r>
      <w:r>
        <w:rPr>
          <w:b/>
        </w:rPr>
        <w:t>[1] LE/LP/Artikelinfo</w:t>
      </w:r>
      <w:r>
        <w:t xml:space="preserve"> (MFW005).</w:t>
      </w:r>
    </w:p>
    <w:p>
      <w:pPr>
        <w:tabs>
          <w:tab w:pos="425" w:val="left"/>
        </w:tabs>
        <w:spacing w:after="60"/>
        <w:ind w:left="425" w:hanging="425"/>
      </w:pPr>
      <w:r>
        <w:rPr>
          <w:b/>
        </w:rPr>
        <w:t>2.</w:t>
        <w:tab/>
      </w:r>
      <w:r>
        <w:t xml:space="preserve">Barcode des Etiketts scannen → </w:t>
      </w:r>
      <w:r>
        <w:rPr>
          <w:b/>
        </w:rPr>
        <w:t>[ENT]</w:t>
      </w:r>
      <w:r>
        <w:t>.</w:t>
      </w:r>
    </w:p>
    <w:p>
      <w:pPr>
        <w:tabs>
          <w:tab w:pos="425" w:val="left"/>
        </w:tabs>
        <w:spacing w:after="60"/>
        <w:ind w:left="425" w:hanging="425"/>
      </w:pPr>
      <w:r>
        <w:rPr>
          <w:b/>
        </w:rPr>
        <w:t>3.</w:t>
        <w:tab/>
      </w:r>
      <w:r>
        <w:t xml:space="preserve">Erwartet bei einem Artikeletikett: </w:t>
      </w:r>
      <w:r>
        <w:rPr>
          <w:b/>
        </w:rPr>
        <w:t>MFW008 Artikelinfo</w:t>
      </w:r>
      <w:r>
        <w:t xml:space="preserve"> mit Artikelnummer und Variante.</w:t>
      </w:r>
    </w:p>
    <w:p>
      <w:pPr>
        <w:keepNext/>
      </w:pPr>
      <w:r>
        <w:drawing>
          <wp:inline xmlns:a="http://schemas.openxmlformats.org/drawingml/2006/main" xmlns:pic="http://schemas.openxmlformats.org/drawingml/2006/picture">
            <wp:extent cx="3600000" cy="483750"/>
            <wp:docPr id="112" name="Picture 112"/>
            <wp:cNvGraphicFramePr>
              <a:graphicFrameLocks noChangeAspect="1"/>
            </wp:cNvGraphicFramePr>
            <a:graphic>
              <a:graphicData uri="http://schemas.openxmlformats.org/drawingml/2006/picture">
                <pic:pic>
                  <pic:nvPicPr>
                    <pic:cNvPr id="0" name="d1_mobile_kennung_scannen.png"/>
                    <pic:cNvPicPr/>
                  </pic:nvPicPr>
                  <pic:blipFill>
                    <a:blip r:embed="rId22"/>
                    <a:stretch>
                      <a:fillRect/>
                    </a:stretch>
                  </pic:blipFill>
                  <pic:spPr>
                    <a:xfrm>
                      <a:off x="0" y="0"/>
                      <a:ext cx="3600000" cy="483750"/>
                    </a:xfrm>
                    <a:prstGeom prst="rect"/>
                  </pic:spPr>
                </pic:pic>
              </a:graphicData>
            </a:graphic>
          </wp:inline>
        </w:drawing>
      </w:r>
    </w:p>
    <w:p>
      <w:pPr>
        <w:pStyle w:val="BeschriftungSSI"/>
      </w:pPr>
      <w:r>
        <w:t>Abb. 18: Mobile MFW005 – Scanfeld „Kennung für LE/Lagerplatz/Artikel scannen“ (gekürzt, leerer Mittelteil entfernt)</w:t>
      </w:r>
    </w:p>
    <w:p>
      <w:pPr>
        <w:keepNext/>
      </w:pPr>
      <w:r>
        <w:drawing>
          <wp:inline xmlns:a="http://schemas.openxmlformats.org/drawingml/2006/main" xmlns:pic="http://schemas.openxmlformats.org/drawingml/2006/picture">
            <wp:extent cx="3600000" cy="1293750"/>
            <wp:docPr id="113" name="Picture 113"/>
            <wp:cNvGraphicFramePr>
              <a:graphicFrameLocks noChangeAspect="1"/>
            </wp:cNvGraphicFramePr>
            <a:graphic>
              <a:graphicData uri="http://schemas.openxmlformats.org/drawingml/2006/picture">
                <pic:pic>
                  <pic:nvPicPr>
                    <pic:cNvPr id="0" name="d1_mobile_artikelinfo.png"/>
                    <pic:cNvPicPr/>
                  </pic:nvPicPr>
                  <pic:blipFill>
                    <a:blip r:embed="rId23"/>
                    <a:stretch>
                      <a:fillRect/>
                    </a:stretch>
                  </pic:blipFill>
                  <pic:spPr>
                    <a:xfrm>
                      <a:off x="0" y="0"/>
                      <a:ext cx="3600000" cy="1293750"/>
                    </a:xfrm>
                    <a:prstGeom prst="rect"/>
                  </pic:spPr>
                </pic:pic>
              </a:graphicData>
            </a:graphic>
          </wp:inline>
        </w:drawing>
      </w:r>
    </w:p>
    <w:p>
      <w:pPr>
        <w:pStyle w:val="BeschriftungSSI"/>
      </w:pPr>
      <w:r>
        <w:t>Abb. 19: Mobile MFW008 – Ergebnis nach Artikelscan (Beispiel 76175273, gekürzt)</w:t>
      </w:r>
    </w:p>
    <w:p>
      <w:r>
        <w:t xml:space="preserve">Ob ein EAN-13 aus dem ZPL-Etikett (nach Pflege des Alias) den Artikel findet: </w:t>
      </w:r>
      <w:r>
        <w:rPr>
          <w:b/>
        </w:rPr>
        <w:t>[im System prüfen]</w:t>
      </w:r>
      <w:r>
        <w:t>.</w:t>
      </w:r>
    </w:p>
    <w:p>
      <w:pPr>
        <w:pStyle w:val="Quelle"/>
      </w:pPr>
      <w:r>
        <w:rPr>
          <w:b/>
        </w:rPr>
        <w:t xml:space="preserve">Quelle: </w:t>
      </w:r>
      <w:r>
        <w:rPr>
          <w:sz w:val="17"/>
        </w:rPr>
        <w:t>KM Kap. 4 (MFW005/MFW008 live); DH10 Kap. 8 (Barcode prüfen); DR Kap. 5</w:t>
      </w:r>
    </w:p>
    <w:p>
      <w:pPr>
        <w:pStyle w:val="Heading1"/>
      </w:pPr>
      <w:r>
        <w:t>7 Fehlerbilder und Lösungen</w:t>
      </w:r>
    </w:p>
    <w:p>
      <w:r>
        <w:t>Die Fehler sind in dieser Reihenfolge aufgetreten. Jede Lösung wurde danach mit einem neuen Druckversuch bestätigt, außer wo „offen“ steht.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75"/>
        <w:gridCol w:w="3175"/>
        <w:gridCol w:w="3175"/>
      </w:tblGrid>
      <w:tr>
        <w:trPr>
          <w:tblHeader w:val="true"/>
        </w:trPr>
        <w:tc>
          <w:tcPr>
            <w:tcW w:type="dxa" w:w="3175"/>
            <w:shd w:val="clear" w:color="auto" w:fill="FEEE19"/>
          </w:tcPr>
          <w:p>
            <w:pPr>
              <w:spacing w:after="0"/>
            </w:pPr>
            <w:r>
              <w:rPr>
                <w:b/>
                <w:sz w:val="17"/>
              </w:rPr>
              <w:t>Fehlerbild / Fehlertext</w:t>
            </w:r>
          </w:p>
        </w:tc>
        <w:tc>
          <w:tcPr>
            <w:tcW w:type="dxa" w:w="3175"/>
            <w:shd w:val="clear" w:color="auto" w:fill="FEEE19"/>
          </w:tcPr>
          <w:p>
            <w:pPr>
              <w:spacing w:after="0"/>
            </w:pPr>
            <w:r>
              <w:rPr>
                <w:b/>
                <w:sz w:val="17"/>
              </w:rPr>
              <w:t>Ursache</w:t>
            </w:r>
          </w:p>
        </w:tc>
        <w:tc>
          <w:tcPr>
            <w:tcW w:type="dxa" w:w="3175"/>
            <w:shd w:val="clear" w:color="auto" w:fill="FEEE19"/>
          </w:tcPr>
          <w:p>
            <w:pPr>
              <w:spacing w:after="0"/>
            </w:pPr>
            <w:r>
              <w:rPr>
                <w:b/>
                <w:sz w:val="17"/>
              </w:rPr>
              <w:t>Lösung</w:t>
            </w:r>
          </w:p>
        </w:tc>
      </w:tr>
      <w:tr>
        <w:tc>
          <w:tcPr>
            <w:tcW w:type="dxa" w:w="3175"/>
          </w:tcPr>
          <w:p>
            <w:pPr>
              <w:spacing w:after="0" w:line="252" w:lineRule="auto"/>
            </w:pPr>
            <w:r>
              <w:rPr>
                <w:sz w:val="17"/>
              </w:rPr>
              <w:t xml:space="preserve">RM100: Konfiguration </w:t>
            </w:r>
            <w:r>
              <w:rPr>
                <w:rFonts w:ascii="Consolas" w:hAnsi="Consolas" w:cs="Consolas" w:eastAsia="Consolas"/>
                <w:sz w:val="15"/>
              </w:rPr>
              <w:t>Item label</w:t>
            </w:r>
            <w:r>
              <w:rPr>
                <w:sz w:val="17"/>
              </w:rPr>
              <w:t xml:space="preserve">, </w:t>
            </w:r>
            <w:r>
              <w:rPr>
                <w:b/>
                <w:sz w:val="17"/>
              </w:rPr>
              <w:t>Druck-Kanal grau</w:t>
            </w:r>
            <w:r>
              <w:rPr>
                <w:sz w:val="17"/>
              </w:rPr>
              <w:t>, nur E-Mail-Kanal aktiv</w:t>
            </w:r>
          </w:p>
        </w:tc>
        <w:tc>
          <w:tcPr>
            <w:tcW w:type="dxa" w:w="3175"/>
          </w:tcPr>
          <w:p>
            <w:pPr>
              <w:spacing w:after="0" w:line="252" w:lineRule="auto"/>
            </w:pPr>
            <w:r>
              <w:rPr>
                <w:sz w:val="17"/>
              </w:rPr>
              <w:t>Erste kriterienlose RM010-Zeile (Nr. 4) zeigt auf die PDF-Konfiguration mit nur E-Mail-Kanal. Eigene Zeilen mit Kriterien und „Aktiviert“ wirken in RM100 nicht</w:t>
            </w:r>
          </w:p>
        </w:tc>
        <w:tc>
          <w:tcPr>
            <w:tcW w:type="dxa" w:w="3175"/>
          </w:tcPr>
          <w:p>
            <w:pPr>
              <w:spacing w:after="0" w:line="252" w:lineRule="auto"/>
            </w:pPr>
            <w:r>
              <w:rPr>
                <w:sz w:val="17"/>
              </w:rPr>
              <w:t>RM010 Zeile 4 auf die ZPL-Konfiguration stellen (Tausch 4/8, Kap. 5.6)</w:t>
            </w:r>
          </w:p>
        </w:tc>
      </w:tr>
      <w:tr>
        <w:tc>
          <w:tcPr>
            <w:tcW w:type="dxa" w:w="3175"/>
          </w:tcPr>
          <w:p>
            <w:pPr>
              <w:spacing w:after="0" w:line="252" w:lineRule="auto"/>
            </w:pPr>
            <w:r>
              <w:rPr>
                <w:sz w:val="17"/>
              </w:rPr>
              <w:t>RM018-Nachdruck: „</w:t>
            </w:r>
            <w:r>
              <w:rPr>
                <w:b/>
                <w:sz w:val="17"/>
              </w:rPr>
              <w:t>keine geeignete Dokumenttypkonfiguration</w:t>
            </w:r>
            <w:r>
              <w:rPr>
                <w:sz w:val="17"/>
              </w:rPr>
              <w:t>“</w:t>
            </w:r>
          </w:p>
        </w:tc>
        <w:tc>
          <w:tcPr>
            <w:tcW w:type="dxa" w:w="3175"/>
          </w:tcPr>
          <w:p>
            <w:pPr>
              <w:spacing w:after="0" w:line="252" w:lineRule="auto"/>
            </w:pPr>
            <w:r>
              <w:rPr>
                <w:sz w:val="17"/>
              </w:rPr>
              <w:t>Nachdruck beachtet „Aktiviert“; nach Deaktivieren von Zeile 4 gab es keine aktive passende Zeile</w:t>
            </w:r>
          </w:p>
        </w:tc>
        <w:tc>
          <w:tcPr>
            <w:tcW w:type="dxa" w:w="3175"/>
          </w:tcPr>
          <w:p>
            <w:pPr>
              <w:spacing w:after="0" w:line="252" w:lineRule="auto"/>
            </w:pPr>
            <w:r>
              <w:rPr>
                <w:sz w:val="17"/>
              </w:rPr>
              <w:t>Eine passende Zeile aktivieren (ZPL-Konfiguration)</w:t>
            </w:r>
          </w:p>
        </w:tc>
      </w:tr>
      <w:tr>
        <w:tc>
          <w:tcPr>
            <w:tcW w:type="dxa" w:w="3175"/>
          </w:tcPr>
          <w:p>
            <w:pPr>
              <w:spacing w:after="0" w:line="252" w:lineRule="auto"/>
            </w:pPr>
            <w:r>
              <w:rPr>
                <w:sz w:val="17"/>
              </w:rPr>
              <w:t>RM010: „Zeilen 55 und 8 dürfen nicht dieselben Werte enthalten“</w:t>
            </w:r>
          </w:p>
        </w:tc>
        <w:tc>
          <w:tcPr>
            <w:tcW w:type="dxa" w:w="3175"/>
          </w:tcPr>
          <w:p>
            <w:pPr>
              <w:spacing w:after="0" w:line="252" w:lineRule="auto"/>
            </w:pPr>
            <w:r>
              <w:rPr>
                <w:sz w:val="17"/>
              </w:rPr>
              <w:t>Zwei Zuordnungen mit gleichen Kriterien und gleicher Konfiguration</w:t>
            </w:r>
          </w:p>
        </w:tc>
        <w:tc>
          <w:tcPr>
            <w:tcW w:type="dxa" w:w="3175"/>
          </w:tcPr>
          <w:p>
            <w:pPr>
              <w:spacing w:after="0" w:line="252" w:lineRule="auto"/>
            </w:pPr>
            <w:r>
              <w:rPr>
                <w:sz w:val="17"/>
              </w:rPr>
              <w:t>Andere Kriterien oder vorhandene Zeile ändern</w:t>
            </w:r>
          </w:p>
        </w:tc>
      </w:tr>
      <w:tr>
        <w:tc>
          <w:tcPr>
            <w:tcW w:type="dxa" w:w="3175"/>
          </w:tcPr>
          <w:p>
            <w:pPr>
              <w:spacing w:after="0" w:line="252" w:lineRule="auto"/>
            </w:pPr>
            <w:r>
              <w:rPr>
                <w:sz w:val="17"/>
              </w:rPr>
              <w:t xml:space="preserve">RM100: Drucker </w:t>
            </w:r>
            <w:r>
              <w:rPr>
                <w:b/>
                <w:sz w:val="17"/>
              </w:rPr>
              <w:t>rot markiert</w:t>
            </w:r>
            <w:r>
              <w:rPr>
                <w:sz w:val="17"/>
              </w:rPr>
              <w:t xml:space="preserve">, Druckerliste </w:t>
            </w:r>
            <w:r>
              <w:rPr>
                <w:b/>
                <w:sz w:val="17"/>
              </w:rPr>
              <w:t>leer</w:t>
            </w:r>
            <w:r>
              <w:rPr>
                <w:sz w:val="17"/>
              </w:rPr>
              <w:t xml:space="preserve">, </w:t>
            </w:r>
            <w:r>
              <w:rPr>
                <w:b/>
                <w:sz w:val="17"/>
              </w:rPr>
              <w:t>Generieren und verteilen</w:t>
            </w:r>
            <w:r>
              <w:rPr>
                <w:sz w:val="17"/>
              </w:rPr>
              <w:t xml:space="preserve"> grau</w:t>
            </w:r>
          </w:p>
        </w:tc>
        <w:tc>
          <w:tcPr>
            <w:tcW w:type="dxa" w:w="3175"/>
          </w:tcPr>
          <w:p>
            <w:pPr>
              <w:spacing w:after="0" w:line="252" w:lineRule="auto"/>
            </w:pPr>
            <w:r>
              <w:rPr>
                <w:sz w:val="17"/>
              </w:rPr>
              <w:t>Terminal hat keinen Standard-Lagerstandort</w:t>
            </w:r>
          </w:p>
        </w:tc>
        <w:tc>
          <w:tcPr>
            <w:tcW w:type="dxa" w:w="3175"/>
          </w:tcPr>
          <w:p>
            <w:pPr>
              <w:spacing w:after="0" w:line="252" w:lineRule="auto"/>
            </w:pPr>
            <w:r>
              <w:rPr>
                <w:sz w:val="17"/>
              </w:rPr>
              <w:t xml:space="preserve">MD022: Standard-Lagerstandort </w:t>
            </w:r>
            <w:r>
              <w:rPr>
                <w:rFonts w:ascii="Consolas" w:hAnsi="Consolas" w:cs="Consolas" w:eastAsia="Consolas"/>
                <w:sz w:val="15"/>
              </w:rPr>
              <w:t>LogiMat</w:t>
            </w:r>
            <w:r>
              <w:rPr>
                <w:sz w:val="17"/>
              </w:rPr>
              <w:t xml:space="preserve"> (Kap. 5.8)</w:t>
            </w:r>
          </w:p>
        </w:tc>
      </w:tr>
      <w:tr>
        <w:tc>
          <w:tcPr>
            <w:tcW w:type="dxa" w:w="3175"/>
          </w:tcPr>
          <w:p>
            <w:pPr>
              <w:spacing w:after="0" w:line="252" w:lineRule="auto"/>
            </w:pPr>
            <w:r>
              <w:rPr>
                <w:sz w:val="17"/>
              </w:rPr>
              <w:t xml:space="preserve">„Kopie 1 / 1 konnte nicht auf Drucker 192.168.0.70:ZD410 ausgedruckt werden“; Serverlog: „Der Befehl "lpr" ist entweder </w:t>
            </w:r>
            <w:r>
              <w:rPr>
                <w:b/>
                <w:sz w:val="17"/>
              </w:rPr>
              <w:t>falsch geschrieben</w:t>
            </w:r>
            <w:r>
              <w:rPr>
                <w:sz w:val="17"/>
              </w:rPr>
              <w:t xml:space="preserve"> oder …“</w:t>
            </w:r>
          </w:p>
        </w:tc>
        <w:tc>
          <w:tcPr>
            <w:tcW w:type="dxa" w:w="3175"/>
          </w:tcPr>
          <w:p>
            <w:pPr>
              <w:spacing w:after="0" w:line="252" w:lineRule="auto"/>
            </w:pPr>
            <w:r>
              <w:rPr>
                <w:rFonts w:ascii="Consolas" w:hAnsi="Consolas" w:cs="Consolas" w:eastAsia="Consolas"/>
                <w:sz w:val="15"/>
              </w:rPr>
              <w:t>lpr.exe</w:t>
            </w:r>
            <w:r>
              <w:rPr>
                <w:sz w:val="17"/>
              </w:rPr>
              <w:t xml:space="preserve"> fehlt auf dem WAMAS-Server</w:t>
            </w:r>
          </w:p>
        </w:tc>
        <w:tc>
          <w:tcPr>
            <w:tcW w:type="dxa" w:w="3175"/>
          </w:tcPr>
          <w:p>
            <w:pPr>
              <w:spacing w:after="0" w:line="252" w:lineRule="auto"/>
            </w:pPr>
            <w:r>
              <w:rPr>
                <w:sz w:val="17"/>
              </w:rPr>
              <w:t xml:space="preserve">Feature </w:t>
            </w:r>
            <w:r>
              <w:rPr>
                <w:b/>
                <w:sz w:val="17"/>
              </w:rPr>
              <w:t>LPR-Port-Monitor</w:t>
            </w:r>
            <w:r>
              <w:rPr>
                <w:sz w:val="17"/>
              </w:rPr>
              <w:t xml:space="preserve"> installieren (Kap. 4.1)</w:t>
            </w:r>
          </w:p>
        </w:tc>
      </w:tr>
      <w:tr>
        <w:tc>
          <w:tcPr>
            <w:tcW w:type="dxa" w:w="3175"/>
          </w:tcPr>
          <w:p>
            <w:pPr>
              <w:spacing w:after="0" w:line="252" w:lineRule="auto"/>
            </w:pPr>
            <w:r>
              <w:rPr>
                <w:sz w:val="17"/>
              </w:rPr>
              <w:t xml:space="preserve">Serverlog: „Fehler: </w:t>
            </w:r>
            <w:r>
              <w:rPr>
                <w:b/>
                <w:sz w:val="17"/>
              </w:rPr>
              <w:t>Host 192.168.0.70:ZD410 ist unbekannt.</w:t>
            </w:r>
            <w:r>
              <w:rPr>
                <w:sz w:val="17"/>
              </w:rPr>
              <w:t>“</w:t>
            </w:r>
          </w:p>
        </w:tc>
        <w:tc>
          <w:tcPr>
            <w:tcW w:type="dxa" w:w="3175"/>
          </w:tcPr>
          <w:p>
            <w:pPr>
              <w:spacing w:after="0" w:line="252" w:lineRule="auto"/>
            </w:pPr>
            <w:r>
              <w:rPr>
                <w:sz w:val="17"/>
              </w:rPr>
              <w:t xml:space="preserve">Drucksystem-ID im Format </w:t>
            </w:r>
            <w:r>
              <w:rPr>
                <w:rFonts w:ascii="Consolas" w:hAnsi="Consolas" w:cs="Consolas" w:eastAsia="Consolas"/>
                <w:sz w:val="15"/>
              </w:rPr>
              <w:t>host:queue</w:t>
            </w:r>
            <w:r>
              <w:rPr>
                <w:sz w:val="17"/>
              </w:rPr>
              <w:t xml:space="preserve">; WAMAS setzt sie als Host </w:t>
            </w:r>
            <w:r>
              <w:rPr>
                <w:b/>
                <w:sz w:val="17"/>
              </w:rPr>
              <w:t>und</w:t>
            </w:r>
            <w:r>
              <w:rPr>
                <w:sz w:val="17"/>
              </w:rPr>
              <w:t xml:space="preserve"> Queue ein</w:t>
            </w:r>
          </w:p>
        </w:tc>
        <w:tc>
          <w:tcPr>
            <w:tcW w:type="dxa" w:w="3175"/>
          </w:tcPr>
          <w:p>
            <w:pPr>
              <w:spacing w:after="0" w:line="252" w:lineRule="auto"/>
            </w:pPr>
            <w:r>
              <w:rPr>
                <w:sz w:val="17"/>
              </w:rPr>
              <w:t xml:space="preserve">Drucksystem-ID </w:t>
            </w:r>
            <w:r>
              <w:rPr>
                <w:rFonts w:ascii="Consolas" w:hAnsi="Consolas" w:cs="Consolas" w:eastAsia="Consolas"/>
                <w:sz w:val="15"/>
              </w:rPr>
              <w:t>ZD410</w:t>
            </w:r>
            <w:r>
              <w:rPr>
                <w:sz w:val="17"/>
              </w:rPr>
              <w:t xml:space="preserve"> + </w:t>
            </w:r>
            <w:r>
              <w:rPr>
                <w:rFonts w:ascii="Consolas" w:hAnsi="Consolas" w:cs="Consolas" w:eastAsia="Consolas"/>
                <w:sz w:val="15"/>
              </w:rPr>
              <w:t>hosts</w:t>
            </w:r>
            <w:r>
              <w:rPr>
                <w:sz w:val="17"/>
              </w:rPr>
              <w:t xml:space="preserve">-Eintrag </w:t>
            </w:r>
            <w:r>
              <w:rPr>
                <w:rFonts w:ascii="Consolas" w:hAnsi="Consolas" w:cs="Consolas" w:eastAsia="Consolas"/>
                <w:sz w:val="15"/>
              </w:rPr>
              <w:t>192.168.0.70 ZD410</w:t>
            </w:r>
            <w:r>
              <w:rPr>
                <w:sz w:val="17"/>
              </w:rPr>
              <w:t xml:space="preserve"> (Kap. 4.2)</w:t>
            </w:r>
          </w:p>
        </w:tc>
      </w:tr>
      <w:tr>
        <w:tc>
          <w:tcPr>
            <w:tcW w:type="dxa" w:w="3175"/>
          </w:tcPr>
          <w:p>
            <w:pPr>
              <w:spacing w:after="0" w:line="252" w:lineRule="auto"/>
            </w:pPr>
            <w:r>
              <w:rPr>
                <w:sz w:val="17"/>
              </w:rPr>
              <w:t xml:space="preserve">Etikett kommt an, der </w:t>
            </w:r>
            <w:r>
              <w:rPr>
                <w:b/>
                <w:sz w:val="17"/>
              </w:rPr>
              <w:t>ZPL-Code wird als Text</w:t>
            </w:r>
            <w:r>
              <w:rPr>
                <w:sz w:val="17"/>
              </w:rPr>
              <w:t xml:space="preserve"> gedruckt</w:t>
            </w:r>
          </w:p>
        </w:tc>
        <w:tc>
          <w:tcPr>
            <w:tcW w:type="dxa" w:w="3175"/>
          </w:tcPr>
          <w:p>
            <w:pPr>
              <w:spacing w:after="0" w:line="252" w:lineRule="auto"/>
            </w:pPr>
            <w:r>
              <w:rPr>
                <w:sz w:val="17"/>
              </w:rPr>
              <w:t>LPD-Dienst gibt nicht roh weiter</w:t>
            </w:r>
          </w:p>
        </w:tc>
        <w:tc>
          <w:tcPr>
            <w:tcW w:type="dxa" w:w="3175"/>
          </w:tcPr>
          <w:p>
            <w:pPr>
              <w:spacing w:after="0" w:line="252" w:lineRule="auto"/>
            </w:pPr>
            <w:r>
              <w:rPr>
                <w:sz w:val="17"/>
              </w:rPr>
              <w:t xml:space="preserve">Registry </w:t>
            </w:r>
            <w:r>
              <w:rPr>
                <w:rFonts w:ascii="Consolas" w:hAnsi="Consolas" w:cs="Consolas" w:eastAsia="Consolas"/>
                <w:sz w:val="15"/>
              </w:rPr>
              <w:t>SimulatePassThrough = 1</w:t>
            </w:r>
            <w:r>
              <w:rPr>
                <w:sz w:val="17"/>
              </w:rPr>
              <w:t xml:space="preserve"> (DWORD), Dienst neu starten (Kap. 3.5)</w:t>
            </w:r>
          </w:p>
        </w:tc>
      </w:tr>
      <w:tr>
        <w:tc>
          <w:tcPr>
            <w:tcW w:type="dxa" w:w="3175"/>
          </w:tcPr>
          <w:p>
            <w:pPr>
              <w:spacing w:after="0" w:line="252" w:lineRule="auto"/>
            </w:pPr>
            <w:r>
              <w:rPr>
                <w:sz w:val="17"/>
              </w:rPr>
              <w:t xml:space="preserve">Dienst </w:t>
            </w:r>
            <w:r>
              <w:rPr>
                <w:rFonts w:ascii="Consolas" w:hAnsi="Consolas" w:cs="Consolas" w:eastAsia="Consolas"/>
                <w:sz w:val="15"/>
              </w:rPr>
              <w:t>LPDSVC</w:t>
            </w:r>
            <w:r>
              <w:rPr>
                <w:sz w:val="17"/>
              </w:rPr>
              <w:t xml:space="preserve"> startet nicht mehr</w:t>
            </w:r>
          </w:p>
        </w:tc>
        <w:tc>
          <w:tcPr>
            <w:tcW w:type="dxa" w:w="3175"/>
          </w:tcPr>
          <w:p>
            <w:pPr>
              <w:spacing w:after="0" w:line="252" w:lineRule="auto"/>
            </w:pPr>
            <w:r>
              <w:rPr>
                <w:rFonts w:ascii="Consolas" w:hAnsi="Consolas" w:cs="Consolas" w:eastAsia="Consolas"/>
                <w:sz w:val="15"/>
              </w:rPr>
              <w:t>New-Item -Force</w:t>
            </w:r>
            <w:r>
              <w:rPr>
                <w:sz w:val="17"/>
              </w:rPr>
              <w:t xml:space="preserve"> hat den Schlüssel </w:t>
            </w:r>
            <w:r>
              <w:rPr>
                <w:rFonts w:ascii="Consolas" w:hAnsi="Consolas" w:cs="Consolas" w:eastAsia="Consolas"/>
                <w:sz w:val="15"/>
              </w:rPr>
              <w:t>Parameters</w:t>
            </w:r>
            <w:r>
              <w:rPr>
                <w:sz w:val="17"/>
              </w:rPr>
              <w:t xml:space="preserve"> geleert (</w:t>
            </w:r>
            <w:r>
              <w:rPr>
                <w:rFonts w:ascii="Consolas" w:hAnsi="Consolas" w:cs="Consolas" w:eastAsia="Consolas"/>
                <w:sz w:val="15"/>
              </w:rPr>
              <w:t>ServiceDll</w:t>
            </w:r>
            <w:r>
              <w:rPr>
                <w:sz w:val="17"/>
              </w:rPr>
              <w:t xml:space="preserve"> gelöscht)</w:t>
            </w:r>
          </w:p>
        </w:tc>
        <w:tc>
          <w:tcPr>
            <w:tcW w:type="dxa" w:w="3175"/>
          </w:tcPr>
          <w:p>
            <w:pPr>
              <w:spacing w:after="0" w:line="252" w:lineRule="auto"/>
            </w:pPr>
            <w:r>
              <w:rPr>
                <w:sz w:val="17"/>
              </w:rPr>
              <w:t>Werte aus Sicherung zurückspielen (Tab. 4)</w:t>
            </w:r>
          </w:p>
        </w:tc>
      </w:tr>
      <w:tr>
        <w:tc>
          <w:tcPr>
            <w:tcW w:type="dxa" w:w="3175"/>
          </w:tcPr>
          <w:p>
            <w:pPr>
              <w:spacing w:after="0" w:line="252" w:lineRule="auto"/>
            </w:pPr>
            <w:r>
              <w:rPr>
                <w:b/>
                <w:sz w:val="17"/>
              </w:rPr>
              <w:t>Barcode zeigt nur Nullen</w:t>
            </w:r>
            <w:r>
              <w:rPr>
                <w:sz w:val="17"/>
              </w:rPr>
              <w:t xml:space="preserve"> („000000 000000“)</w:t>
            </w:r>
          </w:p>
        </w:tc>
        <w:tc>
          <w:tcPr>
            <w:tcW w:type="dxa" w:w="3175"/>
          </w:tcPr>
          <w:p>
            <w:pPr>
              <w:spacing w:after="0" w:line="252" w:lineRule="auto"/>
            </w:pPr>
            <w:r>
              <w:rPr>
                <w:sz w:val="17"/>
              </w:rPr>
              <w:t xml:space="preserve">Artikel 4802 hat keinen Alias der Art EAN/GTIN; </w:t>
            </w:r>
            <w:r>
              <w:rPr>
                <w:rFonts w:ascii="Consolas" w:hAnsi="Consolas" w:cs="Consolas" w:eastAsia="Consolas"/>
                <w:sz w:val="15"/>
              </w:rPr>
              <w:t>gtinBarcodeString</w:t>
            </w:r>
            <w:r>
              <w:rPr>
                <w:sz w:val="17"/>
              </w:rPr>
              <w:t xml:space="preserve"> ist leer</w:t>
            </w:r>
          </w:p>
        </w:tc>
        <w:tc>
          <w:tcPr>
            <w:tcW w:type="dxa" w:w="3175"/>
          </w:tcPr>
          <w:p>
            <w:pPr>
              <w:spacing w:after="0" w:line="252" w:lineRule="auto"/>
            </w:pPr>
            <w:r>
              <w:rPr>
                <w:sz w:val="17"/>
              </w:rPr>
              <w:t xml:space="preserve">EAN/GTIN (13-stellig, gültige Prüfziffer) als Artikel-Alias pflegen oder per Host liefern. Offen: Das Layout setzt </w:t>
            </w:r>
            <w:r>
              <w:rPr>
                <w:rFonts w:ascii="Consolas" w:hAnsi="Consolas" w:cs="Consolas" w:eastAsia="Consolas"/>
                <w:sz w:val="15"/>
              </w:rPr>
              <w:t>:</w:t>
            </w:r>
            <w:r>
              <w:rPr>
                <w:sz w:val="17"/>
              </w:rPr>
              <w:t xml:space="preserve"> vor die Nummer (Kap. 9)</w:t>
            </w:r>
          </w:p>
        </w:tc>
      </w:tr>
      <w:tr>
        <w:tc>
          <w:tcPr>
            <w:tcW w:type="dxa" w:w="3175"/>
          </w:tcPr>
          <w:p>
            <w:pPr>
              <w:spacing w:after="0" w:line="252" w:lineRule="auto"/>
            </w:pPr>
            <w:r>
              <w:rPr>
                <w:b/>
                <w:sz w:val="17"/>
              </w:rPr>
              <w:t>Artikeltext leer</w:t>
            </w:r>
            <w:r>
              <w:rPr>
                <w:sz w:val="17"/>
              </w:rPr>
              <w:t>, Alias-Zeile leer</w:t>
            </w:r>
          </w:p>
        </w:tc>
        <w:tc>
          <w:tcPr>
            <w:tcW w:type="dxa" w:w="3175"/>
          </w:tcPr>
          <w:p>
            <w:pPr>
              <w:spacing w:after="0" w:line="252" w:lineRule="auto"/>
            </w:pPr>
            <w:r>
              <w:rPr>
                <w:sz w:val="17"/>
              </w:rPr>
              <w:t xml:space="preserve">Konfiguration nur </w:t>
            </w:r>
            <w:r>
              <w:rPr>
                <w:rFonts w:ascii="Consolas" w:hAnsi="Consolas" w:cs="Consolas" w:eastAsia="Consolas"/>
                <w:sz w:val="15"/>
              </w:rPr>
              <w:t>eng-US</w:t>
            </w:r>
            <w:r>
              <w:rPr>
                <w:sz w:val="17"/>
              </w:rPr>
              <w:t xml:space="preserve">, Artikel nur </w:t>
            </w:r>
            <w:r>
              <w:rPr>
                <w:rFonts w:ascii="Consolas" w:hAnsi="Consolas" w:cs="Consolas" w:eastAsia="Consolas"/>
                <w:sz w:val="15"/>
              </w:rPr>
              <w:t>ger</w:t>
            </w:r>
            <w:r>
              <w:rPr>
                <w:sz w:val="17"/>
              </w:rPr>
              <w:t>-Text</w:t>
            </w:r>
          </w:p>
        </w:tc>
        <w:tc>
          <w:tcPr>
            <w:tcW w:type="dxa" w:w="3175"/>
          </w:tcPr>
          <w:p>
            <w:pPr>
              <w:spacing w:after="0" w:line="252" w:lineRule="auto"/>
            </w:pPr>
            <w:r>
              <w:rPr>
                <w:sz w:val="17"/>
              </w:rPr>
              <w:t xml:space="preserve">Konfiguration nur mit </w:t>
            </w:r>
            <w:r>
              <w:rPr>
                <w:rFonts w:ascii="Consolas" w:hAnsi="Consolas" w:cs="Consolas" w:eastAsia="Consolas"/>
                <w:sz w:val="15"/>
              </w:rPr>
              <w:t>ger</w:t>
            </w:r>
            <w:r>
              <w:rPr>
                <w:sz w:val="17"/>
              </w:rPr>
              <w:t xml:space="preserve"> (Kap. 5.7); Alias pflegen</w:t>
            </w:r>
          </w:p>
        </w:tc>
      </w:tr>
    </w:tbl>
    <w:p>
      <w:pPr>
        <w:pStyle w:val="BeschriftungSSI"/>
      </w:pPr>
      <w:r>
        <w:t>Tab. 9: Fehlertabelle (Fehlertext → Ursache → Lösung)</w:t>
      </w:r>
    </w:p>
    <w:p>
      <w:pPr>
        <w:keepNext/>
      </w:pPr>
      <w:r>
        <w:drawing>
          <wp:inline xmlns:a="http://schemas.openxmlformats.org/drawingml/2006/main" xmlns:pic="http://schemas.openxmlformats.org/drawingml/2006/picture">
            <wp:extent cx="5400000" cy="3264406"/>
            <wp:docPr id="114" name="Picture 114"/>
            <wp:cNvGraphicFramePr>
              <a:graphicFrameLocks noChangeAspect="1"/>
            </wp:cNvGraphicFramePr>
            <a:graphic>
              <a:graphicData uri="http://schemas.openxmlformats.org/drawingml/2006/picture">
                <pic:pic>
                  <pic:nvPicPr>
                    <pic:cNvPr id="0" name="d1_zpl_nachbildung_534.png"/>
                    <pic:cNvPicPr/>
                  </pic:nvPicPr>
                  <pic:blipFill>
                    <a:blip r:embed="rId24"/>
                    <a:stretch>
                      <a:fillRect/>
                    </a:stretch>
                  </pic:blipFill>
                  <pic:spPr>
                    <a:xfrm>
                      <a:off x="0" y="0"/>
                      <a:ext cx="5400000" cy="3264406"/>
                    </a:xfrm>
                    <a:prstGeom prst="rect"/>
                  </pic:spPr>
                </pic:pic>
              </a:graphicData>
            </a:graphic>
          </wp:inline>
        </w:drawing>
      </w:r>
    </w:p>
    <w:p>
      <w:pPr>
        <w:pStyle w:val="BeschriftungSSI"/>
      </w:pPr>
      <w:r>
        <w:t>Abb. 20: Nachbildung des gedruckten ZPL (Layout 534, Artikel 4802) aus den gespeicherten Druckdaten – kein Foto. Rot: leere Felder und Barcode ohne GTIN</w:t>
      </w:r>
    </w:p>
    <w:p>
      <w:pPr>
        <w:keepNext/>
      </w:pPr>
      <w:r>
        <w:drawing>
          <wp:inline xmlns:a="http://schemas.openxmlformats.org/drawingml/2006/main" xmlns:pic="http://schemas.openxmlformats.org/drawingml/2006/picture">
            <wp:extent cx="3600000" cy="1372747"/>
            <wp:docPr id="115" name="Picture 115"/>
            <wp:cNvGraphicFramePr>
              <a:graphicFrameLocks noChangeAspect="1"/>
            </wp:cNvGraphicFramePr>
            <a:graphic>
              <a:graphicData uri="http://schemas.openxmlformats.org/drawingml/2006/picture">
                <pic:pic>
                  <pic:nvPicPr>
                    <pic:cNvPr id="0" name="d1_artikeletikett_pdf_de.png"/>
                    <pic:cNvPicPr/>
                  </pic:nvPicPr>
                  <pic:blipFill>
                    <a:blip r:embed="rId25"/>
                    <a:stretch>
                      <a:fillRect/>
                    </a:stretch>
                  </pic:blipFill>
                  <pic:spPr>
                    <a:xfrm>
                      <a:off x="0" y="0"/>
                      <a:ext cx="3600000" cy="1372747"/>
                    </a:xfrm>
                    <a:prstGeom prst="rect"/>
                  </pic:spPr>
                </pic:pic>
              </a:graphicData>
            </a:graphic>
          </wp:inline>
        </w:drawing>
      </w:r>
    </w:p>
    <w:p>
      <w:pPr>
        <w:pStyle w:val="BeschriftungSSI"/>
      </w:pPr>
      <w:r>
        <w:t>Abb. 21: Zum Vergleich: PDF-Artikeletikett 76175273 in Deutsch (ger, aus RM018): Artikeltext und Barcode vorhanden</w:t>
      </w:r>
    </w:p>
    <w:p>
      <w:pPr>
        <w:keepNext/>
      </w:pPr>
      <w:r>
        <w:drawing>
          <wp:inline xmlns:a="http://schemas.openxmlformats.org/drawingml/2006/main" xmlns:pic="http://schemas.openxmlformats.org/drawingml/2006/picture">
            <wp:extent cx="3060000" cy="3918373"/>
            <wp:docPr id="116" name="Picture 116"/>
            <wp:cNvGraphicFramePr>
              <a:graphicFrameLocks noChangeAspect="1"/>
            </wp:cNvGraphicFramePr>
            <a:graphic>
              <a:graphicData uri="http://schemas.openxmlformats.org/drawingml/2006/picture">
                <pic:pic>
                  <pic:nvPicPr>
                    <pic:cNvPr id="0" name="d1_rm100_nur_mail.png"/>
                    <pic:cNvPicPr/>
                  </pic:nvPicPr>
                  <pic:blipFill>
                    <a:blip r:embed="rId26"/>
                    <a:stretch>
                      <a:fillRect/>
                    </a:stretch>
                  </pic:blipFill>
                  <pic:spPr>
                    <a:xfrm>
                      <a:off x="0" y="0"/>
                      <a:ext cx="3060000" cy="3918373"/>
                    </a:xfrm>
                    <a:prstGeom prst="rect"/>
                  </pic:spPr>
                </pic:pic>
              </a:graphicData>
            </a:graphic>
          </wp:inline>
        </w:drawing>
      </w:r>
    </w:p>
    <w:p>
      <w:pPr>
        <w:pStyle w:val="BeschriftungSSI"/>
      </w:pPr>
      <w:r>
        <w:t>Abb. 22: Fehlerbild RM100 mit Konfiguration Item label: Druck-Kanal grau, nur E-Mail-Kanal (Adressen geschwärzt)</w:t>
      </w:r>
    </w:p>
    <w:p>
      <w:pPr>
        <w:keepNext/>
      </w:pPr>
      <w:r>
        <w:drawing>
          <wp:inline xmlns:a="http://schemas.openxmlformats.org/drawingml/2006/main" xmlns:pic="http://schemas.openxmlformats.org/drawingml/2006/picture">
            <wp:extent cx="3960000" cy="1004955"/>
            <wp:docPr id="117" name="Picture 117"/>
            <wp:cNvGraphicFramePr>
              <a:graphicFrameLocks noChangeAspect="1"/>
            </wp:cNvGraphicFramePr>
            <a:graphic>
              <a:graphicData uri="http://schemas.openxmlformats.org/drawingml/2006/picture">
                <pic:pic>
                  <pic:nvPicPr>
                    <pic:cNvPr id="0" name="d1_kommissionieretikett71_engUS.png"/>
                    <pic:cNvPicPr/>
                  </pic:nvPicPr>
                  <pic:blipFill>
                    <a:blip r:embed="rId27"/>
                    <a:stretch>
                      <a:fillRect/>
                    </a:stretch>
                  </pic:blipFill>
                  <pic:spPr>
                    <a:xfrm>
                      <a:off x="0" y="0"/>
                      <a:ext cx="3960000" cy="1004955"/>
                    </a:xfrm>
                    <a:prstGeom prst="rect"/>
                  </pic:spPr>
                </pic:pic>
              </a:graphicData>
            </a:graphic>
          </wp:inline>
        </w:drawing>
      </w:r>
    </w:p>
    <w:p>
      <w:pPr>
        <w:pStyle w:val="BeschriftungSSI"/>
      </w:pPr>
      <w:r>
        <w:t>Abb. 23: Fehlerbild Sprache: Kommissionieretikett (RM018 ID 71) in eng-US – nur Nummern, kein Artikeltext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Foto des Etiketts mit ZPL-Code als Text (Foto Marek 17.10. 23:57).</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Foto des ersten korrekten ZPL-Etiketts 4802 mit Barcode-Nullen (18.10. 00:06).</w:t>
            </w:r>
          </w:p>
        </w:tc>
      </w:tr>
    </w:tbl>
    <w:p>
      <w:pPr>
        <w:spacing w:after="40"/>
      </w:pPr>
    </w:p>
    <w:p>
      <w:pPr>
        <w:pStyle w:val="Quelle"/>
      </w:pPr>
      <w:r>
        <w:rPr>
          <w:b/>
        </w:rPr>
        <w:t xml:space="preserve">Quelle: </w:t>
      </w:r>
      <w:r>
        <w:rPr>
          <w:sz w:val="17"/>
        </w:rPr>
        <w:t>TL 22:40–23:57; PP 23:56–00:06; ZI Kap. 4 (DocumentOrderData 114/115, gerendertes ZPL)</w:t>
      </w:r>
    </w:p>
    <w:p>
      <w:pPr>
        <w:pStyle w:val="Heading1"/>
      </w:pPr>
      <w:r>
        <w:t>8 Checkliste für den Kunden</w:t>
      </w:r>
    </w:p>
    <w:p>
      <w:r>
        <w:t>Zum Abhaken bei der Einrichtung. Werte in Klammern = Testsystem.</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680"/>
        <w:gridCol w:w="680"/>
        <w:gridCol w:w="6804"/>
        <w:gridCol w:w="1360"/>
      </w:tblGrid>
      <w:tr>
        <w:trPr>
          <w:tblHeader w:val="true"/>
        </w:trPr>
        <w:tc>
          <w:tcPr>
            <w:tcW w:type="dxa" w:w="680"/>
            <w:shd w:val="clear" w:color="auto" w:fill="FEEE19"/>
          </w:tcPr>
          <w:p>
            <w:pPr>
              <w:spacing w:after="0"/>
            </w:pPr>
            <w:r>
              <w:rPr>
                <w:b/>
                <w:sz w:val="17"/>
              </w:rPr>
              <w:t>☐</w:t>
            </w:r>
          </w:p>
        </w:tc>
        <w:tc>
          <w:tcPr>
            <w:tcW w:type="dxa" w:w="680"/>
            <w:shd w:val="clear" w:color="auto" w:fill="FEEE19"/>
          </w:tcPr>
          <w:p>
            <w:pPr>
              <w:spacing w:after="0"/>
            </w:pPr>
            <w:r>
              <w:rPr>
                <w:b/>
                <w:sz w:val="17"/>
              </w:rPr>
              <w:t>Nr.</w:t>
            </w:r>
          </w:p>
        </w:tc>
        <w:tc>
          <w:tcPr>
            <w:tcW w:type="dxa" w:w="6803"/>
            <w:shd w:val="clear" w:color="auto" w:fill="FEEE19"/>
          </w:tcPr>
          <w:p>
            <w:pPr>
              <w:spacing w:after="0"/>
            </w:pPr>
            <w:r>
              <w:rPr>
                <w:b/>
                <w:sz w:val="17"/>
              </w:rPr>
              <w:t>Prüfpunkt</w:t>
            </w:r>
          </w:p>
        </w:tc>
        <w:tc>
          <w:tcPr>
            <w:tcW w:type="dxa" w:w="1361"/>
            <w:shd w:val="clear" w:color="auto" w:fill="FEEE19"/>
          </w:tcPr>
          <w:p>
            <w:pPr>
              <w:spacing w:after="0"/>
            </w:pPr>
            <w:r>
              <w:rPr>
                <w:b/>
                <w:sz w:val="17"/>
              </w:rPr>
              <w:t>Wo</w:t>
            </w:r>
          </w:p>
        </w:tc>
      </w:tr>
      <w:tr>
        <w:tc>
          <w:tcPr>
            <w:tcW w:type="dxa" w:w="680"/>
          </w:tcPr>
          <w:p>
            <w:pPr>
              <w:spacing w:after="0" w:line="252" w:lineRule="auto"/>
            </w:pPr>
            <w:r>
              <w:rPr>
                <w:sz w:val="17"/>
              </w:rPr>
              <w:t>☐</w:t>
            </w:r>
          </w:p>
        </w:tc>
        <w:tc>
          <w:tcPr>
            <w:tcW w:type="dxa" w:w="680"/>
          </w:tcPr>
          <w:p>
            <w:pPr>
              <w:spacing w:after="0" w:line="252" w:lineRule="auto"/>
            </w:pPr>
            <w:r>
              <w:rPr>
                <w:sz w:val="17"/>
              </w:rPr>
              <w:t>1</w:t>
            </w:r>
          </w:p>
        </w:tc>
        <w:tc>
          <w:tcPr>
            <w:tcW w:type="dxa" w:w="6803"/>
          </w:tcPr>
          <w:p>
            <w:pPr>
              <w:spacing w:after="0" w:line="252" w:lineRule="auto"/>
            </w:pPr>
            <w:r>
              <w:rPr>
                <w:sz w:val="17"/>
              </w:rPr>
              <w:t>Zebra-Treiber installiert, Drucker „Normal“ (</w:t>
            </w:r>
            <w:r>
              <w:rPr>
                <w:rFonts w:ascii="Consolas" w:hAnsi="Consolas" w:cs="Consolas" w:eastAsia="Consolas"/>
                <w:sz w:val="15"/>
              </w:rPr>
              <w:t>ZDesigner ZD410-300dpi ZPL</w:t>
            </w:r>
            <w:r>
              <w:rPr>
                <w:sz w:val="17"/>
              </w:rPr>
              <w:t>)</w:t>
            </w:r>
          </w:p>
        </w:tc>
        <w:tc>
          <w:tcPr>
            <w:tcW w:type="dxa" w:w="1361"/>
          </w:tcPr>
          <w:p>
            <w:pPr>
              <w:spacing w:after="0" w:line="252" w:lineRule="auto"/>
            </w:pPr>
            <w:r>
              <w:rPr>
                <w:sz w:val="17"/>
              </w:rPr>
              <w:t>Druck-PC</w:t>
            </w:r>
          </w:p>
        </w:tc>
      </w:tr>
      <w:tr>
        <w:tc>
          <w:tcPr>
            <w:tcW w:type="dxa" w:w="680"/>
          </w:tcPr>
          <w:p>
            <w:pPr>
              <w:spacing w:after="0" w:line="252" w:lineRule="auto"/>
            </w:pPr>
            <w:r>
              <w:rPr>
                <w:sz w:val="17"/>
              </w:rPr>
              <w:t>☐</w:t>
            </w:r>
          </w:p>
        </w:tc>
        <w:tc>
          <w:tcPr>
            <w:tcW w:type="dxa" w:w="680"/>
          </w:tcPr>
          <w:p>
            <w:pPr>
              <w:spacing w:after="0" w:line="252" w:lineRule="auto"/>
            </w:pPr>
            <w:r>
              <w:rPr>
                <w:sz w:val="17"/>
              </w:rPr>
              <w:t>2</w:t>
            </w:r>
          </w:p>
        </w:tc>
        <w:tc>
          <w:tcPr>
            <w:tcW w:type="dxa" w:w="6803"/>
          </w:tcPr>
          <w:p>
            <w:pPr>
              <w:spacing w:after="0" w:line="252" w:lineRule="auto"/>
            </w:pPr>
            <w:r>
              <w:rPr>
                <w:sz w:val="17"/>
              </w:rPr>
              <w:t>Etikettengröße kalibriert (57 × 51 mm), Roh-ZPL-Testdruck OK</w:t>
            </w:r>
          </w:p>
        </w:tc>
        <w:tc>
          <w:tcPr>
            <w:tcW w:type="dxa" w:w="1361"/>
          </w:tcPr>
          <w:p>
            <w:pPr>
              <w:spacing w:after="0" w:line="252" w:lineRule="auto"/>
            </w:pPr>
            <w:r>
              <w:rPr>
                <w:sz w:val="17"/>
              </w:rPr>
              <w:t>Druck-PC</w:t>
            </w:r>
          </w:p>
        </w:tc>
      </w:tr>
      <w:tr>
        <w:tc>
          <w:tcPr>
            <w:tcW w:type="dxa" w:w="680"/>
          </w:tcPr>
          <w:p>
            <w:pPr>
              <w:spacing w:after="0" w:line="252" w:lineRule="auto"/>
            </w:pPr>
            <w:r>
              <w:rPr>
                <w:sz w:val="17"/>
              </w:rPr>
              <w:t>☐</w:t>
            </w:r>
          </w:p>
        </w:tc>
        <w:tc>
          <w:tcPr>
            <w:tcW w:type="dxa" w:w="680"/>
          </w:tcPr>
          <w:p>
            <w:pPr>
              <w:spacing w:after="0" w:line="252" w:lineRule="auto"/>
            </w:pPr>
            <w:r>
              <w:rPr>
                <w:sz w:val="17"/>
              </w:rPr>
              <w:t>3</w:t>
            </w:r>
          </w:p>
        </w:tc>
        <w:tc>
          <w:tcPr>
            <w:tcW w:type="dxa" w:w="6803"/>
          </w:tcPr>
          <w:p>
            <w:pPr>
              <w:spacing w:after="0" w:line="252" w:lineRule="auto"/>
            </w:pPr>
            <w:r>
              <w:rPr>
                <w:sz w:val="17"/>
              </w:rPr>
              <w:t>Drucker freigegeben, Freigabename kurz, ohne Leerzeichen (</w:t>
            </w:r>
            <w:r>
              <w:rPr>
                <w:rFonts w:ascii="Consolas" w:hAnsi="Consolas" w:cs="Consolas" w:eastAsia="Consolas"/>
                <w:sz w:val="15"/>
              </w:rPr>
              <w:t>ZD410</w:t>
            </w:r>
            <w:r>
              <w:rPr>
                <w:sz w:val="17"/>
              </w:rPr>
              <w:t>)</w:t>
            </w:r>
          </w:p>
        </w:tc>
        <w:tc>
          <w:tcPr>
            <w:tcW w:type="dxa" w:w="1361"/>
          </w:tcPr>
          <w:p>
            <w:pPr>
              <w:spacing w:after="0" w:line="252" w:lineRule="auto"/>
            </w:pPr>
            <w:r>
              <w:rPr>
                <w:sz w:val="17"/>
              </w:rPr>
              <w:t>Druck-PC</w:t>
            </w:r>
          </w:p>
        </w:tc>
      </w:tr>
      <w:tr>
        <w:tc>
          <w:tcPr>
            <w:tcW w:type="dxa" w:w="680"/>
          </w:tcPr>
          <w:p>
            <w:pPr>
              <w:spacing w:after="0" w:line="252" w:lineRule="auto"/>
            </w:pPr>
            <w:r>
              <w:rPr>
                <w:sz w:val="17"/>
              </w:rPr>
              <w:t>☐</w:t>
            </w:r>
          </w:p>
        </w:tc>
        <w:tc>
          <w:tcPr>
            <w:tcW w:type="dxa" w:w="680"/>
          </w:tcPr>
          <w:p>
            <w:pPr>
              <w:spacing w:after="0" w:line="252" w:lineRule="auto"/>
            </w:pPr>
            <w:r>
              <w:rPr>
                <w:sz w:val="17"/>
              </w:rPr>
              <w:t>4</w:t>
            </w:r>
          </w:p>
        </w:tc>
        <w:tc>
          <w:tcPr>
            <w:tcW w:type="dxa" w:w="6803"/>
          </w:tcPr>
          <w:p>
            <w:pPr>
              <w:spacing w:after="0" w:line="252" w:lineRule="auto"/>
            </w:pPr>
            <w:r>
              <w:rPr>
                <w:sz w:val="17"/>
              </w:rPr>
              <w:t xml:space="preserve">LPD-Druckdienst ein, </w:t>
            </w:r>
            <w:r>
              <w:rPr>
                <w:rFonts w:ascii="Consolas" w:hAnsi="Consolas" w:cs="Consolas" w:eastAsia="Consolas"/>
                <w:sz w:val="15"/>
              </w:rPr>
              <w:t>LPDSVC</w:t>
            </w:r>
            <w:r>
              <w:rPr>
                <w:sz w:val="17"/>
              </w:rPr>
              <w:t xml:space="preserve"> läuft, Start „Automatisch“</w:t>
            </w:r>
          </w:p>
        </w:tc>
        <w:tc>
          <w:tcPr>
            <w:tcW w:type="dxa" w:w="1361"/>
          </w:tcPr>
          <w:p>
            <w:pPr>
              <w:spacing w:after="0" w:line="252" w:lineRule="auto"/>
            </w:pPr>
            <w:r>
              <w:rPr>
                <w:sz w:val="17"/>
              </w:rPr>
              <w:t>Druck-PC</w:t>
            </w:r>
          </w:p>
        </w:tc>
      </w:tr>
      <w:tr>
        <w:tc>
          <w:tcPr>
            <w:tcW w:type="dxa" w:w="680"/>
          </w:tcPr>
          <w:p>
            <w:pPr>
              <w:spacing w:after="0" w:line="252" w:lineRule="auto"/>
            </w:pPr>
            <w:r>
              <w:rPr>
                <w:sz w:val="17"/>
              </w:rPr>
              <w:t>☐</w:t>
            </w:r>
          </w:p>
        </w:tc>
        <w:tc>
          <w:tcPr>
            <w:tcW w:type="dxa" w:w="680"/>
          </w:tcPr>
          <w:p>
            <w:pPr>
              <w:spacing w:after="0" w:line="252" w:lineRule="auto"/>
            </w:pPr>
            <w:r>
              <w:rPr>
                <w:sz w:val="17"/>
              </w:rPr>
              <w:t>5</w:t>
            </w:r>
          </w:p>
        </w:tc>
        <w:tc>
          <w:tcPr>
            <w:tcW w:type="dxa" w:w="6803"/>
          </w:tcPr>
          <w:p>
            <w:pPr>
              <w:spacing w:after="0" w:line="252" w:lineRule="auto"/>
            </w:pPr>
            <w:r>
              <w:rPr>
                <w:sz w:val="17"/>
              </w:rPr>
              <w:t>Firewall eingehend TCP 515 erlaubt (Regel „LPD-Dienst“)</w:t>
            </w:r>
          </w:p>
        </w:tc>
        <w:tc>
          <w:tcPr>
            <w:tcW w:type="dxa" w:w="1361"/>
          </w:tcPr>
          <w:p>
            <w:pPr>
              <w:spacing w:after="0" w:line="252" w:lineRule="auto"/>
            </w:pPr>
            <w:r>
              <w:rPr>
                <w:sz w:val="17"/>
              </w:rPr>
              <w:t>Druck-PC</w:t>
            </w:r>
          </w:p>
        </w:tc>
      </w:tr>
      <w:tr>
        <w:tc>
          <w:tcPr>
            <w:tcW w:type="dxa" w:w="680"/>
          </w:tcPr>
          <w:p>
            <w:pPr>
              <w:spacing w:after="0" w:line="252" w:lineRule="auto"/>
            </w:pPr>
            <w:r>
              <w:rPr>
                <w:sz w:val="17"/>
              </w:rPr>
              <w:t>☐</w:t>
            </w:r>
          </w:p>
        </w:tc>
        <w:tc>
          <w:tcPr>
            <w:tcW w:type="dxa" w:w="680"/>
          </w:tcPr>
          <w:p>
            <w:pPr>
              <w:spacing w:after="0" w:line="252" w:lineRule="auto"/>
            </w:pPr>
            <w:r>
              <w:rPr>
                <w:sz w:val="17"/>
              </w:rPr>
              <w:t>6</w:t>
            </w:r>
          </w:p>
        </w:tc>
        <w:tc>
          <w:tcPr>
            <w:tcW w:type="dxa" w:w="6803"/>
          </w:tcPr>
          <w:p>
            <w:pPr>
              <w:spacing w:after="0" w:line="252" w:lineRule="auto"/>
            </w:pPr>
            <w:r>
              <w:rPr>
                <w:sz w:val="17"/>
              </w:rPr>
              <w:t xml:space="preserve">Registry gesichert, </w:t>
            </w:r>
            <w:r>
              <w:rPr>
                <w:rFonts w:ascii="Consolas" w:hAnsi="Consolas" w:cs="Consolas" w:eastAsia="Consolas"/>
                <w:sz w:val="15"/>
              </w:rPr>
              <w:t>SimulatePassThrough = 1</w:t>
            </w:r>
            <w:r>
              <w:rPr>
                <w:sz w:val="17"/>
              </w:rPr>
              <w:t xml:space="preserve"> (DWORD), kein </w:t>
            </w:r>
            <w:r>
              <w:rPr>
                <w:rFonts w:ascii="Consolas" w:hAnsi="Consolas" w:cs="Consolas" w:eastAsia="Consolas"/>
                <w:sz w:val="15"/>
              </w:rPr>
              <w:t>New-Item -Force</w:t>
            </w:r>
          </w:p>
        </w:tc>
        <w:tc>
          <w:tcPr>
            <w:tcW w:type="dxa" w:w="1361"/>
          </w:tcPr>
          <w:p>
            <w:pPr>
              <w:spacing w:after="0" w:line="252" w:lineRule="auto"/>
            </w:pPr>
            <w:r>
              <w:rPr>
                <w:sz w:val="17"/>
              </w:rPr>
              <w:t>Druck-PC</w:t>
            </w:r>
          </w:p>
        </w:tc>
      </w:tr>
      <w:tr>
        <w:tc>
          <w:tcPr>
            <w:tcW w:type="dxa" w:w="680"/>
          </w:tcPr>
          <w:p>
            <w:pPr>
              <w:spacing w:after="0" w:line="252" w:lineRule="auto"/>
            </w:pPr>
            <w:r>
              <w:rPr>
                <w:sz w:val="17"/>
              </w:rPr>
              <w:t>☐</w:t>
            </w:r>
          </w:p>
        </w:tc>
        <w:tc>
          <w:tcPr>
            <w:tcW w:type="dxa" w:w="680"/>
          </w:tcPr>
          <w:p>
            <w:pPr>
              <w:spacing w:after="0" w:line="252" w:lineRule="auto"/>
            </w:pPr>
            <w:r>
              <w:rPr>
                <w:sz w:val="17"/>
              </w:rPr>
              <w:t>7</w:t>
            </w:r>
          </w:p>
        </w:tc>
        <w:tc>
          <w:tcPr>
            <w:tcW w:type="dxa" w:w="6803"/>
          </w:tcPr>
          <w:p>
            <w:pPr>
              <w:spacing w:after="0" w:line="252" w:lineRule="auto"/>
            </w:pPr>
            <w:r>
              <w:rPr>
                <w:rFonts w:ascii="Consolas" w:hAnsi="Consolas" w:cs="Consolas" w:eastAsia="Consolas"/>
                <w:sz w:val="15"/>
              </w:rPr>
              <w:t>lpr.exe</w:t>
            </w:r>
            <w:r>
              <w:rPr>
                <w:sz w:val="17"/>
              </w:rPr>
              <w:t xml:space="preserve"> vorhanden (Feature LPR-Port-Monitor)</w:t>
            </w:r>
          </w:p>
        </w:tc>
        <w:tc>
          <w:tcPr>
            <w:tcW w:type="dxa" w:w="1361"/>
          </w:tcPr>
          <w:p>
            <w:pPr>
              <w:spacing w:after="0" w:line="252" w:lineRule="auto"/>
            </w:pPr>
            <w:r>
              <w:rPr>
                <w:sz w:val="17"/>
              </w:rPr>
              <w:t>WAMAS-Server</w:t>
            </w:r>
          </w:p>
        </w:tc>
      </w:tr>
      <w:tr>
        <w:tc>
          <w:tcPr>
            <w:tcW w:type="dxa" w:w="680"/>
          </w:tcPr>
          <w:p>
            <w:pPr>
              <w:spacing w:after="0" w:line="252" w:lineRule="auto"/>
            </w:pPr>
            <w:r>
              <w:rPr>
                <w:sz w:val="17"/>
              </w:rPr>
              <w:t>☐</w:t>
            </w:r>
          </w:p>
        </w:tc>
        <w:tc>
          <w:tcPr>
            <w:tcW w:type="dxa" w:w="680"/>
          </w:tcPr>
          <w:p>
            <w:pPr>
              <w:spacing w:after="0" w:line="252" w:lineRule="auto"/>
            </w:pPr>
            <w:r>
              <w:rPr>
                <w:sz w:val="17"/>
              </w:rPr>
              <w:t>8</w:t>
            </w:r>
          </w:p>
        </w:tc>
        <w:tc>
          <w:tcPr>
            <w:tcW w:type="dxa" w:w="6803"/>
          </w:tcPr>
          <w:p>
            <w:pPr>
              <w:spacing w:after="0" w:line="252" w:lineRule="auto"/>
            </w:pPr>
            <w:r>
              <w:rPr>
                <w:sz w:val="17"/>
              </w:rPr>
              <w:t>Drucksystem-ID als Hostname auflösbar (</w:t>
            </w:r>
            <w:r>
              <w:rPr>
                <w:rFonts w:ascii="Consolas" w:hAnsi="Consolas" w:cs="Consolas" w:eastAsia="Consolas"/>
                <w:sz w:val="15"/>
              </w:rPr>
              <w:t>hosts</w:t>
            </w:r>
            <w:r>
              <w:rPr>
                <w:sz w:val="17"/>
              </w:rPr>
              <w:t xml:space="preserve">: </w:t>
            </w:r>
            <w:r>
              <w:rPr>
                <w:rFonts w:ascii="Consolas" w:hAnsi="Consolas" w:cs="Consolas" w:eastAsia="Consolas"/>
                <w:sz w:val="15"/>
              </w:rPr>
              <w:t>192.168.0.70 ZD410</w:t>
            </w:r>
            <w:r>
              <w:rPr>
                <w:sz w:val="17"/>
              </w:rPr>
              <w:t>)</w:t>
            </w:r>
          </w:p>
        </w:tc>
        <w:tc>
          <w:tcPr>
            <w:tcW w:type="dxa" w:w="1361"/>
          </w:tcPr>
          <w:p>
            <w:pPr>
              <w:spacing w:after="0" w:line="252" w:lineRule="auto"/>
            </w:pPr>
            <w:r>
              <w:rPr>
                <w:sz w:val="17"/>
              </w:rPr>
              <w:t>WAMAS-Server</w:t>
            </w:r>
          </w:p>
        </w:tc>
      </w:tr>
      <w:tr>
        <w:tc>
          <w:tcPr>
            <w:tcW w:type="dxa" w:w="680"/>
          </w:tcPr>
          <w:p>
            <w:pPr>
              <w:spacing w:after="0" w:line="252" w:lineRule="auto"/>
            </w:pPr>
            <w:r>
              <w:rPr>
                <w:sz w:val="17"/>
              </w:rPr>
              <w:t>☐</w:t>
            </w:r>
          </w:p>
        </w:tc>
        <w:tc>
          <w:tcPr>
            <w:tcW w:type="dxa" w:w="680"/>
          </w:tcPr>
          <w:p>
            <w:pPr>
              <w:spacing w:after="0" w:line="252" w:lineRule="auto"/>
            </w:pPr>
            <w:r>
              <w:rPr>
                <w:sz w:val="17"/>
              </w:rPr>
              <w:t>9</w:t>
            </w:r>
          </w:p>
        </w:tc>
        <w:tc>
          <w:tcPr>
            <w:tcW w:type="dxa" w:w="6803"/>
          </w:tcPr>
          <w:p>
            <w:pPr>
              <w:spacing w:after="0" w:line="252" w:lineRule="auto"/>
            </w:pPr>
            <w:r>
              <w:rPr>
                <w:rFonts w:ascii="Consolas" w:hAnsi="Consolas" w:cs="Consolas" w:eastAsia="Consolas"/>
                <w:sz w:val="15"/>
              </w:rPr>
              <w:t>Test-NetConnection ZD410 -Port 515</w:t>
            </w:r>
            <w:r>
              <w:rPr>
                <w:sz w:val="17"/>
              </w:rPr>
              <w:t xml:space="preserve"> = True</w:t>
            </w:r>
          </w:p>
        </w:tc>
        <w:tc>
          <w:tcPr>
            <w:tcW w:type="dxa" w:w="1361"/>
          </w:tcPr>
          <w:p>
            <w:pPr>
              <w:spacing w:after="0" w:line="252" w:lineRule="auto"/>
            </w:pPr>
            <w:r>
              <w:rPr>
                <w:sz w:val="17"/>
              </w:rPr>
              <w:t>WAMAS-Server</w:t>
            </w:r>
          </w:p>
        </w:tc>
      </w:tr>
      <w:tr>
        <w:tc>
          <w:tcPr>
            <w:tcW w:type="dxa" w:w="680"/>
          </w:tcPr>
          <w:p>
            <w:pPr>
              <w:spacing w:after="0" w:line="252" w:lineRule="auto"/>
            </w:pPr>
            <w:r>
              <w:rPr>
                <w:sz w:val="17"/>
              </w:rPr>
              <w:t>☐</w:t>
            </w:r>
          </w:p>
        </w:tc>
        <w:tc>
          <w:tcPr>
            <w:tcW w:type="dxa" w:w="680"/>
          </w:tcPr>
          <w:p>
            <w:pPr>
              <w:spacing w:after="0" w:line="252" w:lineRule="auto"/>
            </w:pPr>
            <w:r>
              <w:rPr>
                <w:sz w:val="17"/>
              </w:rPr>
              <w:t>10</w:t>
            </w:r>
          </w:p>
        </w:tc>
        <w:tc>
          <w:tcPr>
            <w:tcW w:type="dxa" w:w="6803"/>
          </w:tcPr>
          <w:p>
            <w:pPr>
              <w:spacing w:after="0" w:line="252" w:lineRule="auto"/>
            </w:pPr>
            <w:r>
              <w:rPr>
                <w:sz w:val="17"/>
              </w:rPr>
              <w:t xml:space="preserve">RM015 </w:t>
            </w:r>
            <w:r>
              <w:rPr>
                <w:rFonts w:ascii="Consolas" w:hAnsi="Consolas" w:cs="Consolas" w:eastAsia="Consolas"/>
                <w:sz w:val="15"/>
              </w:rPr>
              <w:t>ZPL_300</w:t>
            </w:r>
            <w:r>
              <w:rPr>
                <w:sz w:val="17"/>
              </w:rPr>
              <w:t xml:space="preserve"> vorhanden (LPR, ZPL II, 300 dpi)</w:t>
            </w:r>
          </w:p>
        </w:tc>
        <w:tc>
          <w:tcPr>
            <w:tcW w:type="dxa" w:w="1361"/>
          </w:tcPr>
          <w:p>
            <w:pPr>
              <w:spacing w:after="0" w:line="252" w:lineRule="auto"/>
            </w:pPr>
            <w:r>
              <w:rPr>
                <w:sz w:val="17"/>
              </w:rPr>
              <w:t>WAMAS</w:t>
            </w:r>
          </w:p>
        </w:tc>
      </w:tr>
      <w:tr>
        <w:tc>
          <w:tcPr>
            <w:tcW w:type="dxa" w:w="680"/>
          </w:tcPr>
          <w:p>
            <w:pPr>
              <w:spacing w:after="0" w:line="252" w:lineRule="auto"/>
            </w:pPr>
            <w:r>
              <w:rPr>
                <w:sz w:val="17"/>
              </w:rPr>
              <w:t>☐</w:t>
            </w:r>
          </w:p>
        </w:tc>
        <w:tc>
          <w:tcPr>
            <w:tcW w:type="dxa" w:w="680"/>
          </w:tcPr>
          <w:p>
            <w:pPr>
              <w:spacing w:after="0" w:line="252" w:lineRule="auto"/>
            </w:pPr>
            <w:r>
              <w:rPr>
                <w:sz w:val="17"/>
              </w:rPr>
              <w:t>11</w:t>
            </w:r>
          </w:p>
        </w:tc>
        <w:tc>
          <w:tcPr>
            <w:tcW w:type="dxa" w:w="6803"/>
          </w:tcPr>
          <w:p>
            <w:pPr>
              <w:spacing w:after="0" w:line="252" w:lineRule="auto"/>
            </w:pPr>
            <w:r>
              <w:rPr>
                <w:sz w:val="17"/>
              </w:rPr>
              <w:t xml:space="preserve">RM011 Drucker angelegt, Typ </w:t>
            </w:r>
            <w:r>
              <w:rPr>
                <w:rFonts w:ascii="Consolas" w:hAnsi="Consolas" w:cs="Consolas" w:eastAsia="Consolas"/>
                <w:sz w:val="15"/>
              </w:rPr>
              <w:t>ZPL_300</w:t>
            </w:r>
            <w:r>
              <w:rPr>
                <w:sz w:val="17"/>
              </w:rPr>
              <w:t>, Drucksystem-ID = Freigabename (</w:t>
            </w:r>
            <w:r>
              <w:rPr>
                <w:rFonts w:ascii="Consolas" w:hAnsi="Consolas" w:cs="Consolas" w:eastAsia="Consolas"/>
                <w:sz w:val="15"/>
              </w:rPr>
              <w:t>ZD410</w:t>
            </w:r>
            <w:r>
              <w:rPr>
                <w:sz w:val="17"/>
              </w:rPr>
              <w:t>)</w:t>
            </w:r>
          </w:p>
        </w:tc>
        <w:tc>
          <w:tcPr>
            <w:tcW w:type="dxa" w:w="1361"/>
          </w:tcPr>
          <w:p>
            <w:pPr>
              <w:spacing w:after="0" w:line="252" w:lineRule="auto"/>
            </w:pPr>
            <w:r>
              <w:rPr>
                <w:sz w:val="17"/>
              </w:rPr>
              <w:t>WAMAS</w:t>
            </w:r>
          </w:p>
        </w:tc>
      </w:tr>
      <w:tr>
        <w:tc>
          <w:tcPr>
            <w:tcW w:type="dxa" w:w="680"/>
          </w:tcPr>
          <w:p>
            <w:pPr>
              <w:spacing w:after="0" w:line="252" w:lineRule="auto"/>
            </w:pPr>
            <w:r>
              <w:rPr>
                <w:sz w:val="17"/>
              </w:rPr>
              <w:t>☐</w:t>
            </w:r>
          </w:p>
        </w:tc>
        <w:tc>
          <w:tcPr>
            <w:tcW w:type="dxa" w:w="680"/>
          </w:tcPr>
          <w:p>
            <w:pPr>
              <w:spacing w:after="0" w:line="252" w:lineRule="auto"/>
            </w:pPr>
            <w:r>
              <w:rPr>
                <w:sz w:val="17"/>
              </w:rPr>
              <w:t>12</w:t>
            </w:r>
          </w:p>
        </w:tc>
        <w:tc>
          <w:tcPr>
            <w:tcW w:type="dxa" w:w="6803"/>
          </w:tcPr>
          <w:p>
            <w:pPr>
              <w:spacing w:after="0" w:line="252" w:lineRule="auto"/>
            </w:pPr>
            <w:r>
              <w:rPr>
                <w:sz w:val="17"/>
              </w:rPr>
              <w:t>RM017 Zuordnung Lagerstandort (</w:t>
            </w:r>
            <w:r>
              <w:rPr>
                <w:rFonts w:ascii="Consolas" w:hAnsi="Consolas" w:cs="Consolas" w:eastAsia="Consolas"/>
                <w:sz w:val="15"/>
              </w:rPr>
              <w:t>LogiMat</w:t>
            </w:r>
            <w:r>
              <w:rPr>
                <w:sz w:val="17"/>
              </w:rPr>
              <w:t>) → Drucker</w:t>
            </w:r>
          </w:p>
        </w:tc>
        <w:tc>
          <w:tcPr>
            <w:tcW w:type="dxa" w:w="1361"/>
          </w:tcPr>
          <w:p>
            <w:pPr>
              <w:spacing w:after="0" w:line="252" w:lineRule="auto"/>
            </w:pPr>
            <w:r>
              <w:rPr>
                <w:sz w:val="17"/>
              </w:rPr>
              <w:t>WAMAS</w:t>
            </w:r>
          </w:p>
        </w:tc>
      </w:tr>
      <w:tr>
        <w:tc>
          <w:tcPr>
            <w:tcW w:type="dxa" w:w="680"/>
          </w:tcPr>
          <w:p>
            <w:pPr>
              <w:spacing w:after="0" w:line="252" w:lineRule="auto"/>
            </w:pPr>
            <w:r>
              <w:rPr>
                <w:sz w:val="17"/>
              </w:rPr>
              <w:t>☐</w:t>
            </w:r>
          </w:p>
        </w:tc>
        <w:tc>
          <w:tcPr>
            <w:tcW w:type="dxa" w:w="680"/>
          </w:tcPr>
          <w:p>
            <w:pPr>
              <w:spacing w:after="0" w:line="252" w:lineRule="auto"/>
            </w:pPr>
            <w:r>
              <w:rPr>
                <w:sz w:val="17"/>
              </w:rPr>
              <w:t>13</w:t>
            </w:r>
          </w:p>
        </w:tc>
        <w:tc>
          <w:tcPr>
            <w:tcW w:type="dxa" w:w="6803"/>
          </w:tcPr>
          <w:p>
            <w:pPr>
              <w:spacing w:after="0" w:line="252" w:lineRule="auto"/>
            </w:pPr>
            <w:r>
              <w:rPr>
                <w:sz w:val="17"/>
              </w:rPr>
              <w:t>RM010 erste kriterienlose Zeile des Dokumenttyps zeigt auf ZPL-300-Konfiguration</w:t>
            </w:r>
          </w:p>
        </w:tc>
        <w:tc>
          <w:tcPr>
            <w:tcW w:type="dxa" w:w="1361"/>
          </w:tcPr>
          <w:p>
            <w:pPr>
              <w:spacing w:after="0" w:line="252" w:lineRule="auto"/>
            </w:pPr>
            <w:r>
              <w:rPr>
                <w:sz w:val="17"/>
              </w:rPr>
              <w:t>WAMAS</w:t>
            </w:r>
          </w:p>
        </w:tc>
      </w:tr>
      <w:tr>
        <w:tc>
          <w:tcPr>
            <w:tcW w:type="dxa" w:w="680"/>
          </w:tcPr>
          <w:p>
            <w:pPr>
              <w:spacing w:after="0" w:line="252" w:lineRule="auto"/>
            </w:pPr>
            <w:r>
              <w:rPr>
                <w:sz w:val="17"/>
              </w:rPr>
              <w:t>☐</w:t>
            </w:r>
          </w:p>
        </w:tc>
        <w:tc>
          <w:tcPr>
            <w:tcW w:type="dxa" w:w="680"/>
          </w:tcPr>
          <w:p>
            <w:pPr>
              <w:spacing w:after="0" w:line="252" w:lineRule="auto"/>
            </w:pPr>
            <w:r>
              <w:rPr>
                <w:sz w:val="17"/>
              </w:rPr>
              <w:t>14</w:t>
            </w:r>
          </w:p>
        </w:tc>
        <w:tc>
          <w:tcPr>
            <w:tcW w:type="dxa" w:w="6803"/>
          </w:tcPr>
          <w:p>
            <w:pPr>
              <w:spacing w:after="0" w:line="252" w:lineRule="auto"/>
            </w:pPr>
            <w:r>
              <w:rPr>
                <w:sz w:val="17"/>
              </w:rPr>
              <w:t xml:space="preserve">RM005 Konfiguration: Druck-Kanal vorhanden, Sprache nur </w:t>
            </w:r>
            <w:r>
              <w:rPr>
                <w:rFonts w:ascii="Consolas" w:hAnsi="Consolas" w:cs="Consolas" w:eastAsia="Consolas"/>
                <w:sz w:val="15"/>
              </w:rPr>
              <w:t>ger</w:t>
            </w:r>
          </w:p>
        </w:tc>
        <w:tc>
          <w:tcPr>
            <w:tcW w:type="dxa" w:w="1361"/>
          </w:tcPr>
          <w:p>
            <w:pPr>
              <w:spacing w:after="0" w:line="252" w:lineRule="auto"/>
            </w:pPr>
            <w:r>
              <w:rPr>
                <w:sz w:val="17"/>
              </w:rPr>
              <w:t>WAMAS</w:t>
            </w:r>
          </w:p>
        </w:tc>
      </w:tr>
      <w:tr>
        <w:tc>
          <w:tcPr>
            <w:tcW w:type="dxa" w:w="680"/>
          </w:tcPr>
          <w:p>
            <w:pPr>
              <w:spacing w:after="0" w:line="252" w:lineRule="auto"/>
            </w:pPr>
            <w:r>
              <w:rPr>
                <w:sz w:val="17"/>
              </w:rPr>
              <w:t>☐</w:t>
            </w:r>
          </w:p>
        </w:tc>
        <w:tc>
          <w:tcPr>
            <w:tcW w:type="dxa" w:w="680"/>
          </w:tcPr>
          <w:p>
            <w:pPr>
              <w:spacing w:after="0" w:line="252" w:lineRule="auto"/>
            </w:pPr>
            <w:r>
              <w:rPr>
                <w:sz w:val="17"/>
              </w:rPr>
              <w:t>15</w:t>
            </w:r>
          </w:p>
        </w:tc>
        <w:tc>
          <w:tcPr>
            <w:tcW w:type="dxa" w:w="6803"/>
          </w:tcPr>
          <w:p>
            <w:pPr>
              <w:spacing w:after="0" w:line="252" w:lineRule="auto"/>
            </w:pPr>
            <w:r>
              <w:rPr>
                <w:sz w:val="17"/>
              </w:rPr>
              <w:t>MD022 Standard-Lagerstandort an jedem druckenden Terminal</w:t>
            </w:r>
          </w:p>
        </w:tc>
        <w:tc>
          <w:tcPr>
            <w:tcW w:type="dxa" w:w="1361"/>
          </w:tcPr>
          <w:p>
            <w:pPr>
              <w:spacing w:after="0" w:line="252" w:lineRule="auto"/>
            </w:pPr>
            <w:r>
              <w:rPr>
                <w:sz w:val="17"/>
              </w:rPr>
              <w:t>WAMAS</w:t>
            </w:r>
          </w:p>
        </w:tc>
      </w:tr>
      <w:tr>
        <w:tc>
          <w:tcPr>
            <w:tcW w:type="dxa" w:w="680"/>
          </w:tcPr>
          <w:p>
            <w:pPr>
              <w:spacing w:after="0" w:line="252" w:lineRule="auto"/>
            </w:pPr>
            <w:r>
              <w:rPr>
                <w:sz w:val="17"/>
              </w:rPr>
              <w:t>☐</w:t>
            </w:r>
          </w:p>
        </w:tc>
        <w:tc>
          <w:tcPr>
            <w:tcW w:type="dxa" w:w="680"/>
          </w:tcPr>
          <w:p>
            <w:pPr>
              <w:spacing w:after="0" w:line="252" w:lineRule="auto"/>
            </w:pPr>
            <w:r>
              <w:rPr>
                <w:sz w:val="17"/>
              </w:rPr>
              <w:t>16</w:t>
            </w:r>
          </w:p>
        </w:tc>
        <w:tc>
          <w:tcPr>
            <w:tcW w:type="dxa" w:w="6803"/>
          </w:tcPr>
          <w:p>
            <w:pPr>
              <w:spacing w:after="0" w:line="252" w:lineRule="auto"/>
            </w:pPr>
            <w:r>
              <w:rPr>
                <w:sz w:val="17"/>
              </w:rPr>
              <w:t>Artikel haben EAN/GTIN-Alias (für Barcode) und deutschen Text</w:t>
            </w:r>
          </w:p>
        </w:tc>
        <w:tc>
          <w:tcPr>
            <w:tcW w:type="dxa" w:w="1361"/>
          </w:tcPr>
          <w:p>
            <w:pPr>
              <w:spacing w:after="0" w:line="252" w:lineRule="auto"/>
            </w:pPr>
            <w:r>
              <w:rPr>
                <w:sz w:val="17"/>
              </w:rPr>
              <w:t>WAMAS</w:t>
            </w:r>
          </w:p>
        </w:tc>
      </w:tr>
      <w:tr>
        <w:tc>
          <w:tcPr>
            <w:tcW w:type="dxa" w:w="680"/>
          </w:tcPr>
          <w:p>
            <w:pPr>
              <w:spacing w:after="0" w:line="252" w:lineRule="auto"/>
            </w:pPr>
            <w:r>
              <w:rPr>
                <w:sz w:val="17"/>
              </w:rPr>
              <w:t>☐</w:t>
            </w:r>
          </w:p>
        </w:tc>
        <w:tc>
          <w:tcPr>
            <w:tcW w:type="dxa" w:w="680"/>
          </w:tcPr>
          <w:p>
            <w:pPr>
              <w:spacing w:after="0" w:line="252" w:lineRule="auto"/>
            </w:pPr>
            <w:r>
              <w:rPr>
                <w:sz w:val="17"/>
              </w:rPr>
              <w:t>17</w:t>
            </w:r>
          </w:p>
        </w:tc>
        <w:tc>
          <w:tcPr>
            <w:tcW w:type="dxa" w:w="6803"/>
          </w:tcPr>
          <w:p>
            <w:pPr>
              <w:spacing w:after="0" w:line="252" w:lineRule="auto"/>
            </w:pPr>
            <w:r>
              <w:rPr>
                <w:sz w:val="17"/>
              </w:rPr>
              <w:t>Testdruck RM100 nur Druck-Kanal → RM023 ohne Fehler, Etikett am Drucker geprüft</w:t>
            </w:r>
          </w:p>
        </w:tc>
        <w:tc>
          <w:tcPr>
            <w:tcW w:type="dxa" w:w="1361"/>
          </w:tcPr>
          <w:p>
            <w:pPr>
              <w:spacing w:after="0" w:line="252" w:lineRule="auto"/>
            </w:pPr>
            <w:r>
              <w:rPr>
                <w:sz w:val="17"/>
              </w:rPr>
              <w:t>WAMAS</w:t>
            </w:r>
          </w:p>
        </w:tc>
      </w:tr>
      <w:tr>
        <w:tc>
          <w:tcPr>
            <w:tcW w:type="dxa" w:w="680"/>
          </w:tcPr>
          <w:p>
            <w:pPr>
              <w:spacing w:after="0" w:line="252" w:lineRule="auto"/>
            </w:pPr>
            <w:r>
              <w:rPr>
                <w:sz w:val="17"/>
              </w:rPr>
              <w:t>☐</w:t>
            </w:r>
          </w:p>
        </w:tc>
        <w:tc>
          <w:tcPr>
            <w:tcW w:type="dxa" w:w="680"/>
          </w:tcPr>
          <w:p>
            <w:pPr>
              <w:spacing w:after="0" w:line="252" w:lineRule="auto"/>
            </w:pPr>
            <w:r>
              <w:rPr>
                <w:sz w:val="17"/>
              </w:rPr>
              <w:t>18</w:t>
            </w:r>
          </w:p>
        </w:tc>
        <w:tc>
          <w:tcPr>
            <w:tcW w:type="dxa" w:w="6803"/>
          </w:tcPr>
          <w:p>
            <w:pPr>
              <w:spacing w:after="0" w:line="252" w:lineRule="auto"/>
            </w:pPr>
            <w:r>
              <w:rPr>
                <w:sz w:val="17"/>
              </w:rPr>
              <w:t>Barcode mit Mobile-Client gescannt, Artikel gefunden</w:t>
            </w:r>
          </w:p>
        </w:tc>
        <w:tc>
          <w:tcPr>
            <w:tcW w:type="dxa" w:w="1361"/>
          </w:tcPr>
          <w:p>
            <w:pPr>
              <w:spacing w:after="0" w:line="252" w:lineRule="auto"/>
            </w:pPr>
            <w:r>
              <w:rPr>
                <w:sz w:val="17"/>
              </w:rPr>
              <w:t>Mobile</w:t>
            </w:r>
          </w:p>
        </w:tc>
      </w:tr>
      <w:tr>
        <w:tc>
          <w:tcPr>
            <w:tcW w:type="dxa" w:w="680"/>
          </w:tcPr>
          <w:p>
            <w:pPr>
              <w:spacing w:after="0" w:line="252" w:lineRule="auto"/>
            </w:pPr>
            <w:r>
              <w:rPr>
                <w:sz w:val="17"/>
              </w:rPr>
              <w:t>☐</w:t>
            </w:r>
          </w:p>
        </w:tc>
        <w:tc>
          <w:tcPr>
            <w:tcW w:type="dxa" w:w="680"/>
          </w:tcPr>
          <w:p>
            <w:pPr>
              <w:spacing w:after="0" w:line="252" w:lineRule="auto"/>
            </w:pPr>
            <w:r>
              <w:rPr>
                <w:sz w:val="17"/>
              </w:rPr>
              <w:t>19</w:t>
            </w:r>
          </w:p>
        </w:tc>
        <w:tc>
          <w:tcPr>
            <w:tcW w:type="dxa" w:w="6803"/>
          </w:tcPr>
          <w:p>
            <w:pPr>
              <w:spacing w:after="0" w:line="252" w:lineRule="auto"/>
            </w:pPr>
            <w:r>
              <w:rPr>
                <w:sz w:val="17"/>
              </w:rPr>
              <w:t>Alle Änderungen alt/neu protokolliert, Rückbau bekannt</w:t>
            </w:r>
          </w:p>
        </w:tc>
        <w:tc>
          <w:tcPr>
            <w:tcW w:type="dxa" w:w="1361"/>
          </w:tcPr>
          <w:p>
            <w:pPr>
              <w:spacing w:after="0" w:line="252" w:lineRule="auto"/>
            </w:pPr>
            <w:r>
              <w:rPr>
                <w:sz w:val="17"/>
              </w:rPr>
              <w:t>alle</w:t>
            </w:r>
          </w:p>
        </w:tc>
      </w:tr>
    </w:tbl>
    <w:p>
      <w:pPr>
        <w:pStyle w:val="BeschriftungSSI"/>
      </w:pPr>
      <w:r>
        <w:t>Tab. 10: Checkliste Etikettendruck</w:t>
      </w:r>
    </w:p>
    <w:p>
      <w:pPr>
        <w:pStyle w:val="Quelle"/>
      </w:pPr>
      <w:r>
        <w:rPr>
          <w:b/>
        </w:rPr>
        <w:t xml:space="preserve">Quelle: </w:t>
      </w:r>
      <w:r>
        <w:rPr>
          <w:sz w:val="17"/>
        </w:rPr>
        <w:t>Kap. 3–7</w:t>
      </w:r>
    </w:p>
    <w:p>
      <w:pPr>
        <w:pStyle w:val="Heading1"/>
      </w:pPr>
      <w:r>
        <w:t>9 Etikettentests und 57 × 51-Layouts (OFFEN)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Kapitel offen – wird von WAMAS Dev nachgeliefert</w:t>
            </w:r>
          </w:p>
          <w:p>
            <w:pPr>
              <w:spacing w:after="40"/>
            </w:pPr>
            <w:r>
              <w:rPr>
                <w:sz w:val="19"/>
              </w:rPr>
              <w:t>Die Drucktests der einzelnen Etiketten auf 57 × 51 mm und eigene Layouts sind noch nicht durchgeführt. Unten steht nur der Stand aus der DB-Auswertung (18.10. 00:14), noch ohne Drucktest.</w:t>
            </w:r>
          </w:p>
        </w:tc>
      </w:tr>
    </w:tbl>
    <w:p>
      <w:pPr>
        <w:spacing w:after="40"/>
      </w:pPr>
    </w:p>
    <w:p>
      <w:r>
        <w:t>Bekannt (aus DB, nicht gedruckt):</w:t>
      </w:r>
    </w:p>
    <w:p>
      <w:pPr>
        <w:pStyle w:val="ListBullet"/>
      </w:pPr>
      <w:r>
        <w:t xml:space="preserve">Eine Seitengröße 57 × 51 mm gibt es nicht. </w:t>
      </w:r>
      <w:r>
        <w:rPr>
          <w:rFonts w:ascii="Consolas" w:hAnsi="Consolas" w:cs="Consolas" w:eastAsia="Consolas"/>
          <w:sz w:val="18"/>
        </w:rPr>
        <w:t>ZPL_300</w:t>
      </w:r>
      <w:r>
        <w:t xml:space="preserve"> erlaubt nur </w:t>
      </w:r>
      <w:r>
        <w:rPr>
          <w:b/>
        </w:rPr>
        <w:t>Large Label</w:t>
      </w:r>
      <w:r>
        <w:t xml:space="preserve"> (4 × 6 Zoll) und </w:t>
      </w:r>
      <w:r>
        <w:rPr>
          <w:b/>
        </w:rPr>
        <w:t>Small Label</w:t>
      </w:r>
      <w:r>
        <w:t xml:space="preserve"> (2 × 1 Zoll = 50,8 × 25,4 mm).</w:t>
      </w:r>
    </w:p>
    <w:p>
      <w:pPr>
        <w:pStyle w:val="ListBullet"/>
      </w:pPr>
      <w:r>
        <w:t xml:space="preserve">Kein ZPL-Layout sendet </w:t>
      </w:r>
      <w:r>
        <w:rPr>
          <w:rFonts w:ascii="Consolas" w:hAnsi="Consolas" w:cs="Consolas" w:eastAsia="Consolas"/>
          <w:sz w:val="18"/>
        </w:rPr>
        <w:t>^LL</w:t>
      </w:r>
      <w:r>
        <w:t xml:space="preserve"> (Etikettenlänge). Die Länge kommt aus der Kalibrierung des Druckers.</w:t>
      </w:r>
    </w:p>
    <w:p>
      <w:pPr>
        <w:pStyle w:val="ListBullet"/>
      </w:pPr>
      <w:r>
        <w:t>Breite passt (</w:t>
      </w:r>
      <w:r>
        <w:rPr>
          <w:rFonts w:ascii="Consolas" w:hAnsi="Consolas" w:cs="Consolas" w:eastAsia="Consolas"/>
          <w:sz w:val="18"/>
        </w:rPr>
        <w:t>^PW</w:t>
      </w:r>
      <w:r>
        <w:t xml:space="preserve"> ≤ 672): 534 Item label small, 535 LogiMat LU label small, 536 generic small, 537 LogiMat picking label small, 538 LogiMat stock label small, 540 Storage location label small, dazu 523, 527, 532. Die „small“-Layouts nutzen nur etwa 44 mm Breite und die obere Hälfte.</w:t>
      </w:r>
    </w:p>
    <w:p>
      <w:pPr>
        <w:pStyle w:val="ListBullet"/>
      </w:pPr>
      <w:r>
        <w:t xml:space="preserve">Zu breit (4 × 6 Zoll, </w:t>
      </w:r>
      <w:r>
        <w:rPr>
          <w:rFonts w:ascii="Consolas" w:hAnsi="Consolas" w:cs="Consolas" w:eastAsia="Consolas"/>
          <w:sz w:val="18"/>
        </w:rPr>
        <w:t>^PW</w:t>
      </w:r>
      <w:r>
        <w:t xml:space="preserve"> 1178–1227): u. a. 8, 14, 22, 25, 28, 31, 34, 37, 40, 43, 525.</w:t>
      </w:r>
    </w:p>
    <w:p>
      <w:pPr>
        <w:pStyle w:val="ListBullet"/>
      </w:pPr>
      <w:r>
        <w:t xml:space="preserve">Layout 534 setzt </w:t>
      </w:r>
      <w:r>
        <w:rPr>
          <w:rFonts w:ascii="Consolas" w:hAnsi="Consolas" w:cs="Consolas" w:eastAsia="Consolas"/>
          <w:sz w:val="18"/>
        </w:rPr>
        <w:t>:</w:t>
      </w:r>
      <w:r>
        <w:t xml:space="preserve"> vor die GTIN im EAN-13-Befehl. Mit echter EAN prüfen, sonst Kopie ohne </w:t>
      </w:r>
      <w:r>
        <w:rPr>
          <w:rFonts w:ascii="Consolas" w:hAnsi="Consolas" w:cs="Consolas" w:eastAsia="Consolas"/>
          <w:sz w:val="18"/>
        </w:rPr>
        <w:t>:</w:t>
      </w:r>
      <w:r>
        <w:t>.</w:t>
      </w:r>
    </w:p>
    <w:p>
      <w:r>
        <w:t>Offen (wird nachgeliefert):</w:t>
      </w:r>
    </w:p>
    <w:p>
      <w:pPr>
        <w:tabs>
          <w:tab w:pos="425" w:val="left"/>
        </w:tabs>
        <w:spacing w:after="60"/>
        <w:ind w:left="425" w:hanging="425"/>
      </w:pPr>
      <w:r>
        <w:rPr>
          <w:b/>
        </w:rPr>
        <w:t>1.</w:t>
        <w:tab/>
      </w:r>
      <w:r>
        <w:t xml:space="preserve">Artikel 4802 mit EAN-Alias und </w:t>
      </w:r>
      <w:r>
        <w:rPr>
          <w:rFonts w:ascii="Consolas" w:hAnsi="Consolas" w:cs="Consolas" w:eastAsia="Consolas"/>
          <w:sz w:val="18"/>
        </w:rPr>
        <w:t>ger</w:t>
      </w:r>
      <w:r>
        <w:t>-Konfiguration erneut drucken.</w:t>
      </w:r>
    </w:p>
    <w:p>
      <w:pPr>
        <w:tabs>
          <w:tab w:pos="425" w:val="left"/>
        </w:tabs>
        <w:spacing w:after="60"/>
        <w:ind w:left="425" w:hanging="425"/>
      </w:pPr>
      <w:r>
        <w:rPr>
          <w:b/>
        </w:rPr>
        <w:t>2.</w:t>
        <w:tab/>
      </w:r>
      <w:r>
        <w:t>Layouts 535–540 nacheinander drucken und bewerten.</w:t>
      </w:r>
    </w:p>
    <w:p>
      <w:pPr>
        <w:tabs>
          <w:tab w:pos="425" w:val="left"/>
        </w:tabs>
        <w:spacing w:after="60"/>
        <w:ind w:left="425" w:hanging="425"/>
      </w:pPr>
      <w:r>
        <w:rPr>
          <w:b/>
        </w:rPr>
        <w:t>3.</w:t>
        <w:tab/>
      </w:r>
      <w:r>
        <w:t>523/527/532 als größere Varianten testen.</w:t>
      </w:r>
    </w:p>
    <w:p>
      <w:pPr>
        <w:tabs>
          <w:tab w:pos="425" w:val="left"/>
        </w:tabs>
        <w:spacing w:after="60"/>
        <w:ind w:left="425" w:hanging="425"/>
      </w:pPr>
      <w:r>
        <w:rPr>
          <w:b/>
        </w:rPr>
        <w:t>4.</w:t>
        <w:tab/>
      </w:r>
      <w:r>
        <w:t xml:space="preserve">Eigene Kopien mit </w:t>
      </w:r>
      <w:r>
        <w:rPr>
          <w:rFonts w:ascii="Consolas" w:hAnsi="Consolas" w:cs="Consolas" w:eastAsia="Consolas"/>
          <w:sz w:val="18"/>
        </w:rPr>
        <w:t>^PW672^LL602</w:t>
      </w:r>
      <w:r>
        <w:t xml:space="preserve"> in RM003 hochladen (eigener Name, Original nicht ändern).</w:t>
      </w:r>
    </w:p>
    <w:p>
      <w:pPr>
        <w:tabs>
          <w:tab w:pos="425" w:val="left"/>
        </w:tabs>
        <w:spacing w:after="60"/>
        <w:ind w:left="425" w:hanging="425"/>
      </w:pPr>
      <w:r>
        <w:rPr>
          <w:b/>
        </w:rPr>
        <w:t>5.</w:t>
        <w:tab/>
      </w:r>
      <w:r>
        <w:t>Fotos der Etiketten und Bewertung je Layout.</w:t>
      </w:r>
    </w:p>
    <w:p>
      <w:pPr>
        <w:pStyle w:val="Quelle"/>
      </w:pPr>
      <w:r>
        <w:rPr>
          <w:b/>
        </w:rPr>
        <w:t xml:space="preserve">Quelle: </w:t>
      </w:r>
      <w:r>
        <w:rPr>
          <w:sz w:val="17"/>
        </w:rPr>
        <w:t>ZI Kap. 1, 3, Folgerungen</w:t>
      </w:r>
    </w:p>
    <w:p>
      <w:pPr>
        <w:pStyle w:val="Heading1"/>
      </w:pPr>
      <w:r>
        <w:t>10 Stolperfallen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Die häufigsten Fehler</w:t>
            </w:r>
          </w:p>
          <w:p>
            <w:pPr>
              <w:spacing w:after="40"/>
            </w:pPr>
            <w:r>
              <w:rPr>
                <w:sz w:val="19"/>
              </w:rPr>
              <w:t xml:space="preserve">- Drucksystem-ID als </w:t>
            </w:r>
            <w:r>
              <w:rPr>
                <w:rFonts w:ascii="Consolas" w:hAnsi="Consolas" w:cs="Consolas" w:eastAsia="Consolas"/>
                <w:sz w:val="17"/>
              </w:rPr>
              <w:t>IP:Queue</w:t>
            </w:r>
            <w:r>
              <w:rPr>
                <w:sz w:val="19"/>
              </w:rPr>
              <w:t xml:space="preserve"> oder Windows-Druckername eingetragen → nur ein Name, der Host </w:t>
            </w:r>
            <w:r>
              <w:rPr>
                <w:b/>
                <w:sz w:val="19"/>
              </w:rPr>
              <w:t>und</w:t>
            </w:r>
            <w:r>
              <w:rPr>
                <w:sz w:val="19"/>
              </w:rPr>
              <w:t xml:space="preserve"> Freigabe ist.</w:t>
            </w:r>
          </w:p>
          <w:p>
            <w:pPr>
              <w:spacing w:after="40"/>
            </w:pPr>
            <w:r>
              <w:rPr>
                <w:sz w:val="19"/>
              </w:rPr>
              <w:t xml:space="preserve">- </w:t>
            </w:r>
            <w:r>
              <w:rPr>
                <w:rFonts w:ascii="Consolas" w:hAnsi="Consolas" w:cs="Consolas" w:eastAsia="Consolas"/>
                <w:sz w:val="17"/>
              </w:rPr>
              <w:t>hosts</w:t>
            </w:r>
            <w:r>
              <w:rPr>
                <w:sz w:val="19"/>
              </w:rPr>
              <w:t>-Eintrag vergessen → „Host … ist unbekannt“.</w:t>
            </w:r>
          </w:p>
          <w:p>
            <w:pPr>
              <w:spacing w:after="40"/>
            </w:pPr>
            <w:r>
              <w:rPr>
                <w:sz w:val="19"/>
              </w:rPr>
              <w:t xml:space="preserve">- </w:t>
            </w:r>
            <w:r>
              <w:rPr>
                <w:rFonts w:ascii="Consolas" w:hAnsi="Consolas" w:cs="Consolas" w:eastAsia="Consolas"/>
                <w:sz w:val="17"/>
              </w:rPr>
              <w:t>lpr.exe</w:t>
            </w:r>
            <w:r>
              <w:rPr>
                <w:sz w:val="19"/>
              </w:rPr>
              <w:t xml:space="preserve"> fehlt auf dem WAMAS-Server → „lpr ist falsch geschrieben“.</w:t>
            </w:r>
          </w:p>
          <w:p>
            <w:pPr>
              <w:spacing w:after="40"/>
            </w:pPr>
            <w:r>
              <w:rPr>
                <w:sz w:val="19"/>
              </w:rPr>
              <w:t xml:space="preserve">- </w:t>
            </w:r>
            <w:r>
              <w:rPr>
                <w:rFonts w:ascii="Consolas" w:hAnsi="Consolas" w:cs="Consolas" w:eastAsia="Consolas"/>
                <w:sz w:val="17"/>
              </w:rPr>
              <w:t>SimulatePassThrough</w:t>
            </w:r>
            <w:r>
              <w:rPr>
                <w:sz w:val="19"/>
              </w:rPr>
              <w:t xml:space="preserve"> fehlt → ZPL wird als Text gedruckt.</w:t>
            </w:r>
          </w:p>
          <w:p>
            <w:pPr>
              <w:spacing w:after="40"/>
            </w:pPr>
            <w:r>
              <w:rPr>
                <w:sz w:val="19"/>
              </w:rPr>
              <w:t xml:space="preserve">- </w:t>
            </w:r>
            <w:r>
              <w:rPr>
                <w:rFonts w:ascii="Consolas" w:hAnsi="Consolas" w:cs="Consolas" w:eastAsia="Consolas"/>
                <w:sz w:val="17"/>
              </w:rPr>
              <w:t>New-Item -Force</w:t>
            </w:r>
            <w:r>
              <w:rPr>
                <w:sz w:val="19"/>
              </w:rPr>
              <w:t xml:space="preserve"> auf den LPDSVC-Schlüssel → Dienst startet nicht mehr.</w:t>
            </w:r>
          </w:p>
          <w:p>
            <w:pPr>
              <w:spacing w:after="40"/>
            </w:pPr>
            <w:r>
              <w:rPr>
                <w:sz w:val="19"/>
              </w:rPr>
              <w:t>- Eigene RM010-Zeile mit Kriterien angelegt → RM100 nimmt trotzdem die erste kriterienlose Zeile.</w:t>
            </w:r>
          </w:p>
          <w:p>
            <w:pPr>
              <w:spacing w:after="40"/>
            </w:pPr>
            <w:r>
              <w:rPr>
                <w:sz w:val="19"/>
              </w:rPr>
              <w:t>- „Aktiviert“ entfernt → RM100 ignoriert das, der Nachdruck aus RM018 nicht.</w:t>
            </w:r>
          </w:p>
          <w:p>
            <w:pPr>
              <w:spacing w:after="40"/>
            </w:pPr>
            <w:r>
              <w:rPr>
                <w:sz w:val="19"/>
              </w:rPr>
              <w:t>- MD022 ohne Standard-Lagerstandort → Druckerliste leer.</w:t>
            </w:r>
          </w:p>
          <w:p>
            <w:pPr>
              <w:spacing w:after="40"/>
            </w:pPr>
            <w:r>
              <w:rPr>
                <w:sz w:val="19"/>
              </w:rPr>
              <w:t xml:space="preserve">- Konfiguration mit </w:t>
            </w:r>
            <w:r>
              <w:rPr>
                <w:rFonts w:ascii="Consolas" w:hAnsi="Consolas" w:cs="Consolas" w:eastAsia="Consolas"/>
                <w:sz w:val="17"/>
              </w:rPr>
              <w:t>eng-US</w:t>
            </w:r>
            <w:r>
              <w:rPr>
                <w:sz w:val="19"/>
              </w:rPr>
              <w:t xml:space="preserve"> → leerer Artikeltext und doppelte Etiketten (eng-US + ger).</w:t>
            </w:r>
          </w:p>
          <w:p>
            <w:pPr>
              <w:spacing w:after="40"/>
            </w:pPr>
            <w:r>
              <w:rPr>
                <w:sz w:val="19"/>
              </w:rPr>
              <w:t>- Kein EAN-Alias am Artikel → Barcode mit Nullen.</w:t>
            </w:r>
          </w:p>
          <w:p>
            <w:pPr>
              <w:spacing w:after="40"/>
            </w:pPr>
            <w:r>
              <w:rPr>
                <w:sz w:val="19"/>
              </w:rPr>
              <w:t xml:space="preserve">- RM023 </w:t>
            </w:r>
            <w:r>
              <w:rPr>
                <w:rFonts w:ascii="Consolas" w:hAnsi="Consolas" w:cs="Consolas" w:eastAsia="Consolas"/>
                <w:sz w:val="17"/>
              </w:rPr>
              <w:t>FINISHED</w:t>
            </w:r>
            <w:r>
              <w:rPr>
                <w:sz w:val="19"/>
              </w:rPr>
              <w:t xml:space="preserve"> für „gedruckt“ gehalten → heißt nur „an </w:t>
            </w:r>
            <w:r>
              <w:rPr>
                <w:rFonts w:ascii="Consolas" w:hAnsi="Consolas" w:cs="Consolas" w:eastAsia="Consolas"/>
                <w:sz w:val="17"/>
              </w:rPr>
              <w:t>lpr</w:t>
            </w:r>
            <w:r>
              <w:rPr>
                <w:sz w:val="19"/>
              </w:rPr>
              <w:t xml:space="preserve"> übergeben“; Etikett ansehen.</w:t>
            </w:r>
          </w:p>
          <w:p>
            <w:pPr>
              <w:spacing w:after="40"/>
            </w:pPr>
            <w:r>
              <w:rPr>
                <w:sz w:val="19"/>
              </w:rPr>
              <w:t>- 203-dpi- oder 4 × 6-Layout am ZD410 → nicht wählbar bzw. zu groß.</w:t>
            </w:r>
          </w:p>
          <w:p>
            <w:pPr>
              <w:spacing w:after="40"/>
            </w:pPr>
            <w:r>
              <w:rPr>
                <w:sz w:val="19"/>
              </w:rPr>
              <w:t>- In RM100 den E-Mail-Kanal angehakt lassen oder in RM018 „Dokument noch einmal verteilen“ drücken → E-Mail an Test-Adressen.</w:t>
            </w:r>
          </w:p>
        </w:tc>
      </w:tr>
    </w:tbl>
    <w:p>
      <w:pPr>
        <w:spacing w:after="40"/>
      </w:pPr>
    </w:p>
    <w:p>
      <w:pPr>
        <w:pStyle w:val="Quelle"/>
      </w:pPr>
      <w:r>
        <w:rPr>
          <w:b/>
        </w:rPr>
        <w:t xml:space="preserve">Quelle: </w:t>
      </w:r>
      <w:r>
        <w:rPr>
          <w:sz w:val="17"/>
        </w:rPr>
        <w:t>Kap. 3–7</w:t>
      </w:r>
    </w:p>
    <w:p>
      <w:pPr>
        <w:pStyle w:val="Heading1"/>
      </w:pPr>
      <w:r>
        <w:t>11 Praxisbeispiele</w:t>
      </w:r>
    </w:p>
    <w:p>
      <w:pPr>
        <w:pStyle w:val="Heading2"/>
      </w:pPr>
      <w:r>
        <w:t>11.1 Einrichtung am Testsystem in 12 Schritten</w:t>
      </w:r>
    </w:p>
    <w:p>
      <w:pPr>
        <w:tabs>
          <w:tab w:pos="425" w:val="left"/>
        </w:tabs>
        <w:spacing w:after="60"/>
        <w:ind w:left="425" w:hanging="425"/>
      </w:pPr>
      <w:r>
        <w:rPr>
          <w:b/>
        </w:rPr>
        <w:t>1.</w:t>
        <w:tab/>
      </w:r>
      <w:r>
        <w:t xml:space="preserve">22:14 Druck-PC Sobo: Drucker </w:t>
      </w:r>
      <w:r>
        <w:rPr>
          <w:rFonts w:ascii="Consolas" w:hAnsi="Consolas" w:cs="Consolas" w:eastAsia="Consolas"/>
          <w:sz w:val="18"/>
        </w:rPr>
        <w:t>ZDesigner ZD410-300dpi ZPL</w:t>
      </w:r>
      <w:r>
        <w:t xml:space="preserve"> an </w:t>
      </w:r>
      <w:r>
        <w:rPr>
          <w:rFonts w:ascii="Consolas" w:hAnsi="Consolas" w:cs="Consolas" w:eastAsia="Consolas"/>
          <w:sz w:val="18"/>
        </w:rPr>
        <w:t>USB001</w:t>
      </w:r>
      <w:r>
        <w:t xml:space="preserve"> OK, Roh-ZPL-Test OK.</w:t>
      </w:r>
    </w:p>
    <w:p>
      <w:pPr>
        <w:tabs>
          <w:tab w:pos="425" w:val="left"/>
        </w:tabs>
        <w:spacing w:after="60"/>
        <w:ind w:left="425" w:hanging="425"/>
      </w:pPr>
      <w:r>
        <w:rPr>
          <w:b/>
        </w:rPr>
        <w:t>2.</w:t>
        <w:tab/>
      </w:r>
      <w:r>
        <w:t>22:19 Rahmentest: Etikett 57 × 51 mm.</w:t>
      </w:r>
    </w:p>
    <w:p>
      <w:pPr>
        <w:tabs>
          <w:tab w:pos="425" w:val="left"/>
        </w:tabs>
        <w:spacing w:after="60"/>
        <w:ind w:left="425" w:hanging="425"/>
      </w:pPr>
      <w:r>
        <w:rPr>
          <w:b/>
        </w:rPr>
        <w:t>3.</w:t>
        <w:tab/>
      </w:r>
      <w:r>
        <w:t xml:space="preserve">22:25 RM011 </w:t>
      </w:r>
      <w:r>
        <w:rPr>
          <w:rFonts w:ascii="Consolas" w:hAnsi="Consolas" w:cs="Consolas" w:eastAsia="Consolas"/>
          <w:sz w:val="18"/>
        </w:rPr>
        <w:t>TEST_WD_ZD410</w:t>
      </w:r>
      <w:r>
        <w:t xml:space="preserve"> angelegt (</w:t>
      </w:r>
      <w:r>
        <w:rPr>
          <w:rFonts w:ascii="Consolas" w:hAnsi="Consolas" w:cs="Consolas" w:eastAsia="Consolas"/>
          <w:sz w:val="18"/>
        </w:rPr>
        <w:t>ZPL_300</w:t>
      </w:r>
      <w:r>
        <w:t>).</w:t>
      </w:r>
    </w:p>
    <w:p>
      <w:pPr>
        <w:tabs>
          <w:tab w:pos="425" w:val="left"/>
        </w:tabs>
        <w:spacing w:after="60"/>
        <w:ind w:left="425" w:hanging="425"/>
      </w:pPr>
      <w:r>
        <w:rPr>
          <w:b/>
        </w:rPr>
        <w:t>4.</w:t>
        <w:tab/>
      </w:r>
      <w:r>
        <w:t xml:space="preserve">22:33 Sobo: LPD-Druckdienst ein, Freigabe </w:t>
      </w:r>
      <w:r>
        <w:rPr>
          <w:rFonts w:ascii="Consolas" w:hAnsi="Consolas" w:cs="Consolas" w:eastAsia="Consolas"/>
          <w:sz w:val="18"/>
        </w:rPr>
        <w:t>ZD410</w:t>
      </w:r>
      <w:r>
        <w:t>, Port 515 offen.</w:t>
      </w:r>
    </w:p>
    <w:p>
      <w:pPr>
        <w:tabs>
          <w:tab w:pos="425" w:val="left"/>
        </w:tabs>
        <w:spacing w:after="60"/>
        <w:ind w:left="425" w:hanging="425"/>
      </w:pPr>
      <w:r>
        <w:rPr>
          <w:b/>
        </w:rPr>
        <w:t>5.</w:t>
        <w:tab/>
      </w:r>
      <w:r>
        <w:t xml:space="preserve">~22:38 RM017 </w:t>
      </w:r>
      <w:r>
        <w:rPr>
          <w:rFonts w:ascii="Consolas" w:hAnsi="Consolas" w:cs="Consolas" w:eastAsia="Consolas"/>
          <w:sz w:val="18"/>
        </w:rPr>
        <w:t>LogiMat</w:t>
      </w:r>
      <w:r>
        <w:t xml:space="preserve"> → </w:t>
      </w:r>
      <w:r>
        <w:rPr>
          <w:rFonts w:ascii="Consolas" w:hAnsi="Consolas" w:cs="Consolas" w:eastAsia="Consolas"/>
          <w:sz w:val="18"/>
        </w:rPr>
        <w:t>TEST_WD_ZD410</w:t>
      </w:r>
      <w:r>
        <w:t>.</w:t>
      </w:r>
    </w:p>
    <w:p>
      <w:pPr>
        <w:tabs>
          <w:tab w:pos="425" w:val="left"/>
        </w:tabs>
        <w:spacing w:after="60"/>
        <w:ind w:left="425" w:hanging="425"/>
      </w:pPr>
      <w:r>
        <w:rPr>
          <w:b/>
        </w:rPr>
        <w:t>6.</w:t>
        <w:tab/>
      </w:r>
      <w:r>
        <w:t>22:43–23:42 RM010: Zeile 55 angelegt (ohne Wirkung), danach Tausch der Zeilen 4/8.</w:t>
      </w:r>
    </w:p>
    <w:p>
      <w:pPr>
        <w:tabs>
          <w:tab w:pos="425" w:val="left"/>
        </w:tabs>
        <w:spacing w:after="60"/>
        <w:ind w:left="425" w:hanging="425"/>
      </w:pPr>
      <w:r>
        <w:rPr>
          <w:b/>
        </w:rPr>
        <w:t>7.</w:t>
        <w:tab/>
      </w:r>
      <w:r>
        <w:t>23:46 Verbindung srv01 → Sobo:515 erfolgreich.</w:t>
      </w:r>
    </w:p>
    <w:p>
      <w:pPr>
        <w:tabs>
          <w:tab w:pos="425" w:val="left"/>
        </w:tabs>
        <w:spacing w:after="60"/>
        <w:ind w:left="425" w:hanging="425"/>
      </w:pPr>
      <w:r>
        <w:rPr>
          <w:b/>
        </w:rPr>
        <w:t>8.</w:t>
        <w:tab/>
      </w:r>
      <w:r>
        <w:t xml:space="preserve">23:48 MD022 Terminal 81: Standard-Lagerstandort </w:t>
      </w:r>
      <w:r>
        <w:rPr>
          <w:rFonts w:ascii="Consolas" w:hAnsi="Consolas" w:cs="Consolas" w:eastAsia="Consolas"/>
          <w:sz w:val="18"/>
        </w:rPr>
        <w:t>LogiMat</w:t>
      </w:r>
      <w:r>
        <w:t>.</w:t>
      </w:r>
    </w:p>
    <w:p>
      <w:pPr>
        <w:tabs>
          <w:tab w:pos="425" w:val="left"/>
        </w:tabs>
        <w:spacing w:after="60"/>
        <w:ind w:left="425" w:hanging="425"/>
      </w:pPr>
      <w:r>
        <w:rPr>
          <w:b/>
        </w:rPr>
        <w:t>9.</w:t>
        <w:tab/>
      </w:r>
      <w:r>
        <w:t>23:53 srv01: LPR-Port-Monitor installiert.</w:t>
      </w:r>
    </w:p>
    <w:p>
      <w:pPr>
        <w:tabs>
          <w:tab w:pos="425" w:val="left"/>
        </w:tabs>
        <w:spacing w:after="60"/>
        <w:ind w:left="425" w:hanging="425"/>
      </w:pPr>
      <w:r>
        <w:rPr>
          <w:b/>
        </w:rPr>
        <w:t>10.</w:t>
        <w:tab/>
      </w:r>
      <w:r>
        <w:t xml:space="preserve">23:56 srv01: </w:t>
      </w:r>
      <w:r>
        <w:rPr>
          <w:rFonts w:ascii="Consolas" w:hAnsi="Consolas" w:cs="Consolas" w:eastAsia="Consolas"/>
          <w:sz w:val="18"/>
        </w:rPr>
        <w:t>hosts</w:t>
      </w:r>
      <w:r>
        <w:t xml:space="preserve"> </w:t>
      </w:r>
      <w:r>
        <w:rPr>
          <w:rFonts w:ascii="Consolas" w:hAnsi="Consolas" w:cs="Consolas" w:eastAsia="Consolas"/>
          <w:sz w:val="18"/>
        </w:rPr>
        <w:t>192.168.0.70 ZD410</w:t>
      </w:r>
      <w:r>
        <w:t xml:space="preserve">; 23:57 RM011 Drucksystem-ID </w:t>
      </w:r>
      <w:r>
        <w:rPr>
          <w:rFonts w:ascii="Consolas" w:hAnsi="Consolas" w:cs="Consolas" w:eastAsia="Consolas"/>
          <w:sz w:val="18"/>
        </w:rPr>
        <w:t>ZD410</w:t>
      </w:r>
      <w:r>
        <w:t>.</w:t>
      </w:r>
    </w:p>
    <w:p>
      <w:pPr>
        <w:tabs>
          <w:tab w:pos="425" w:val="left"/>
        </w:tabs>
        <w:spacing w:after="60"/>
        <w:ind w:left="425" w:hanging="425"/>
      </w:pPr>
      <w:r>
        <w:rPr>
          <w:b/>
        </w:rPr>
        <w:t>11.</w:t>
        <w:tab/>
      </w:r>
      <w:r>
        <w:t xml:space="preserve">00:04 Sobo: </w:t>
      </w:r>
      <w:r>
        <w:rPr>
          <w:rFonts w:ascii="Consolas" w:hAnsi="Consolas" w:cs="Consolas" w:eastAsia="Consolas"/>
          <w:sz w:val="18"/>
        </w:rPr>
        <w:t>SimulatePassThrough = 1</w:t>
      </w:r>
      <w:r>
        <w:t xml:space="preserve"> (00:05 Panne mit </w:t>
      </w:r>
      <w:r>
        <w:rPr>
          <w:rFonts w:ascii="Consolas" w:hAnsi="Consolas" w:cs="Consolas" w:eastAsia="Consolas"/>
          <w:sz w:val="18"/>
        </w:rPr>
        <w:t>New-Item -Force</w:t>
      </w:r>
      <w:r>
        <w:t>, 00:06 repariert).</w:t>
      </w:r>
    </w:p>
    <w:p>
      <w:pPr>
        <w:tabs>
          <w:tab w:pos="425" w:val="left"/>
        </w:tabs>
        <w:spacing w:after="60"/>
        <w:ind w:left="425" w:hanging="425"/>
      </w:pPr>
      <w:r>
        <w:rPr>
          <w:b/>
        </w:rPr>
        <w:t>12.</w:t>
        <w:tab/>
      </w:r>
      <w:r>
        <w:t xml:space="preserve">00:06 Druck 4802 → DocumentOrder 80 </w:t>
      </w:r>
      <w:r>
        <w:rPr>
          <w:rFonts w:ascii="Consolas" w:hAnsi="Consolas" w:cs="Consolas" w:eastAsia="Consolas"/>
          <w:sz w:val="18"/>
        </w:rPr>
        <w:t>FINISHED</w:t>
      </w:r>
      <w:r>
        <w:t>, Etikett als ZPL gedruckt (Barcode noch mit Nullen, Artikeltext leer).</w:t>
      </w:r>
    </w:p>
    <w:p>
      <w:pPr>
        <w:pStyle w:val="Quelle"/>
      </w:pPr>
      <w:r>
        <w:rPr>
          <w:b/>
        </w:rPr>
        <w:t xml:space="preserve">Quelle: </w:t>
      </w:r>
      <w:r>
        <w:rPr>
          <w:sz w:val="17"/>
        </w:rPr>
        <w:t>TL 22:14–23:57; PP 22:25–00:06; ZI Kap. 4</w:t>
      </w:r>
    </w:p>
    <w:p>
      <w:pPr>
        <w:pStyle w:val="Heading2"/>
      </w:pPr>
      <w:r>
        <w:t>11.2 Fehlersuche Schritt für Schritt (fünf Druckversuche)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44"/>
        <w:gridCol w:w="5148"/>
        <w:gridCol w:w="2831"/>
      </w:tblGrid>
      <w:tr>
        <w:trPr>
          <w:tblHeader w:val="true"/>
        </w:trPr>
        <w:tc>
          <w:tcPr>
            <w:tcW w:type="dxa" w:w="1544"/>
            <w:shd w:val="clear" w:color="auto" w:fill="FEEE19"/>
          </w:tcPr>
          <w:p>
            <w:pPr>
              <w:spacing w:after="0"/>
            </w:pPr>
            <w:r>
              <w:rPr>
                <w:b/>
                <w:sz w:val="17"/>
              </w:rPr>
              <w:t>Versuch</w:t>
            </w:r>
          </w:p>
        </w:tc>
        <w:tc>
          <w:tcPr>
            <w:tcW w:type="dxa" w:w="5148"/>
            <w:shd w:val="clear" w:color="auto" w:fill="FEEE19"/>
          </w:tcPr>
          <w:p>
            <w:pPr>
              <w:spacing w:after="0"/>
            </w:pPr>
            <w:r>
              <w:rPr>
                <w:b/>
                <w:sz w:val="17"/>
              </w:rPr>
              <w:t>Bild</w:t>
            </w:r>
          </w:p>
        </w:tc>
        <w:tc>
          <w:tcPr>
            <w:tcW w:type="dxa" w:w="2832"/>
            <w:shd w:val="clear" w:color="auto" w:fill="FEEE19"/>
          </w:tcPr>
          <w:p>
            <w:pPr>
              <w:spacing w:after="0"/>
            </w:pPr>
            <w:r>
              <w:rPr>
                <w:b/>
                <w:sz w:val="17"/>
              </w:rPr>
              <w:t>Maßnahme</w:t>
            </w:r>
          </w:p>
        </w:tc>
      </w:tr>
      <w:tr>
        <w:tc>
          <w:tcPr>
            <w:tcW w:type="dxa" w:w="1544"/>
          </w:tcPr>
          <w:p>
            <w:pPr>
              <w:spacing w:after="0" w:line="252" w:lineRule="auto"/>
            </w:pPr>
            <w:r>
              <w:rPr>
                <w:sz w:val="17"/>
              </w:rPr>
              <w:t>23:42</w:t>
            </w:r>
          </w:p>
        </w:tc>
        <w:tc>
          <w:tcPr>
            <w:tcW w:type="dxa" w:w="5148"/>
          </w:tcPr>
          <w:p>
            <w:pPr>
              <w:spacing w:after="0" w:line="252" w:lineRule="auto"/>
            </w:pPr>
            <w:r>
              <w:rPr>
                <w:sz w:val="17"/>
              </w:rPr>
              <w:t>Drucker rot, Liste leer</w:t>
            </w:r>
          </w:p>
        </w:tc>
        <w:tc>
          <w:tcPr>
            <w:tcW w:type="dxa" w:w="2832"/>
          </w:tcPr>
          <w:p>
            <w:pPr>
              <w:spacing w:after="0" w:line="252" w:lineRule="auto"/>
            </w:pPr>
            <w:r>
              <w:rPr>
                <w:sz w:val="17"/>
              </w:rPr>
              <w:t>MD022 Standard-Lagerstandort</w:t>
            </w:r>
          </w:p>
        </w:tc>
      </w:tr>
      <w:tr>
        <w:tc>
          <w:tcPr>
            <w:tcW w:type="dxa" w:w="1544"/>
          </w:tcPr>
          <w:p>
            <w:pPr>
              <w:spacing w:after="0" w:line="252" w:lineRule="auto"/>
            </w:pPr>
            <w:r>
              <w:rPr>
                <w:sz w:val="17"/>
              </w:rPr>
              <w:t>23:49 (Auftrag 77)</w:t>
            </w:r>
          </w:p>
        </w:tc>
        <w:tc>
          <w:tcPr>
            <w:tcW w:type="dxa" w:w="5148"/>
          </w:tcPr>
          <w:p>
            <w:pPr>
              <w:spacing w:after="0" w:line="252" w:lineRule="auto"/>
            </w:pPr>
            <w:r>
              <w:rPr>
                <w:sz w:val="17"/>
              </w:rPr>
              <w:t>„Kopie 1 / 1 konnte nicht …“, Serverlog „lpr falsch geschrieben“</w:t>
            </w:r>
          </w:p>
        </w:tc>
        <w:tc>
          <w:tcPr>
            <w:tcW w:type="dxa" w:w="2832"/>
          </w:tcPr>
          <w:p>
            <w:pPr>
              <w:spacing w:after="0" w:line="252" w:lineRule="auto"/>
            </w:pPr>
            <w:r>
              <w:rPr>
                <w:sz w:val="17"/>
              </w:rPr>
              <w:t>LPR-Port-Monitor</w:t>
            </w:r>
          </w:p>
        </w:tc>
      </w:tr>
      <w:tr>
        <w:tc>
          <w:tcPr>
            <w:tcW w:type="dxa" w:w="1544"/>
          </w:tcPr>
          <w:p>
            <w:pPr>
              <w:spacing w:after="0" w:line="252" w:lineRule="auto"/>
            </w:pPr>
            <w:r>
              <w:rPr>
                <w:sz w:val="17"/>
              </w:rPr>
              <w:t>23:53 (Auftrag 78)</w:t>
            </w:r>
          </w:p>
        </w:tc>
        <w:tc>
          <w:tcPr>
            <w:tcW w:type="dxa" w:w="5148"/>
          </w:tcPr>
          <w:p>
            <w:pPr>
              <w:spacing w:after="0" w:line="252" w:lineRule="auto"/>
            </w:pPr>
            <w:r>
              <w:rPr>
                <w:sz w:val="17"/>
              </w:rPr>
              <w:t>„Host 192.168.0.70:ZD410 ist unbekannt“</w:t>
            </w:r>
          </w:p>
        </w:tc>
        <w:tc>
          <w:tcPr>
            <w:tcW w:type="dxa" w:w="2832"/>
          </w:tcPr>
          <w:p>
            <w:pPr>
              <w:spacing w:after="0" w:line="252" w:lineRule="auto"/>
            </w:pPr>
            <w:r>
              <w:rPr>
                <w:rFonts w:ascii="Consolas" w:hAnsi="Consolas" w:cs="Consolas" w:eastAsia="Consolas"/>
                <w:sz w:val="15"/>
              </w:rPr>
              <w:t>hosts</w:t>
            </w:r>
            <w:r>
              <w:rPr>
                <w:sz w:val="17"/>
              </w:rPr>
              <w:t xml:space="preserve"> + Drucksystem-ID </w:t>
            </w:r>
            <w:r>
              <w:rPr>
                <w:rFonts w:ascii="Consolas" w:hAnsi="Consolas" w:cs="Consolas" w:eastAsia="Consolas"/>
                <w:sz w:val="15"/>
              </w:rPr>
              <w:t>ZD410</w:t>
            </w:r>
          </w:p>
        </w:tc>
      </w:tr>
      <w:tr>
        <w:tc>
          <w:tcPr>
            <w:tcW w:type="dxa" w:w="1544"/>
          </w:tcPr>
          <w:p>
            <w:pPr>
              <w:spacing w:after="0" w:line="252" w:lineRule="auto"/>
            </w:pPr>
            <w:r>
              <w:rPr>
                <w:sz w:val="17"/>
              </w:rPr>
              <w:t>23:56 (Auftrag 79)</w:t>
            </w:r>
          </w:p>
        </w:tc>
        <w:tc>
          <w:tcPr>
            <w:tcW w:type="dxa" w:w="5148"/>
          </w:tcPr>
          <w:p>
            <w:pPr>
              <w:spacing w:after="0" w:line="252" w:lineRule="auto"/>
            </w:pPr>
            <w:r>
              <w:rPr>
                <w:sz w:val="17"/>
              </w:rPr>
              <w:t>Etikett kommt an, ZPL als Text</w:t>
            </w:r>
          </w:p>
        </w:tc>
        <w:tc>
          <w:tcPr>
            <w:tcW w:type="dxa" w:w="2832"/>
          </w:tcPr>
          <w:p>
            <w:pPr>
              <w:spacing w:after="0" w:line="252" w:lineRule="auto"/>
            </w:pPr>
            <w:r>
              <w:rPr>
                <w:rFonts w:ascii="Consolas" w:hAnsi="Consolas" w:cs="Consolas" w:eastAsia="Consolas"/>
                <w:sz w:val="15"/>
              </w:rPr>
              <w:t>SimulatePassThrough = 1</w:t>
            </w:r>
          </w:p>
        </w:tc>
      </w:tr>
      <w:tr>
        <w:tc>
          <w:tcPr>
            <w:tcW w:type="dxa" w:w="1544"/>
          </w:tcPr>
          <w:p>
            <w:pPr>
              <w:spacing w:after="0" w:line="252" w:lineRule="auto"/>
            </w:pPr>
            <w:r>
              <w:rPr>
                <w:sz w:val="17"/>
              </w:rPr>
              <w:t>00:06 (Auftrag 80)</w:t>
            </w:r>
          </w:p>
        </w:tc>
        <w:tc>
          <w:tcPr>
            <w:tcW w:type="dxa" w:w="5148"/>
          </w:tcPr>
          <w:p>
            <w:pPr>
              <w:spacing w:after="0" w:line="252" w:lineRule="auto"/>
            </w:pPr>
            <w:r>
              <w:rPr>
                <w:sz w:val="17"/>
              </w:rPr>
              <w:t>Etikett als ZPL, Barcode Nullen, Text leer</w:t>
            </w:r>
          </w:p>
        </w:tc>
        <w:tc>
          <w:tcPr>
            <w:tcW w:type="dxa" w:w="2832"/>
          </w:tcPr>
          <w:p>
            <w:pPr>
              <w:spacing w:after="0" w:line="252" w:lineRule="auto"/>
            </w:pPr>
            <w:r>
              <w:rPr>
                <w:sz w:val="17"/>
              </w:rPr>
              <w:t xml:space="preserve">EAN-Alias, Sprache </w:t>
            </w:r>
            <w:r>
              <w:rPr>
                <w:rFonts w:ascii="Consolas" w:hAnsi="Consolas" w:cs="Consolas" w:eastAsia="Consolas"/>
                <w:sz w:val="15"/>
              </w:rPr>
              <w:t>ger</w:t>
            </w:r>
            <w:r>
              <w:rPr>
                <w:sz w:val="17"/>
              </w:rPr>
              <w:t xml:space="preserve"> (Kap. 9)</w:t>
            </w:r>
          </w:p>
        </w:tc>
      </w:tr>
    </w:tbl>
    <w:p>
      <w:pPr>
        <w:pStyle w:val="BeschriftungSSI"/>
      </w:pPr>
      <w:r>
        <w:t>Tab. 11: Druckversuche und Maßnahmen</w:t>
      </w:r>
    </w:p>
    <w:p>
      <w:r>
        <w:t>Lehre: Zuerst immer RM023 und das Serverlog lesen. Die Meldung in RM100 nennt nur den Drucker, die Ursache steht im Serverlog.</w:t>
      </w:r>
    </w:p>
    <w:p>
      <w:pPr>
        <w:pStyle w:val="Quelle"/>
      </w:pPr>
      <w:r>
        <w:rPr>
          <w:b/>
        </w:rPr>
        <w:t xml:space="preserve">Quelle: </w:t>
      </w:r>
      <w:r>
        <w:rPr>
          <w:sz w:val="17"/>
        </w:rPr>
        <w:t>TL 23:42–23:57; PP 23:56–00:06; ZI Kap. 4</w:t>
      </w:r>
    </w:p>
    <w:p>
      <w:pPr>
        <w:pStyle w:val="Heading1"/>
      </w:pPr>
      <w:r>
        <w:t>12 Offene Punkte und „im System prüfen“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601"/>
        <w:gridCol w:w="6016"/>
        <w:gridCol w:w="2907"/>
      </w:tblGrid>
      <w:tr>
        <w:trPr>
          <w:tblHeader w:val="true"/>
        </w:trPr>
        <w:tc>
          <w:tcPr>
            <w:tcW w:type="dxa" w:w="602"/>
            <w:shd w:val="clear" w:color="auto" w:fill="FEEE19"/>
          </w:tcPr>
          <w:p>
            <w:pPr>
              <w:spacing w:after="0"/>
            </w:pPr>
            <w:r>
              <w:rPr>
                <w:b/>
                <w:sz w:val="17"/>
              </w:rPr>
              <w:t>Nr.</w:t>
            </w:r>
          </w:p>
        </w:tc>
        <w:tc>
          <w:tcPr>
            <w:tcW w:type="dxa" w:w="6015"/>
            <w:shd w:val="clear" w:color="auto" w:fill="FEEE19"/>
          </w:tcPr>
          <w:p>
            <w:pPr>
              <w:spacing w:after="0"/>
            </w:pPr>
            <w:r>
              <w:rPr>
                <w:b/>
                <w:sz w:val="17"/>
              </w:rPr>
              <w:t>Punkt</w:t>
            </w:r>
          </w:p>
        </w:tc>
        <w:tc>
          <w:tcPr>
            <w:tcW w:type="dxa" w:w="2907"/>
            <w:shd w:val="clear" w:color="auto" w:fill="FEEE19"/>
          </w:tcPr>
          <w:p>
            <w:pPr>
              <w:spacing w:after="0"/>
            </w:pPr>
            <w:r>
              <w:rPr>
                <w:b/>
                <w:sz w:val="17"/>
              </w:rPr>
              <w:t>Status</w:t>
            </w:r>
          </w:p>
        </w:tc>
      </w:tr>
      <w:tr>
        <w:tc>
          <w:tcPr>
            <w:tcW w:type="dxa" w:w="602"/>
          </w:tcPr>
          <w:p>
            <w:pPr>
              <w:spacing w:after="0" w:line="252" w:lineRule="auto"/>
            </w:pPr>
            <w:r>
              <w:rPr>
                <w:sz w:val="17"/>
              </w:rPr>
              <w:t>1</w:t>
            </w:r>
          </w:p>
        </w:tc>
        <w:tc>
          <w:tcPr>
            <w:tcW w:type="dxa" w:w="6015"/>
          </w:tcPr>
          <w:p>
            <w:pPr>
              <w:spacing w:after="0" w:line="252" w:lineRule="auto"/>
            </w:pPr>
            <w:r>
              <w:rPr>
                <w:sz w:val="17"/>
              </w:rPr>
              <w:t xml:space="preserve">Etikettentests 57 × 51 mm, eigene Layouts </w:t>
            </w:r>
            <w:r>
              <w:rPr>
                <w:rFonts w:ascii="Consolas" w:hAnsi="Consolas" w:cs="Consolas" w:eastAsia="Consolas"/>
                <w:sz w:val="15"/>
              </w:rPr>
              <w:t>^PW672^LL602</w:t>
            </w:r>
          </w:p>
        </w:tc>
        <w:tc>
          <w:tcPr>
            <w:tcW w:type="dxa" w:w="2907"/>
          </w:tcPr>
          <w:p>
            <w:pPr>
              <w:spacing w:after="0" w:line="252" w:lineRule="auto"/>
            </w:pPr>
            <w:r>
              <w:rPr>
                <w:sz w:val="17"/>
              </w:rPr>
              <w:t>offen, WAMAS Dev liefert nach</w:t>
            </w:r>
          </w:p>
        </w:tc>
      </w:tr>
      <w:tr>
        <w:tc>
          <w:tcPr>
            <w:tcW w:type="dxa" w:w="602"/>
          </w:tcPr>
          <w:p>
            <w:pPr>
              <w:spacing w:after="0" w:line="252" w:lineRule="auto"/>
            </w:pPr>
            <w:r>
              <w:rPr>
                <w:sz w:val="17"/>
              </w:rPr>
              <w:t>2</w:t>
            </w:r>
          </w:p>
        </w:tc>
        <w:tc>
          <w:tcPr>
            <w:tcW w:type="dxa" w:w="6015"/>
          </w:tcPr>
          <w:p>
            <w:pPr>
              <w:spacing w:after="0" w:line="252" w:lineRule="auto"/>
            </w:pPr>
            <w:r>
              <w:rPr>
                <w:sz w:val="17"/>
              </w:rPr>
              <w:t xml:space="preserve">Konfigurationskopie nur </w:t>
            </w:r>
            <w:r>
              <w:rPr>
                <w:rFonts w:ascii="Consolas" w:hAnsi="Consolas" w:cs="Consolas" w:eastAsia="Consolas"/>
                <w:sz w:val="15"/>
              </w:rPr>
              <w:t>ger</w:t>
            </w:r>
            <w:r>
              <w:rPr>
                <w:sz w:val="17"/>
              </w:rPr>
              <w:t xml:space="preserve"> und Umstellung RM010 Zeile 4</w:t>
            </w:r>
          </w:p>
        </w:tc>
        <w:tc>
          <w:tcPr>
            <w:tcW w:type="dxa" w:w="2907"/>
          </w:tcPr>
          <w:p>
            <w:pPr>
              <w:spacing w:after="0" w:line="252" w:lineRule="auto"/>
            </w:pPr>
            <w:r>
              <w:rPr>
                <w:sz w:val="17"/>
              </w:rPr>
              <w:t>im System prüfen</w:t>
            </w:r>
          </w:p>
        </w:tc>
      </w:tr>
      <w:tr>
        <w:tc>
          <w:tcPr>
            <w:tcW w:type="dxa" w:w="602"/>
          </w:tcPr>
          <w:p>
            <w:pPr>
              <w:spacing w:after="0" w:line="252" w:lineRule="auto"/>
            </w:pPr>
            <w:r>
              <w:rPr>
                <w:sz w:val="17"/>
              </w:rPr>
              <w:t>3</w:t>
            </w:r>
          </w:p>
        </w:tc>
        <w:tc>
          <w:tcPr>
            <w:tcW w:type="dxa" w:w="6015"/>
          </w:tcPr>
          <w:p>
            <w:pPr>
              <w:spacing w:after="0" w:line="252" w:lineRule="auto"/>
            </w:pPr>
            <w:r>
              <w:rPr>
                <w:sz w:val="17"/>
              </w:rPr>
              <w:t xml:space="preserve">EAN mit </w:t>
            </w:r>
            <w:r>
              <w:rPr>
                <w:rFonts w:ascii="Consolas" w:hAnsi="Consolas" w:cs="Consolas" w:eastAsia="Consolas"/>
                <w:sz w:val="15"/>
              </w:rPr>
              <w:t>:</w:t>
            </w:r>
            <w:r>
              <w:rPr>
                <w:sz w:val="17"/>
              </w:rPr>
              <w:t xml:space="preserve"> im Layout 534</w:t>
            </w:r>
          </w:p>
        </w:tc>
        <w:tc>
          <w:tcPr>
            <w:tcW w:type="dxa" w:w="2907"/>
          </w:tcPr>
          <w:p>
            <w:pPr>
              <w:spacing w:after="0" w:line="252" w:lineRule="auto"/>
            </w:pPr>
            <w:r>
              <w:rPr>
                <w:sz w:val="17"/>
              </w:rPr>
              <w:t>im System prüfen</w:t>
            </w:r>
          </w:p>
        </w:tc>
      </w:tr>
      <w:tr>
        <w:tc>
          <w:tcPr>
            <w:tcW w:type="dxa" w:w="602"/>
          </w:tcPr>
          <w:p>
            <w:pPr>
              <w:spacing w:after="0" w:line="252" w:lineRule="auto"/>
            </w:pPr>
            <w:r>
              <w:rPr>
                <w:sz w:val="17"/>
              </w:rPr>
              <w:t>4</w:t>
            </w:r>
          </w:p>
        </w:tc>
        <w:tc>
          <w:tcPr>
            <w:tcW w:type="dxa" w:w="6015"/>
          </w:tcPr>
          <w:p>
            <w:pPr>
              <w:spacing w:after="0" w:line="252" w:lineRule="auto"/>
            </w:pPr>
            <w:r>
              <w:rPr>
                <w:sz w:val="17"/>
              </w:rPr>
              <w:t>Firewall-Regel automatisch angelegt?</w:t>
            </w:r>
          </w:p>
        </w:tc>
        <w:tc>
          <w:tcPr>
            <w:tcW w:type="dxa" w:w="2907"/>
          </w:tcPr>
          <w:p>
            <w:pPr>
              <w:spacing w:after="0" w:line="252" w:lineRule="auto"/>
            </w:pPr>
            <w:r>
              <w:rPr>
                <w:sz w:val="17"/>
              </w:rPr>
              <w:t>im System prüfen</w:t>
            </w:r>
          </w:p>
        </w:tc>
      </w:tr>
      <w:tr>
        <w:tc>
          <w:tcPr>
            <w:tcW w:type="dxa" w:w="602"/>
          </w:tcPr>
          <w:p>
            <w:pPr>
              <w:spacing w:after="0" w:line="252" w:lineRule="auto"/>
            </w:pPr>
            <w:r>
              <w:rPr>
                <w:sz w:val="17"/>
              </w:rPr>
              <w:t>5</w:t>
            </w:r>
          </w:p>
        </w:tc>
        <w:tc>
          <w:tcPr>
            <w:tcW w:type="dxa" w:w="6015"/>
          </w:tcPr>
          <w:p>
            <w:pPr>
              <w:spacing w:after="0" w:line="252" w:lineRule="auto"/>
            </w:pPr>
            <w:r>
              <w:rPr>
                <w:sz w:val="17"/>
              </w:rPr>
              <w:t xml:space="preserve">Neustart </w:t>
            </w:r>
            <w:r>
              <w:rPr>
                <w:rFonts w:ascii="Consolas" w:hAnsi="Consolas" w:cs="Consolas" w:eastAsia="Consolas"/>
                <w:sz w:val="15"/>
              </w:rPr>
              <w:t>LPDSVC</w:t>
            </w:r>
            <w:r>
              <w:rPr>
                <w:sz w:val="17"/>
              </w:rPr>
              <w:t xml:space="preserve"> nach Registry-Änderung nötig? Werttypen der Parameter</w:t>
            </w:r>
          </w:p>
        </w:tc>
        <w:tc>
          <w:tcPr>
            <w:tcW w:type="dxa" w:w="2907"/>
          </w:tcPr>
          <w:p>
            <w:pPr>
              <w:spacing w:after="0" w:line="252" w:lineRule="auto"/>
            </w:pPr>
            <w:r>
              <w:rPr>
                <w:sz w:val="17"/>
              </w:rPr>
              <w:t>im System prüfen</w:t>
            </w:r>
          </w:p>
        </w:tc>
      </w:tr>
      <w:tr>
        <w:tc>
          <w:tcPr>
            <w:tcW w:type="dxa" w:w="602"/>
          </w:tcPr>
          <w:p>
            <w:pPr>
              <w:spacing w:after="0" w:line="252" w:lineRule="auto"/>
            </w:pPr>
            <w:r>
              <w:rPr>
                <w:sz w:val="17"/>
              </w:rPr>
              <w:t>6</w:t>
            </w:r>
          </w:p>
        </w:tc>
        <w:tc>
          <w:tcPr>
            <w:tcW w:type="dxa" w:w="6015"/>
          </w:tcPr>
          <w:p>
            <w:pPr>
              <w:spacing w:after="0" w:line="252" w:lineRule="auto"/>
            </w:pPr>
            <w:r>
              <w:rPr>
                <w:sz w:val="17"/>
              </w:rPr>
              <w:t>LPD auf Windows Server (Rollendienst)</w:t>
            </w:r>
          </w:p>
        </w:tc>
        <w:tc>
          <w:tcPr>
            <w:tcW w:type="dxa" w:w="2907"/>
          </w:tcPr>
          <w:p>
            <w:pPr>
              <w:spacing w:after="0" w:line="252" w:lineRule="auto"/>
            </w:pPr>
            <w:r>
              <w:rPr>
                <w:sz w:val="17"/>
              </w:rPr>
              <w:t>im System prüfen</w:t>
            </w:r>
          </w:p>
        </w:tc>
      </w:tr>
      <w:tr>
        <w:tc>
          <w:tcPr>
            <w:tcW w:type="dxa" w:w="602"/>
          </w:tcPr>
          <w:p>
            <w:pPr>
              <w:spacing w:after="0" w:line="252" w:lineRule="auto"/>
            </w:pPr>
            <w:r>
              <w:rPr>
                <w:sz w:val="17"/>
              </w:rPr>
              <w:t>7</w:t>
            </w:r>
          </w:p>
        </w:tc>
        <w:tc>
          <w:tcPr>
            <w:tcW w:type="dxa" w:w="6015"/>
          </w:tcPr>
          <w:p>
            <w:pPr>
              <w:spacing w:after="0" w:line="252" w:lineRule="auto"/>
            </w:pPr>
            <w:r>
              <w:rPr>
                <w:sz w:val="17"/>
              </w:rPr>
              <w:t>Mehrere Drucker an einem Druck-PC (je ein Hostalias)</w:t>
            </w:r>
          </w:p>
        </w:tc>
        <w:tc>
          <w:tcPr>
            <w:tcW w:type="dxa" w:w="2907"/>
          </w:tcPr>
          <w:p>
            <w:pPr>
              <w:spacing w:after="0" w:line="252" w:lineRule="auto"/>
            </w:pPr>
            <w:r>
              <w:rPr>
                <w:sz w:val="17"/>
              </w:rPr>
              <w:t>im System prüfen</w:t>
            </w:r>
          </w:p>
        </w:tc>
      </w:tr>
      <w:tr>
        <w:tc>
          <w:tcPr>
            <w:tcW w:type="dxa" w:w="602"/>
          </w:tcPr>
          <w:p>
            <w:pPr>
              <w:spacing w:after="0" w:line="252" w:lineRule="auto"/>
            </w:pPr>
            <w:r>
              <w:rPr>
                <w:sz w:val="17"/>
              </w:rPr>
              <w:t>8</w:t>
            </w:r>
          </w:p>
        </w:tc>
        <w:tc>
          <w:tcPr>
            <w:tcW w:type="dxa" w:w="6015"/>
          </w:tcPr>
          <w:p>
            <w:pPr>
              <w:spacing w:after="0" w:line="252" w:lineRule="auto"/>
            </w:pPr>
            <w:r>
              <w:rPr>
                <w:sz w:val="17"/>
              </w:rPr>
              <w:t>MD022 auch für Touch-Terminals nötig? ZPL-Druck vom Touch</w:t>
            </w:r>
          </w:p>
        </w:tc>
        <w:tc>
          <w:tcPr>
            <w:tcW w:type="dxa" w:w="2907"/>
          </w:tcPr>
          <w:p>
            <w:pPr>
              <w:spacing w:after="0" w:line="252" w:lineRule="auto"/>
            </w:pPr>
            <w:r>
              <w:rPr>
                <w:sz w:val="17"/>
              </w:rPr>
              <w:t>im System prüfen</w:t>
            </w:r>
          </w:p>
        </w:tc>
      </w:tr>
      <w:tr>
        <w:tc>
          <w:tcPr>
            <w:tcW w:type="dxa" w:w="602"/>
          </w:tcPr>
          <w:p>
            <w:pPr>
              <w:spacing w:after="0" w:line="252" w:lineRule="auto"/>
            </w:pPr>
            <w:r>
              <w:rPr>
                <w:sz w:val="17"/>
              </w:rPr>
              <w:t>9</w:t>
            </w:r>
          </w:p>
        </w:tc>
        <w:tc>
          <w:tcPr>
            <w:tcW w:type="dxa" w:w="6015"/>
          </w:tcPr>
          <w:p>
            <w:pPr>
              <w:spacing w:after="0" w:line="252" w:lineRule="auto"/>
            </w:pPr>
            <w:r>
              <w:rPr>
                <w:sz w:val="17"/>
              </w:rPr>
              <w:t>Automatischer Druck (Prozess) wählt Zuordnung wie RM100 oder wie RM018?</w:t>
            </w:r>
          </w:p>
        </w:tc>
        <w:tc>
          <w:tcPr>
            <w:tcW w:type="dxa" w:w="2907"/>
          </w:tcPr>
          <w:p>
            <w:pPr>
              <w:spacing w:after="0" w:line="252" w:lineRule="auto"/>
            </w:pPr>
            <w:r>
              <w:rPr>
                <w:sz w:val="17"/>
              </w:rPr>
              <w:t>offen</w:t>
            </w:r>
          </w:p>
        </w:tc>
      </w:tr>
      <w:tr>
        <w:tc>
          <w:tcPr>
            <w:tcW w:type="dxa" w:w="602"/>
          </w:tcPr>
          <w:p>
            <w:pPr>
              <w:spacing w:after="0" w:line="252" w:lineRule="auto"/>
            </w:pPr>
            <w:r>
              <w:rPr>
                <w:sz w:val="17"/>
              </w:rPr>
              <w:t>10</w:t>
            </w:r>
          </w:p>
        </w:tc>
        <w:tc>
          <w:tcPr>
            <w:tcW w:type="dxa" w:w="6015"/>
          </w:tcPr>
          <w:p>
            <w:pPr>
              <w:spacing w:after="0" w:line="252" w:lineRule="auto"/>
            </w:pPr>
            <w:r>
              <w:rPr>
                <w:sz w:val="17"/>
              </w:rPr>
              <w:t>Pfad des Serverlogs auf srv01</w:t>
            </w:r>
          </w:p>
        </w:tc>
        <w:tc>
          <w:tcPr>
            <w:tcW w:type="dxa" w:w="2907"/>
          </w:tcPr>
          <w:p>
            <w:pPr>
              <w:spacing w:after="0" w:line="252" w:lineRule="auto"/>
            </w:pPr>
            <w:r>
              <w:rPr>
                <w:sz w:val="17"/>
              </w:rPr>
              <w:t>im System prüfen</w:t>
            </w:r>
          </w:p>
        </w:tc>
      </w:tr>
      <w:tr>
        <w:tc>
          <w:tcPr>
            <w:tcW w:type="dxa" w:w="602"/>
          </w:tcPr>
          <w:p>
            <w:pPr>
              <w:spacing w:after="0" w:line="252" w:lineRule="auto"/>
            </w:pPr>
            <w:r>
              <w:rPr>
                <w:sz w:val="17"/>
              </w:rPr>
              <w:t>11</w:t>
            </w:r>
          </w:p>
        </w:tc>
        <w:tc>
          <w:tcPr>
            <w:tcW w:type="dxa" w:w="6015"/>
          </w:tcPr>
          <w:p>
            <w:pPr>
              <w:spacing w:after="0" w:line="252" w:lineRule="auto"/>
            </w:pPr>
            <w:r>
              <w:rPr>
                <w:sz w:val="17"/>
              </w:rPr>
              <w:t>Lizenz „PRINTING SUPPORT“ (SE072 zeigt nur Entwicklungsmodus)</w:t>
            </w:r>
          </w:p>
        </w:tc>
        <w:tc>
          <w:tcPr>
            <w:tcW w:type="dxa" w:w="2907"/>
          </w:tcPr>
          <w:p>
            <w:pPr>
              <w:spacing w:after="0" w:line="252" w:lineRule="auto"/>
            </w:pPr>
            <w:r>
              <w:rPr>
                <w:sz w:val="17"/>
              </w:rPr>
              <w:t>nicht prüfbar</w:t>
            </w:r>
          </w:p>
        </w:tc>
      </w:tr>
      <w:tr>
        <w:tc>
          <w:tcPr>
            <w:tcW w:type="dxa" w:w="602"/>
          </w:tcPr>
          <w:p>
            <w:pPr>
              <w:spacing w:after="0" w:line="252" w:lineRule="auto"/>
            </w:pPr>
            <w:r>
              <w:rPr>
                <w:sz w:val="17"/>
              </w:rPr>
              <w:t>12</w:t>
            </w:r>
          </w:p>
        </w:tc>
        <w:tc>
          <w:tcPr>
            <w:tcW w:type="dxa" w:w="6015"/>
          </w:tcPr>
          <w:p>
            <w:pPr>
              <w:spacing w:after="0" w:line="252" w:lineRule="auto"/>
            </w:pPr>
            <w:r>
              <w:rPr>
                <w:sz w:val="17"/>
              </w:rPr>
              <w:t>Rückbau der Testeinstellungen (PP 22:25–00:06)</w:t>
            </w:r>
          </w:p>
        </w:tc>
        <w:tc>
          <w:tcPr>
            <w:tcW w:type="dxa" w:w="2907"/>
          </w:tcPr>
          <w:p>
            <w:pPr>
              <w:spacing w:after="0" w:line="252" w:lineRule="auto"/>
            </w:pPr>
            <w:r>
              <w:rPr>
                <w:sz w:val="17"/>
              </w:rPr>
              <w:t>Entscheid Marek</w:t>
            </w:r>
          </w:p>
        </w:tc>
      </w:tr>
    </w:tbl>
    <w:p>
      <w:pPr>
        <w:pStyle w:val="BeschriftungSSI"/>
      </w:pPr>
      <w:r>
        <w:t>Tab. 12: Offene Punkte</w:t>
      </w:r>
    </w:p>
    <w:p>
      <w:pPr>
        <w:pStyle w:val="Quelle"/>
      </w:pPr>
      <w:r>
        <w:rPr>
          <w:b/>
        </w:rPr>
        <w:t xml:space="preserve">Quelle: </w:t>
      </w:r>
      <w:r>
        <w:rPr>
          <w:sz w:val="17"/>
        </w:rPr>
        <w:t>TL; PP; ZI; DR Kap. 11</w:t>
      </w:r>
    </w:p>
    <w:p>
      <w:pPr>
        <w:pStyle w:val="Heading1"/>
      </w:pPr>
      <w:r>
        <w:t>13 Quellenverzeichnis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62"/>
        <w:gridCol w:w="6885"/>
        <w:gridCol w:w="1377"/>
      </w:tblGrid>
      <w:tr>
        <w:trPr>
          <w:tblHeader w:val="true"/>
        </w:trPr>
        <w:tc>
          <w:tcPr>
            <w:tcW w:type="dxa" w:w="1262"/>
            <w:shd w:val="clear" w:color="auto" w:fill="FEEE19"/>
          </w:tcPr>
          <w:p>
            <w:pPr>
              <w:spacing w:after="0"/>
            </w:pPr>
            <w:r>
              <w:rPr>
                <w:b/>
                <w:sz w:val="17"/>
              </w:rPr>
              <w:t>Kürzel</w:t>
            </w:r>
          </w:p>
        </w:tc>
        <w:tc>
          <w:tcPr>
            <w:tcW w:type="dxa" w:w="6885"/>
            <w:shd w:val="clear" w:color="auto" w:fill="FEEE19"/>
          </w:tcPr>
          <w:p>
            <w:pPr>
              <w:spacing w:after="0"/>
            </w:pPr>
            <w:r>
              <w:rPr>
                <w:b/>
                <w:sz w:val="17"/>
              </w:rPr>
              <w:t>Datei / Dokument</w:t>
            </w:r>
          </w:p>
        </w:tc>
        <w:tc>
          <w:tcPr>
            <w:tcW w:type="dxa" w:w="1377"/>
            <w:shd w:val="clear" w:color="auto" w:fill="FEEE19"/>
          </w:tcPr>
          <w:p>
            <w:pPr>
              <w:spacing w:after="0"/>
            </w:pPr>
            <w:r>
              <w:rPr>
                <w:b/>
                <w:sz w:val="17"/>
              </w:rPr>
              <w:t>Verwendet in</w:t>
            </w:r>
          </w:p>
        </w:tc>
      </w:tr>
      <w:tr>
        <w:tc>
          <w:tcPr>
            <w:tcW w:type="dxa" w:w="1262"/>
          </w:tcPr>
          <w:p>
            <w:pPr>
              <w:spacing w:after="0" w:line="252" w:lineRule="auto"/>
            </w:pPr>
            <w:r>
              <w:rPr>
                <w:sz w:val="17"/>
              </w:rPr>
              <w:t>TL</w:t>
            </w:r>
          </w:p>
        </w:tc>
        <w:tc>
          <w:tcPr>
            <w:tcW w:type="dxa" w:w="6885"/>
          </w:tcPr>
          <w:p>
            <w:pPr>
              <w:spacing w:after="0" w:line="252" w:lineRule="auto"/>
            </w:pPr>
            <w:r>
              <w:rPr>
                <w:rFonts w:ascii="Consolas" w:hAnsi="Consolas" w:cs="Consolas" w:eastAsia="Consolas"/>
                <w:sz w:val="15"/>
              </w:rPr>
              <w:t>Revidiert_mit_echtem_System/00_Testplan/Testlog_WAMAS_Dev.md</w:t>
            </w:r>
            <w:r>
              <w:rPr>
                <w:sz w:val="17"/>
              </w:rPr>
              <w:t xml:space="preserve"> (Einträge 17.10. 15:10–23:57)</w:t>
            </w:r>
          </w:p>
        </w:tc>
        <w:tc>
          <w:tcPr>
            <w:tcW w:type="dxa" w:w="1377"/>
          </w:tcPr>
          <w:p>
            <w:pPr>
              <w:spacing w:after="0" w:line="252" w:lineRule="auto"/>
            </w:pPr>
            <w:r>
              <w:rPr>
                <w:sz w:val="17"/>
              </w:rPr>
              <w:t>Kap. 2–7, 11</w:t>
            </w:r>
          </w:p>
        </w:tc>
      </w:tr>
      <w:tr>
        <w:tc>
          <w:tcPr>
            <w:tcW w:type="dxa" w:w="1262"/>
          </w:tcPr>
          <w:p>
            <w:pPr>
              <w:spacing w:after="0" w:line="252" w:lineRule="auto"/>
            </w:pPr>
            <w:r>
              <w:rPr>
                <w:sz w:val="17"/>
              </w:rPr>
              <w:t>PP</w:t>
            </w:r>
          </w:p>
        </w:tc>
        <w:tc>
          <w:tcPr>
            <w:tcW w:type="dxa" w:w="6885"/>
          </w:tcPr>
          <w:p>
            <w:pPr>
              <w:spacing w:after="0" w:line="252" w:lineRule="auto"/>
            </w:pPr>
            <w:r>
              <w:rPr>
                <w:rFonts w:ascii="Consolas" w:hAnsi="Consolas" w:cs="Consolas" w:eastAsia="Consolas"/>
                <w:sz w:val="15"/>
              </w:rPr>
              <w:t>00_Testplan/Parameter_Protokoll.md</w:t>
            </w:r>
            <w:r>
              <w:rPr>
                <w:sz w:val="17"/>
              </w:rPr>
              <w:t xml:space="preserve"> (Einträge 17.10. 22:25 bis 18.10. 00:06)</w:t>
            </w:r>
          </w:p>
        </w:tc>
        <w:tc>
          <w:tcPr>
            <w:tcW w:type="dxa" w:w="1377"/>
          </w:tcPr>
          <w:p>
            <w:pPr>
              <w:spacing w:after="0" w:line="252" w:lineRule="auto"/>
            </w:pPr>
            <w:r>
              <w:rPr>
                <w:sz w:val="17"/>
              </w:rPr>
              <w:t>Kap. 2–5, 11</w:t>
            </w:r>
          </w:p>
        </w:tc>
      </w:tr>
      <w:tr>
        <w:tc>
          <w:tcPr>
            <w:tcW w:type="dxa" w:w="1262"/>
          </w:tcPr>
          <w:p>
            <w:pPr>
              <w:spacing w:after="0" w:line="252" w:lineRule="auto"/>
            </w:pPr>
            <w:r>
              <w:rPr>
                <w:sz w:val="17"/>
              </w:rPr>
              <w:t>ZI</w:t>
            </w:r>
          </w:p>
        </w:tc>
        <w:tc>
          <w:tcPr>
            <w:tcW w:type="dxa" w:w="6885"/>
          </w:tcPr>
          <w:p>
            <w:pPr>
              <w:spacing w:after="0" w:line="252" w:lineRule="auto"/>
            </w:pPr>
            <w:r>
              <w:rPr>
                <w:rFonts w:ascii="Consolas" w:hAnsi="Consolas" w:cs="Consolas" w:eastAsia="Consolas"/>
                <w:sz w:val="15"/>
              </w:rPr>
              <w:t>00_Testplan/ZPL_Etiketten_Inventar.md</w:t>
            </w:r>
            <w:r>
              <w:rPr>
                <w:sz w:val="17"/>
              </w:rPr>
              <w:t xml:space="preserve"> (Stand 18.10. 00:14)</w:t>
            </w:r>
          </w:p>
        </w:tc>
        <w:tc>
          <w:tcPr>
            <w:tcW w:type="dxa" w:w="1377"/>
          </w:tcPr>
          <w:p>
            <w:pPr>
              <w:spacing w:after="0" w:line="252" w:lineRule="auto"/>
            </w:pPr>
            <w:r>
              <w:rPr>
                <w:sz w:val="17"/>
              </w:rPr>
              <w:t>Kap. 5, 7, 9</w:t>
            </w:r>
          </w:p>
        </w:tc>
      </w:tr>
      <w:tr>
        <w:tc>
          <w:tcPr>
            <w:tcW w:type="dxa" w:w="1262"/>
          </w:tcPr>
          <w:p>
            <w:pPr>
              <w:spacing w:after="0" w:line="252" w:lineRule="auto"/>
            </w:pPr>
            <w:r>
              <w:rPr>
                <w:sz w:val="17"/>
              </w:rPr>
              <w:t>DR</w:t>
            </w:r>
          </w:p>
        </w:tc>
        <w:tc>
          <w:tcPr>
            <w:tcW w:type="dxa" w:w="6885"/>
          </w:tcPr>
          <w:p>
            <w:pPr>
              <w:spacing w:after="0" w:line="252" w:lineRule="auto"/>
            </w:pPr>
            <w:r>
              <w:rPr>
                <w:rFonts w:ascii="Consolas" w:hAnsi="Consolas" w:cs="Consolas" w:eastAsia="Consolas"/>
                <w:sz w:val="15"/>
              </w:rPr>
              <w:t>00_Testplan/Druck_Recherche.md</w:t>
            </w:r>
          </w:p>
        </w:tc>
        <w:tc>
          <w:tcPr>
            <w:tcW w:type="dxa" w:w="1377"/>
          </w:tcPr>
          <w:p>
            <w:pPr>
              <w:spacing w:after="0" w:line="252" w:lineRule="auto"/>
            </w:pPr>
            <w:r>
              <w:rPr>
                <w:sz w:val="17"/>
              </w:rPr>
              <w:t>Kap. 5, 6</w:t>
            </w:r>
          </w:p>
        </w:tc>
      </w:tr>
      <w:tr>
        <w:tc>
          <w:tcPr>
            <w:tcW w:type="dxa" w:w="1262"/>
          </w:tcPr>
          <w:p>
            <w:pPr>
              <w:spacing w:after="0" w:line="252" w:lineRule="auto"/>
            </w:pPr>
            <w:r>
              <w:rPr>
                <w:sz w:val="17"/>
              </w:rPr>
              <w:t>KA</w:t>
            </w:r>
          </w:p>
        </w:tc>
        <w:tc>
          <w:tcPr>
            <w:tcW w:type="dxa" w:w="6885"/>
          </w:tcPr>
          <w:p>
            <w:pPr>
              <w:spacing w:after="0" w:line="252" w:lineRule="auto"/>
            </w:pPr>
            <w:r>
              <w:rPr>
                <w:rFonts w:ascii="Consolas" w:hAnsi="Consolas" w:cs="Consolas" w:eastAsia="Consolas"/>
                <w:sz w:val="15"/>
              </w:rPr>
              <w:t>00_Knowhow/WAMAS_Admin_Knowhow.md</w:t>
            </w:r>
            <w:r>
              <w:rPr>
                <w:sz w:val="17"/>
              </w:rPr>
              <w:t xml:space="preserve"> Kap. 10</w:t>
            </w:r>
          </w:p>
        </w:tc>
        <w:tc>
          <w:tcPr>
            <w:tcW w:type="dxa" w:w="1377"/>
          </w:tcPr>
          <w:p>
            <w:pPr>
              <w:spacing w:after="0" w:line="252" w:lineRule="auto"/>
            </w:pPr>
            <w:r>
              <w:rPr>
                <w:sz w:val="17"/>
              </w:rPr>
              <w:t>Kap. 5, 6</w:t>
            </w:r>
          </w:p>
        </w:tc>
      </w:tr>
      <w:tr>
        <w:tc>
          <w:tcPr>
            <w:tcW w:type="dxa" w:w="1262"/>
          </w:tcPr>
          <w:p>
            <w:pPr>
              <w:spacing w:after="0" w:line="252" w:lineRule="auto"/>
            </w:pPr>
            <w:r>
              <w:rPr>
                <w:sz w:val="17"/>
              </w:rPr>
              <w:t>KM</w:t>
            </w:r>
          </w:p>
        </w:tc>
        <w:tc>
          <w:tcPr>
            <w:tcW w:type="dxa" w:w="6885"/>
          </w:tcPr>
          <w:p>
            <w:pPr>
              <w:spacing w:after="0" w:line="252" w:lineRule="auto"/>
            </w:pPr>
            <w:r>
              <w:rPr>
                <w:rFonts w:ascii="Consolas" w:hAnsi="Consolas" w:cs="Consolas" w:eastAsia="Consolas"/>
                <w:sz w:val="15"/>
              </w:rPr>
              <w:t>00_Knowhow/WAMAS_Mobile_Knowhow.md</w:t>
            </w:r>
          </w:p>
        </w:tc>
        <w:tc>
          <w:tcPr>
            <w:tcW w:type="dxa" w:w="1377"/>
          </w:tcPr>
          <w:p>
            <w:pPr>
              <w:spacing w:after="0" w:line="252" w:lineRule="auto"/>
            </w:pPr>
            <w:r>
              <w:rPr>
                <w:sz w:val="17"/>
              </w:rPr>
              <w:t>Kap. 6.4</w:t>
            </w:r>
          </w:p>
        </w:tc>
      </w:tr>
      <w:tr>
        <w:tc>
          <w:tcPr>
            <w:tcW w:type="dxa" w:w="1262"/>
          </w:tcPr>
          <w:p>
            <w:pPr>
              <w:spacing w:after="0" w:line="252" w:lineRule="auto"/>
            </w:pPr>
            <w:r>
              <w:rPr>
                <w:sz w:val="17"/>
              </w:rPr>
              <w:t>DH10</w:t>
            </w:r>
          </w:p>
        </w:tc>
        <w:tc>
          <w:tcPr>
            <w:tcW w:type="dxa" w:w="6885"/>
          </w:tcPr>
          <w:p>
            <w:pPr>
              <w:spacing w:after="0" w:line="252" w:lineRule="auto"/>
            </w:pPr>
            <w:r>
              <w:rPr>
                <w:rFonts w:ascii="Consolas" w:hAnsi="Consolas" w:cs="Consolas" w:eastAsia="Consolas"/>
                <w:sz w:val="15"/>
              </w:rPr>
              <w:t>Druck/WAMAS-LS28_Druckdokumente_HowTo_deDE_v1.0</w:t>
            </w:r>
          </w:p>
        </w:tc>
        <w:tc>
          <w:tcPr>
            <w:tcW w:type="dxa" w:w="1377"/>
          </w:tcPr>
          <w:p>
            <w:pPr>
              <w:spacing w:after="0" w:line="252" w:lineRule="auto"/>
            </w:pPr>
            <w:r>
              <w:rPr>
                <w:sz w:val="17"/>
              </w:rPr>
              <w:t>Kap. 6.4</w:t>
            </w:r>
          </w:p>
        </w:tc>
      </w:tr>
      <w:tr>
        <w:tc>
          <w:tcPr>
            <w:tcW w:type="dxa" w:w="1262"/>
          </w:tcPr>
          <w:p>
            <w:pPr>
              <w:spacing w:after="0" w:line="252" w:lineRule="auto"/>
            </w:pPr>
            <w:r>
              <w:rPr>
                <w:sz w:val="17"/>
              </w:rPr>
              <w:t>AH28 / UM28</w:t>
            </w:r>
          </w:p>
        </w:tc>
        <w:tc>
          <w:tcPr>
            <w:tcW w:type="dxa" w:w="6885"/>
          </w:tcPr>
          <w:p>
            <w:pPr>
              <w:spacing w:after="0" w:line="252" w:lineRule="auto"/>
            </w:pPr>
            <w:r>
              <w:rPr>
                <w:sz w:val="17"/>
              </w:rPr>
              <w:t>WAMAS LS 2.8 Administrator- und Benutzerhandbuch (enUS)</w:t>
            </w:r>
          </w:p>
        </w:tc>
        <w:tc>
          <w:tcPr>
            <w:tcW w:type="dxa" w:w="1377"/>
          </w:tcPr>
          <w:p>
            <w:pPr>
              <w:spacing w:after="0" w:line="252" w:lineRule="auto"/>
            </w:pPr>
            <w:r>
              <w:rPr>
                <w:sz w:val="17"/>
              </w:rPr>
              <w:t>Kap. 5, 6</w:t>
            </w:r>
          </w:p>
        </w:tc>
      </w:tr>
      <w:tr>
        <w:tc>
          <w:tcPr>
            <w:tcW w:type="dxa" w:w="1262"/>
          </w:tcPr>
          <w:p>
            <w:pPr>
              <w:spacing w:after="0" w:line="252" w:lineRule="auto"/>
            </w:pPr>
            <w:r>
              <w:rPr>
                <w:sz w:val="17"/>
              </w:rPr>
              <w:t>Bilder</w:t>
            </w:r>
          </w:p>
        </w:tc>
        <w:tc>
          <w:tcPr>
            <w:tcW w:type="dxa" w:w="6885"/>
          </w:tcPr>
          <w:p>
            <w:pPr>
              <w:spacing w:after="0" w:line="252" w:lineRule="auto"/>
            </w:pPr>
            <w:r>
              <w:rPr>
                <w:rFonts w:ascii="Consolas" w:hAnsi="Consolas" w:cs="Consolas" w:eastAsia="Consolas"/>
                <w:sz w:val="15"/>
              </w:rPr>
              <w:t>/workspace/screens</w:t>
            </w:r>
            <w:r>
              <w:rPr>
                <w:sz w:val="17"/>
              </w:rPr>
              <w:t xml:space="preserve"> (Zeitstempel im Dateinamen), </w:t>
            </w:r>
            <w:r>
              <w:rPr>
                <w:rFonts w:ascii="Consolas" w:hAnsi="Consolas" w:cs="Consolas" w:eastAsia="Consolas"/>
                <w:sz w:val="15"/>
              </w:rPr>
              <w:t>Screens_Mobile</w:t>
            </w:r>
            <w:r>
              <w:rPr>
                <w:sz w:val="17"/>
              </w:rPr>
              <w:t xml:space="preserve">, </w:t>
            </w:r>
            <w:r>
              <w:rPr>
                <w:rFonts w:ascii="Consolas" w:hAnsi="Consolas" w:cs="Consolas" w:eastAsia="Consolas"/>
                <w:sz w:val="15"/>
              </w:rPr>
              <w:t>/workspace/shots</w:t>
            </w:r>
            <w:r>
              <w:rPr>
                <w:sz w:val="17"/>
              </w:rPr>
              <w:t xml:space="preserve">, PDFs aus </w:t>
            </w:r>
            <w:r>
              <w:rPr>
                <w:rFonts w:ascii="Consolas" w:hAnsi="Consolas" w:cs="Consolas" w:eastAsia="Consolas"/>
                <w:sz w:val="15"/>
              </w:rPr>
              <w:t>/workspace/etikette</w:t>
            </w:r>
          </w:p>
        </w:tc>
        <w:tc>
          <w:tcPr>
            <w:tcW w:type="dxa" w:w="1377"/>
          </w:tcPr>
          <w:p>
            <w:pPr>
              <w:spacing w:after="0" w:line="252" w:lineRule="auto"/>
            </w:pPr>
            <w:r>
              <w:rPr>
                <w:sz w:val="17"/>
              </w:rPr>
              <w:t>alle</w:t>
            </w:r>
          </w:p>
        </w:tc>
      </w:tr>
    </w:tbl>
    <w:p>
      <w:pPr>
        <w:pStyle w:val="BeschriftungSSI"/>
      </w:pPr>
      <w:r>
        <w:t>Tab. 13: Quellen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802"/>
        <w:gridCol w:w="7723"/>
      </w:tblGrid>
      <w:tr>
        <w:trPr>
          <w:tblHeader w:val="true"/>
        </w:trPr>
        <w:tc>
          <w:tcPr>
            <w:tcW w:type="dxa" w:w="1802"/>
            <w:shd w:val="clear" w:color="auto" w:fill="FEEE19"/>
          </w:tcPr>
          <w:p>
            <w:pPr>
              <w:spacing w:after="0"/>
            </w:pPr>
            <w:r>
              <w:rPr>
                <w:b/>
                <w:sz w:val="17"/>
              </w:rPr>
              <w:t>Abkürzung</w:t>
            </w:r>
          </w:p>
        </w:tc>
        <w:tc>
          <w:tcPr>
            <w:tcW w:type="dxa" w:w="7722"/>
            <w:shd w:val="clear" w:color="auto" w:fill="FEEE19"/>
          </w:tcPr>
          <w:p>
            <w:pPr>
              <w:spacing w:after="0"/>
            </w:pPr>
            <w:r>
              <w:rPr>
                <w:b/>
                <w:sz w:val="17"/>
              </w:rPr>
              <w:t>Bedeutung</w:t>
            </w:r>
          </w:p>
        </w:tc>
      </w:tr>
      <w:tr>
        <w:tc>
          <w:tcPr>
            <w:tcW w:type="dxa" w:w="1802"/>
          </w:tcPr>
          <w:p>
            <w:pPr>
              <w:spacing w:after="0" w:line="252" w:lineRule="auto"/>
            </w:pPr>
            <w:r>
              <w:rPr>
                <w:sz w:val="17"/>
              </w:rPr>
              <w:t>LPD / LPR</w:t>
            </w:r>
          </w:p>
        </w:tc>
        <w:tc>
          <w:tcPr>
            <w:tcW w:type="dxa" w:w="7722"/>
          </w:tcPr>
          <w:p>
            <w:pPr>
              <w:spacing w:after="0" w:line="252" w:lineRule="auto"/>
            </w:pPr>
            <w:r>
              <w:rPr>
                <w:sz w:val="17"/>
              </w:rPr>
              <w:t xml:space="preserve">Line Printer Daemon (Empfänger, Port 515) / Line Printer Remote (Sender, </w:t>
            </w:r>
            <w:r>
              <w:rPr>
                <w:rFonts w:ascii="Consolas" w:hAnsi="Consolas" w:cs="Consolas" w:eastAsia="Consolas"/>
                <w:sz w:val="15"/>
              </w:rPr>
              <w:t>lpr.exe</w:t>
            </w:r>
            <w:r>
              <w:rPr>
                <w:sz w:val="17"/>
              </w:rPr>
              <w:t>)</w:t>
            </w:r>
          </w:p>
        </w:tc>
      </w:tr>
      <w:tr>
        <w:tc>
          <w:tcPr>
            <w:tcW w:type="dxa" w:w="1802"/>
          </w:tcPr>
          <w:p>
            <w:pPr>
              <w:spacing w:after="0" w:line="252" w:lineRule="auto"/>
            </w:pPr>
            <w:r>
              <w:rPr>
                <w:sz w:val="17"/>
              </w:rPr>
              <w:t>ZPL II</w:t>
            </w:r>
          </w:p>
        </w:tc>
        <w:tc>
          <w:tcPr>
            <w:tcW w:type="dxa" w:w="7722"/>
          </w:tcPr>
          <w:p>
            <w:pPr>
              <w:spacing w:after="0" w:line="252" w:lineRule="auto"/>
            </w:pPr>
            <w:r>
              <w:rPr>
                <w:sz w:val="17"/>
              </w:rPr>
              <w:t>Zebra Programming Language, Druckersprache der Zebra-Etikettendrucker</w:t>
            </w:r>
          </w:p>
        </w:tc>
      </w:tr>
      <w:tr>
        <w:tc>
          <w:tcPr>
            <w:tcW w:type="dxa" w:w="1802"/>
          </w:tcPr>
          <w:p>
            <w:pPr>
              <w:spacing w:after="0" w:line="252" w:lineRule="auto"/>
            </w:pPr>
            <w:r>
              <w:rPr>
                <w:sz w:val="17"/>
              </w:rPr>
              <w:t>dpi / Dots</w:t>
            </w:r>
          </w:p>
        </w:tc>
        <w:tc>
          <w:tcPr>
            <w:tcW w:type="dxa" w:w="7722"/>
          </w:tcPr>
          <w:p>
            <w:pPr>
              <w:spacing w:after="0" w:line="252" w:lineRule="auto"/>
            </w:pPr>
            <w:r>
              <w:rPr>
                <w:sz w:val="17"/>
              </w:rPr>
              <w:t>Punkte pro Zoll; bei 300 dpi sind 57 mm = 672 Dots</w:t>
            </w:r>
          </w:p>
        </w:tc>
      </w:tr>
      <w:tr>
        <w:tc>
          <w:tcPr>
            <w:tcW w:type="dxa" w:w="1802"/>
          </w:tcPr>
          <w:p>
            <w:pPr>
              <w:spacing w:after="0" w:line="252" w:lineRule="auto"/>
            </w:pPr>
            <w:r>
              <w:rPr>
                <w:sz w:val="17"/>
              </w:rPr>
              <w:t>EAN / GTIN</w:t>
            </w:r>
          </w:p>
        </w:tc>
        <w:tc>
          <w:tcPr>
            <w:tcW w:type="dxa" w:w="7722"/>
          </w:tcPr>
          <w:p>
            <w:pPr>
              <w:spacing w:after="0" w:line="252" w:lineRule="auto"/>
            </w:pPr>
            <w:r>
              <w:rPr>
                <w:sz w:val="17"/>
              </w:rPr>
              <w:t>Artikelnummer als Strichcode (EAN-13)</w:t>
            </w:r>
          </w:p>
        </w:tc>
      </w:tr>
      <w:tr>
        <w:tc>
          <w:tcPr>
            <w:tcW w:type="dxa" w:w="1802"/>
          </w:tcPr>
          <w:p>
            <w:pPr>
              <w:spacing w:after="0" w:line="252" w:lineRule="auto"/>
            </w:pPr>
            <w:r>
              <w:rPr>
                <w:sz w:val="17"/>
              </w:rPr>
              <w:t>Drucksystem-ID</w:t>
            </w:r>
          </w:p>
        </w:tc>
        <w:tc>
          <w:tcPr>
            <w:tcW w:type="dxa" w:w="7722"/>
          </w:tcPr>
          <w:p>
            <w:pPr>
              <w:spacing w:after="0" w:line="252" w:lineRule="auto"/>
            </w:pPr>
            <w:r>
              <w:rPr>
                <w:sz w:val="17"/>
              </w:rPr>
              <w:t>Feld in RM011; bei LPR = Hostname und Warteschlange</w:t>
            </w:r>
          </w:p>
        </w:tc>
      </w:tr>
    </w:tbl>
    <w:p>
      <w:pPr>
        <w:pStyle w:val="BeschriftungSSI"/>
      </w:pPr>
      <w:r>
        <w:t>Tab. 14: Abkürzungen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2.8</w:t>
          </w:r>
        </w:p>
        <w:p>
          <w:pPr>
            <w:spacing w:after="0" w:line="240" w:lineRule="auto"/>
          </w:pPr>
          <w:r>
            <w:rPr>
              <w:sz w:val="13"/>
            </w:rPr>
            <w:t>How-to-Handbuch V 1.0</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How-to-Handbuch</w:t>
    </w:r>
  </w:p>
  <w:p>
    <w:pPr>
      <w:jc w:val="right"/>
      <w:pBdr>
        <w:bottom w:val="single" w:sz="4" w:space="4" w:color="000000"/>
      </w:pBdr>
    </w:pPr>
    <w:r>
      <w:rPr>
        <w:b/>
        <w:sz w:val="22"/>
      </w:rPr>
      <w:t>Etikettendruck Zebra ZD410 (ZPL) – WAMAS LS 2.8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Etikettendruck einrichten – Zebra ZD410 (ZPL) mit WAMAS LS 2.8</dc:title>
  <dc:subject>Druck-PC mit LPD, WAMAS-Server mit LPR, Druckerverwaltung RM011/RM017/RM010, Fehlerbilder und Checkliste</dc:subject>
  <dc:creator>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